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Highlights from Berlin: Why "Haltung ist Hot" Drew Hundreds of Thousands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and conviction, Berlin’s Christopher Street Day drew hundreds of thousands of people to celebrate queer life, demand safety and push back against rising hatred , a weekend of glitter, music and clear political messaging that mattered beyond the parade route.</w:t>
      </w:r>
      <w:r/>
    </w:p>
    <w:p>
      <w:r/>
      <w:r>
        <w:t>Essential Takeaways</w:t>
      </w:r>
      <w:r/>
      <w:r/>
    </w:p>
    <w:p>
      <w:pPr>
        <w:pStyle w:val="ListBullet"/>
        <w:spacing w:line="240" w:lineRule="auto"/>
        <w:ind w:left="720"/>
      </w:pPr>
      <w:r/>
      <w:r>
        <w:rPr>
          <w:b/>
        </w:rPr>
        <w:t>Huge turnout:</w:t>
      </w:r>
      <w:r>
        <w:t xml:space="preserve"> Police estimated several hundred thousand attendees, creating a lively, packed procession from the city centre to the Siegessäule.</w:t>
      </w:r>
      <w:r/>
    </w:p>
    <w:p>
      <w:pPr>
        <w:pStyle w:val="ListBullet"/>
        <w:spacing w:line="240" w:lineRule="auto"/>
        <w:ind w:left="720"/>
      </w:pPr>
      <w:r/>
      <w:r>
        <w:rPr>
          <w:b/>
        </w:rPr>
        <w:t>Clear theme:</w:t>
      </w:r>
      <w:r>
        <w:t xml:space="preserve"> The motto "Haltung ist hot" framed calls to tackle hate crimes and defend queer spaces, with organisers urging political action.</w:t>
      </w:r>
      <w:r/>
    </w:p>
    <w:p>
      <w:pPr>
        <w:pStyle w:val="ListBullet"/>
        <w:spacing w:line="240" w:lineRule="auto"/>
        <w:ind w:left="720"/>
      </w:pPr>
      <w:r/>
      <w:r>
        <w:rPr>
          <w:b/>
        </w:rPr>
        <w:t>Festive atmosphere:</w:t>
      </w:r>
      <w:r>
        <w:t xml:space="preserve"> Floats, Queen anthems and electronic beats mixed with fetish looks and glitter, giving the demonstration a party feel.</w:t>
      </w:r>
      <w:r/>
    </w:p>
    <w:p>
      <w:pPr>
        <w:pStyle w:val="ListBullet"/>
        <w:spacing w:line="240" w:lineRule="auto"/>
        <w:ind w:left="720"/>
      </w:pPr>
      <w:r/>
      <w:r>
        <w:rPr>
          <w:b/>
        </w:rPr>
        <w:t>Security aware:</w:t>
      </w:r>
      <w:r>
        <w:t xml:space="preserve"> Police monitored potential right‑wing disruptors and made a few arrests, but events passed without major incidents.</w:t>
      </w:r>
      <w:r/>
    </w:p>
    <w:p>
      <w:pPr>
        <w:pStyle w:val="ListBullet"/>
        <w:spacing w:line="240" w:lineRule="auto"/>
        <w:ind w:left="720"/>
      </w:pPr>
      <w:r/>
      <w:r>
        <w:rPr>
          <w:b/>
        </w:rPr>
        <w:t>Cultural moment:</w:t>
      </w:r>
      <w:r>
        <w:t xml:space="preserve"> Performances , including rapper Ikkimel at the Brandenburg Gate , underlined Pride’s crossover into mainstream media and international attention.</w:t>
      </w:r>
      <w:r/>
      <w:r/>
    </w:p>
    <w:p>
      <w:pPr>
        <w:pStyle w:val="Heading2"/>
      </w:pPr>
      <w:r>
        <w:t>A parade that felt both joyful and urgent</w:t>
      </w:r>
      <w:r/>
    </w:p>
    <w:p>
      <w:r/>
      <w:r>
        <w:t>The strongest image from the weekend was obvious: streets awash in rainbow flags and glitter that felt warm to the touch. Organisers set an upbeat tone, but the message was sober , Pride here doubled as protest. According to police figures, the crowd numbered in the hundreds of thousands, and the march of around 80 trucks glided through central Berlin to the Siegessäule. For many, the sensory mix of music, colour and human voices made the political demands harder to ignore.</w:t>
      </w:r>
      <w:r/>
    </w:p>
    <w:p>
      <w:pPr>
        <w:pStyle w:val="Heading2"/>
      </w:pPr>
      <w:r>
        <w:t>Why "Haltung ist hot" landed as a slogan</w:t>
      </w:r>
      <w:r/>
    </w:p>
    <w:p>
      <w:r/>
      <w:r>
        <w:t>The motto worked because it mixed sass with seriousness. Event leaders used it to push for concrete protections , better enforcement against hate crimes and safe spaces for queer people. There’s a wider backdrop: organisers warned of rolling back rights in parts of the world, and growing hostility closer to home. That framing made the festival feel less like a single weekend of joy and more like a sustained campaign.</w:t>
      </w:r>
      <w:r/>
    </w:p>
    <w:p>
      <w:pPr>
        <w:pStyle w:val="Heading2"/>
      </w:pPr>
      <w:r>
        <w:t>Performances that moved the crowd , and the conversation</w:t>
      </w:r>
      <w:r/>
    </w:p>
    <w:p>
      <w:r/>
      <w:r>
        <w:t>On the cultural side, headline sets added texture to the politics. Rapper Ikkimel performed at the Brandenburg Gate and spoke about visibility and the gaps between rhetoric and reality in Germany. Her recent TV appearance sparked chatter online, and performing at CSD gave the moment local pride and international echo. Elsewhere the playlist jumped from Queen classics to driving electronic beats, so the atmosphere stayed celebratory even when speakers got serious.</w:t>
      </w:r>
      <w:r/>
    </w:p>
    <w:p>
      <w:pPr>
        <w:pStyle w:val="Heading2"/>
      </w:pPr>
      <w:r>
        <w:t>Safety, surveillance and a calm police presence</w:t>
      </w:r>
      <w:r/>
    </w:p>
    <w:p>
      <w:r/>
      <w:r>
        <w:t>Police kept a visible but relatively low-key presence, stressing hydration in the summer heat and watching for troublemakers. They said there were no major disturbances, although a handful of arrests occurred after spot checks and at a small counter‑protest. The force also monitored possible far‑right agitators , a reminder that Pride remains as much about protection as celebration.</w:t>
      </w:r>
      <w:r/>
    </w:p>
    <w:p>
      <w:pPr>
        <w:pStyle w:val="Heading2"/>
      </w:pPr>
      <w:r>
        <w:t>Voting, visibility and the political calendar</w:t>
      </w:r>
      <w:r/>
    </w:p>
    <w:p>
      <w:r/>
      <w:r>
        <w:t>Organisers nudged attendees toward civic action with slogans like “Süßmäuse gehen wählen”, tying Pride into upcoming regional elections. Berlin’s politicians turned up too, and the parade doubled as a public stage for debates about inclusion and leadership. That mix of carnival and campaign felt fitting , Pride has long been a place where identity and policy intersect, and this year it was especially pointed.</w:t>
      </w:r>
      <w:r/>
    </w:p>
    <w:p>
      <w:r/>
      <w:r>
        <w:t>It's a small change that can make every celebration safer, louder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[4]</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Paragraph 5: </w:t>
      </w:r>
      <w:hyperlink r:id="rId10">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https://www.ln-online.de/politik/csd-in-berlin-hunderttausende-feiern-unter-dem-motto-haltung-ist-hot-EFE4H4HWSFD2ZOINWHDD7CO54I.html</w:t>
        </w:r>
      </w:hyperlink>
      <w:r>
        <w:t xml:space="preserve"> - Please view link - unable to able to access data</w:t>
      </w:r>
      <w:r/>
    </w:p>
    <w:p>
      <w:pPr>
        <w:pStyle w:val="ListNumber"/>
        <w:spacing w:line="240" w:lineRule="auto"/>
        <w:ind w:left="720"/>
      </w:pPr>
      <w:r/>
      <w:hyperlink r:id="rId10">
        <w:r>
          <w:rPr>
            <w:color w:val="0000EE"/>
            <w:u w:val="single"/>
          </w:rPr>
          <w:t>https://www.berlin.de/polizei/polizeimeldungen/2024/pressemitteilung.1471487.php</w:t>
        </w:r>
      </w:hyperlink>
      <w:r>
        <w:t xml:space="preserve"> - On July 27, 2024, Berlin police protected two assemblies ahead of the Christopher Street Day (CSD). Approximately 360 officers were deployed, with four sustaining injuries during the operations. The first event, a motorcycle procession titled "Lesbische</w:t>
      </w:r>
      <w:r>
        <w:rPr>
          <w:i/>
        </w:rPr>
        <w:t xml:space="preserve"> und queere Sichtbarkeit – insbesondere Motorradfahrende Lesben</w:t>
      </w:r>
      <w:r>
        <w:t xml:space="preserve"> und Queers; Queer Bikes Berlin," began at 6:00 PM at Karl-Marx-Platz, attracting up to 30 participants. The second, "Dyke* March Berlin," aimed at visibility and equality for lesbian women, commenced at 6:15 PM on Karl-Marx-Straße in Neukölln, drawing up to 9,000 participants. Both events concluded without significant incidents. (</w:t>
      </w:r>
      <w:hyperlink r:id="rId14">
        <w:r>
          <w:rPr>
            <w:color w:val="0000EE"/>
            <w:u w:val="single"/>
          </w:rPr>
          <w:t>berlin.de</w:t>
        </w:r>
      </w:hyperlink>
      <w:r>
        <w:t>)</w:t>
      </w:r>
      <w:r/>
    </w:p>
    <w:p>
      <w:pPr>
        <w:pStyle w:val="ListNumber"/>
        <w:spacing w:line="240" w:lineRule="auto"/>
        <w:ind w:left="720"/>
      </w:pPr>
      <w:r/>
      <w:hyperlink r:id="rId15">
        <w:r>
          <w:rPr>
            <w:color w:val="0000EE"/>
            <w:u w:val="single"/>
          </w:rPr>
          <w:t>https://www.gmx.net/magazine/unterhaltung/tv-shows/ikkimel-zdf-morgenmagazin-auftritt-sorgt-wirbel-42473360</w:t>
        </w:r>
      </w:hyperlink>
      <w:r>
        <w:t xml:space="preserve"> - Rapperin Ikkimel's performance on the ZDF 'Morgenmagazin' on July 6, 2026, sparked controversy. Known for provocative lyrics, she performed her song "Fußballmänner," which includes lines like "Fußballmänner, alles Penner. Bierbauch, Bratwurst, leckerschmecker." The studio audience appeared visibly uncomfortable, with some looking down or away, while Ikkimel herself laughed at the situation. The performance led to widespread discussion on social media. (</w:t>
      </w:r>
      <w:hyperlink r:id="rId16">
        <w:r>
          <w:rPr>
            <w:color w:val="0000EE"/>
            <w:u w:val="single"/>
          </w:rPr>
          <w:t>gmx.net</w:t>
        </w:r>
      </w:hyperlink>
      <w:r>
        <w:t>)</w:t>
      </w:r>
      <w:r/>
    </w:p>
    <w:p>
      <w:pPr>
        <w:pStyle w:val="ListNumber"/>
        <w:spacing w:line="240" w:lineRule="auto"/>
        <w:ind w:left="720"/>
      </w:pPr>
      <w:r/>
      <w:hyperlink r:id="rId12">
        <w:r>
          <w:rPr>
            <w:color w:val="0000EE"/>
            <w:u w:val="single"/>
          </w:rPr>
          <w:t>https://www.zdfheute.de/panorama/prominente/ikkimel-moma-usa-hype-100.html</w:t>
        </w:r>
      </w:hyperlink>
      <w:r>
        <w:t xml:space="preserve"> - Rapperin Ikkimel's performance on the ZDF 'Morgenmagazin' on July 6, 2026, gained international attention. A TikTok post by US rapper Doechii, who has six million followers, featured a clip of Ikkimel's performance, leading to widespread acclaim in the United States. Ikkimel's provocative style, addressing themes of sex, drugs, and self-determination, has resonated with audiences both in Germany and abroad. (</w:t>
      </w:r>
      <w:hyperlink r:id="rId17">
        <w:r>
          <w:rPr>
            <w:color w:val="0000EE"/>
            <w:u w:val="single"/>
          </w:rPr>
          <w:t>zdfheute.de</w:t>
        </w:r>
      </w:hyperlink>
      <w:r>
        <w:t>)</w:t>
      </w:r>
      <w:r/>
    </w:p>
    <w:p>
      <w:pPr>
        <w:pStyle w:val="ListNumber"/>
        <w:spacing w:line="240" w:lineRule="auto"/>
        <w:ind w:left="720"/>
      </w:pPr>
      <w:r/>
      <w:hyperlink r:id="rId11">
        <w:r>
          <w:rPr>
            <w:color w:val="0000EE"/>
            <w:u w:val="single"/>
          </w:rPr>
          <w:t>https://en.wikipedia.org/wiki/Christopher_Street_Day</w:t>
        </w:r>
      </w:hyperlink>
      <w:r>
        <w:t xml:space="preserve"> - Christopher Street Day (CSD) refers to annual Pride events held in various German cities, including Berlin, Hamburg, and Cologne. These events commemorate the 1969 Stonewall Riots in New York City, which were pivotal in the LGBTQ+ rights movement. CSD events in Germany serve as celebrations and demonstrations advocating for the rights of LGBTQ+ individuals and against discrimination. (</w:t>
      </w:r>
      <w:hyperlink r:id="rId18">
        <w:r>
          <w:rPr>
            <w:color w:val="0000EE"/>
            <w:u w:val="single"/>
          </w:rPr>
          <w:t>en.wikipedia.org</w:t>
        </w:r>
      </w:hyperlink>
      <w:r>
        <w:t>)</w:t>
      </w:r>
      <w:r/>
    </w:p>
    <w:p>
      <w:pPr>
        <w:pStyle w:val="ListNumber"/>
        <w:spacing w:line="240" w:lineRule="auto"/>
        <w:ind w:left="720"/>
      </w:pPr>
      <w:r/>
      <w:hyperlink r:id="rId13">
        <w:r>
          <w:rPr>
            <w:color w:val="0000EE"/>
            <w:u w:val="single"/>
          </w:rPr>
          <w:t>https://www.swr3.de/musik/news/ikkimel-zdf-morgenmagazin-110.html</w:t>
        </w:r>
      </w:hyperlink>
      <w:r>
        <w:t xml:space="preserve"> - Rapperin Ikkimel's performance on the ZDF 'Morgenmagazin' on July 6, 2026, was met with confusion and discomfort from the studio audience. Dressed in a mini skirt and knee-high socks, she performed her song "Fußballmänner," which includes provocative lyrics. The audience's reaction was notably subdued, with many looking down or away, while Ikkimel appeared to find the situation amusing. The performance has since become a topic of discussion on social media. (</w:t>
      </w:r>
      <w:hyperlink r:id="rId19">
        <w:r>
          <w:rPr>
            <w:color w:val="0000EE"/>
            <w:u w:val="single"/>
          </w:rPr>
          <w:t>swr3.de</w:t>
        </w:r>
      </w:hyperlink>
      <w:r>
        <w:t>)</w:t>
      </w:r>
      <w:r/>
    </w:p>
    <w:p>
      <w:pPr>
        <w:pStyle w:val="ListNumber"/>
        <w:spacing w:line="240" w:lineRule="auto"/>
        <w:ind w:left="720"/>
      </w:pPr>
      <w:r/>
      <w:hyperlink r:id="rId20">
        <w:r>
          <w:rPr>
            <w:color w:val="0000EE"/>
            <w:u w:val="single"/>
          </w:rPr>
          <w:t>https://www.gmx.at/magazine/unterhaltung/tv-shows/ikkimel-sorgt-morgenmagazin-auftritt-schockstarre-zdf-42473360</w:t>
        </w:r>
      </w:hyperlink>
      <w:r>
        <w:t xml:space="preserve"> - Rapperin Ikkimel's performance on the ZDF 'Morgenmagazin' on July 6, 2026, caused shock and confusion among the studio audience. Known for her provocative lyrics, she performed her song "Fußballmänner," which includes lines like "Fußballmänner, alles Penner. Bierbauch, Bratwurst, leckerschmecker." The audience's reaction was one of discomfort, with many looking down or away, while Ikkimel appeared to find the situation amusing. The performance has since sparked widespread discussion on social media. (</w:t>
      </w:r>
      <w:hyperlink r:id="rId21">
        <w:r>
          <w:rPr>
            <w:color w:val="0000EE"/>
            <w:u w:val="single"/>
          </w:rPr>
          <w:t>gmx.at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n-online.de/politik/csd-in-berlin-hunderttausende-feiern-unter-dem-motto-haltung-ist-hot-EFE4H4HWSFD2ZOINWHDD7CO54I.html" TargetMode="External"/><Relationship Id="rId10" Type="http://schemas.openxmlformats.org/officeDocument/2006/relationships/hyperlink" Target="https://www.berlin.de/polizei/polizeimeldungen/2024/pressemitteilung.1471487.php" TargetMode="External"/><Relationship Id="rId11" Type="http://schemas.openxmlformats.org/officeDocument/2006/relationships/hyperlink" Target="https://en.wikipedia.org/wiki/Christopher_Street_Day" TargetMode="External"/><Relationship Id="rId12" Type="http://schemas.openxmlformats.org/officeDocument/2006/relationships/hyperlink" Target="https://www.zdfheute.de/panorama/prominente/ikkimel-moma-usa-hype-100.html" TargetMode="External"/><Relationship Id="rId13" Type="http://schemas.openxmlformats.org/officeDocument/2006/relationships/hyperlink" Target="https://www.swr3.de/musik/news/ikkimel-zdf-morgenmagazin-110.html" TargetMode="External"/><Relationship Id="rId14" Type="http://schemas.openxmlformats.org/officeDocument/2006/relationships/hyperlink" Target="https://www.berlin.de/polizei/polizeimeldungen/2024/pressemitteilung.1471487.php?utm_source=openai" TargetMode="External"/><Relationship Id="rId15" Type="http://schemas.openxmlformats.org/officeDocument/2006/relationships/hyperlink" Target="https://www.gmx.net/magazine/unterhaltung/tv-shows/ikkimel-zdf-morgenmagazin-auftritt-sorgt-wirbel-42473360" TargetMode="External"/><Relationship Id="rId16" Type="http://schemas.openxmlformats.org/officeDocument/2006/relationships/hyperlink" Target="https://www.gmx.net/magazine/unterhaltung/tv-shows/ikkimel-zdf-morgenmagazin-auftritt-sorgt-wirbel-42473360?utm_source=openai" TargetMode="External"/><Relationship Id="rId17" Type="http://schemas.openxmlformats.org/officeDocument/2006/relationships/hyperlink" Target="https://www.zdfheute.de/panorama/prominente/ikkimel-moma-usa-hype-100.html?utm_source=openai" TargetMode="External"/><Relationship Id="rId18" Type="http://schemas.openxmlformats.org/officeDocument/2006/relationships/hyperlink" Target="https://en.wikipedia.org/wiki/Christopher_Street_Day?utm_source=openai" TargetMode="External"/><Relationship Id="rId19" Type="http://schemas.openxmlformats.org/officeDocument/2006/relationships/hyperlink" Target="https://www.swr3.de/musik/news/ikkimel-zdf-morgenmagazin-110.html?utm_source=openai" TargetMode="External"/><Relationship Id="rId20" Type="http://schemas.openxmlformats.org/officeDocument/2006/relationships/hyperlink" Target="https://www.gmx.at/magazine/unterhaltung/tv-shows/ikkimel-sorgt-morgenmagazin-auftritt-schockstarre-zdf-42473360" TargetMode="External"/><Relationship Id="rId21" Type="http://schemas.openxmlformats.org/officeDocument/2006/relationships/hyperlink" Target="https://www.gmx.at/magazine/unterhaltung/tv-shows/ikkimel-sorgt-morgenmagazin-auftritt-schockstarre-zdf-42473360?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