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Flag Protections for Venues After Repeat Vandalism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Canberra locals are rallying after ChiChiz, the city’s only LGBTQIA+ bar, had its pride flag torn down for a third time , owners vow to keep the flag flying and explore smarter, sturdier display options to deter future attacks.</w:t>
      </w:r>
      <w:r/>
    </w:p>
    <w:p>
      <w:r/>
      <w:r>
        <w:t>Essential Takeaways</w:t>
      </w:r>
      <w:r/>
      <w:r/>
    </w:p>
    <w:p>
      <w:pPr>
        <w:pStyle w:val="ListBullet"/>
        <w:spacing w:line="240" w:lineRule="auto"/>
        <w:ind w:left="720"/>
      </w:pPr>
      <w:r/>
      <w:r>
        <w:rPr>
          <w:b/>
        </w:rPr>
        <w:t>Repeated targeting:</w:t>
      </w:r>
      <w:r>
        <w:t xml:space="preserve"> ChiChiz’s pride flag has been removed or destroyed at least three times, most recently captured on video. </w:t>
      </w:r>
      <w:r/>
    </w:p>
    <w:p>
      <w:pPr>
        <w:pStyle w:val="ListBullet"/>
        <w:spacing w:line="240" w:lineRule="auto"/>
        <w:ind w:left="720"/>
      </w:pPr>
      <w:r/>
      <w:r>
        <w:rPr>
          <w:b/>
        </w:rPr>
        <w:t>Community hub at risk:</w:t>
      </w:r>
      <w:r>
        <w:t xml:space="preserve"> Since Cube nightclub closed, ChiChiz is the only dedicated LGBTQIA+ venue left in Canberra, hosting drag nights, trivia and line dancing. </w:t>
      </w:r>
      <w:r/>
    </w:p>
    <w:p>
      <w:pPr>
        <w:pStyle w:val="ListBullet"/>
        <w:spacing w:line="240" w:lineRule="auto"/>
        <w:ind w:left="720"/>
      </w:pPr>
      <w:r/>
      <w:r>
        <w:rPr>
          <w:b/>
        </w:rPr>
        <w:t>Owners fighting back:</w:t>
      </w:r>
      <w:r>
        <w:t xml:space="preserve"> Proprietor Oliver Mclean says they’ll keep replacing displays and are planning alternatives like a projector or a higher-mounted flag. </w:t>
      </w:r>
      <w:r/>
    </w:p>
    <w:p>
      <w:pPr>
        <w:pStyle w:val="ListBullet"/>
        <w:spacing w:line="240" w:lineRule="auto"/>
        <w:ind w:left="720"/>
      </w:pPr>
      <w:r/>
      <w:r>
        <w:rPr>
          <w:b/>
        </w:rPr>
        <w:t>Reporting encouraged:</w:t>
      </w:r>
      <w:r>
        <w:t xml:space="preserve"> Police encourage anyone with information to contact Crimestoppers on 1800 333 000 or Police Link 131 444. </w:t>
      </w:r>
      <w:r/>
    </w:p>
    <w:p>
      <w:pPr>
        <w:pStyle w:val="ListBullet"/>
        <w:spacing w:line="240" w:lineRule="auto"/>
        <w:ind w:left="720"/>
      </w:pPr>
      <w:r/>
      <w:r>
        <w:rPr>
          <w:b/>
        </w:rPr>
        <w:t>Wider pattern:</w:t>
      </w:r>
      <w:r>
        <w:t xml:space="preserve"> Similar attacks on pride symbols have been reported internationally, prompting neighbourhood resistance and police investigations.</w:t>
      </w:r>
      <w:r/>
      <w:r/>
    </w:p>
    <w:p>
      <w:pPr>
        <w:pStyle w:val="Heading2"/>
      </w:pPr>
      <w:r>
        <w:t>Why this matters: flags are more than fabric</w:t>
      </w:r>
      <w:r/>
    </w:p>
    <w:p>
      <w:r/>
      <w:r>
        <w:t>A ripped or stolen pride flag feels personal because it’s a visible claim to safety and belonging; when it’s attacked, people notice the silence that follows. According to local reporting, ChiChiz is more than a bar , it’s a chosen-family space where people come to feel at home. That’s why repeated vandalism lands so hard emotionally, not just practically.</w:t>
      </w:r>
      <w:r/>
    </w:p>
    <w:p>
      <w:r/>
      <w:r>
        <w:t>Across the globe, neighbourhoods have rallied after attacks on flags and public displays, from community fundraisers to vigils. So this isn’t an isolated incident , it’s part of a pattern that prompts venues and residents to rethink how they protect symbols of identity.</w:t>
      </w:r>
      <w:r/>
    </w:p>
    <w:p>
      <w:pPr>
        <w:pStyle w:val="Heading2"/>
      </w:pPr>
      <w:r>
        <w:t>What venues are already trying , and what worked elsewhere</w:t>
      </w:r>
      <w:r/>
    </w:p>
    <w:p>
      <w:r/>
      <w:r>
        <w:t>ChiChiz’s owners have tried replacing the flag and now plan to use a projector on the footpath or mount the flag higher above the door. Other venues and councils have pursued similar fixes: higher or tamper-proof fittings, CCTV cameras, and community watch schemes.</w:t>
      </w:r>
      <w:r/>
    </w:p>
    <w:p>
      <w:r/>
      <w:r>
        <w:t>In Anaheim, neighbours rallied around a couple whose flag was slashed, turning anger into visible support. In some cities police have opened investigations when displays were destroyed, and civic groups have rebuilt damaged memorials or flowerbeds as statements of solidarity. Practical measures and community response often work hand-in-hand.</w:t>
      </w:r>
      <w:r/>
    </w:p>
    <w:p>
      <w:pPr>
        <w:pStyle w:val="Heading2"/>
      </w:pPr>
      <w:r>
        <w:t>How to deter vandalism without making a fortress</w:t>
      </w:r>
      <w:r/>
    </w:p>
    <w:p>
      <w:r/>
      <w:r>
        <w:t>You don’t have to turn a venue into a citadel to reduce risk. Simple, effective steps include: - Mount flags on higher brackets or inside recessed frames that are harder to reach. - Use tamper-proof fittings and reinforced grommets. - Install affordable motion-activated lighting and visible cameras , vandals dislike being filmed. - Project a pride image onto a wall at night, which can’t be snatched. - Build local alliances: neighbours, nearby businesses and regulars who’ll report suspicious behaviour quickly.</w:t>
      </w:r>
      <w:r/>
    </w:p>
    <w:p>
      <w:r/>
      <w:r>
        <w:t>If you’re a venue owner, match the fix to your vibe; a harsh security look can put off patrons, while subtle measures keep the space welcoming.</w:t>
      </w:r>
      <w:r/>
    </w:p>
    <w:p>
      <w:pPr>
        <w:pStyle w:val="Heading2"/>
      </w:pPr>
      <w:r>
        <w:t>Community response: outrage, solidarity, and practical support</w:t>
      </w:r>
      <w:r/>
    </w:p>
    <w:p>
      <w:r/>
      <w:r>
        <w:t>Oliver’s reaction , pissed off but determined , mirrors how many venue owners feel when a safe space is violated. Public shaming on social channels, crowdsourcing funds for replacements, and boosted attendance at events have all been used to counteract the message vandals try to send.</w:t>
      </w:r>
      <w:r/>
    </w:p>
    <w:p>
      <w:r/>
      <w:r>
        <w:t>Local patrons can help simply by showing up, bringing friends, and flagging footage to police. International examples show how community visibility often shifts the narrative from victimhood to resilience.</w:t>
      </w:r>
      <w:r/>
    </w:p>
    <w:p>
      <w:pPr>
        <w:pStyle w:val="Heading2"/>
      </w:pPr>
      <w:r>
        <w:t>Legal and safety notes: report it, document it, and stay safe</w:t>
      </w:r>
      <w:r/>
    </w:p>
    <w:p>
      <w:r/>
      <w:r>
        <w:t>If you witness vandalism, call the relevant police line and provide as much detail as possible; recordings and eyewitness accounts matter. In Canberra, Crimestoppers is 1800 333 000 and Police Link is 131 444. Avoid confronting suspects directly , let law enforcement handle it.</w:t>
      </w:r>
      <w:r/>
    </w:p>
    <w:p>
      <w:r/>
      <w:r>
        <w:t>There’s debate over whether flag vandalism should automatically be treated as a hate crime in every case, but when symbols of marginalised groups are targeted repeatedly, authorities increasingly take it seriously and communities expect a response.</w:t>
      </w:r>
      <w:r/>
    </w:p>
    <w:p>
      <w:r/>
      <w:r>
        <w:t>It’s a small change that can make every display harder to snatch and every night a touch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0">
        <w:r>
          <w:rPr>
            <w:color w:val="0000EE"/>
            <w:u w:val="single"/>
          </w:rPr>
          <w:t>[3]</w:t>
        </w:r>
      </w:hyperlink>
      <w:r>
        <w:t xml:space="preserve">- Paragraph 6: </w:t>
      </w:r>
      <w:hyperlink r:id="rId14">
        <w:r>
          <w:rPr>
            <w:color w:val="0000EE"/>
            <w:u w:val="single"/>
          </w:rPr>
          <w:t>[7]</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https://www.starobserver.com.au/news/pride-flag-at-chichiz-canberras-only-lgbtqia-bar-repeatedly-torn-down-by-valdals/242840</w:t>
        </w:r>
      </w:hyperlink>
      <w:r>
        <w:t xml:space="preserve"> - Please view link - unable to able to access data</w:t>
      </w:r>
      <w:r/>
    </w:p>
    <w:p>
      <w:pPr>
        <w:pStyle w:val="ListNumber"/>
        <w:spacing w:line="240" w:lineRule="auto"/>
        <w:ind w:left="720"/>
      </w:pPr>
      <w:r/>
      <w:hyperlink r:id="rId9">
        <w:r>
          <w:rPr>
            <w:color w:val="0000EE"/>
            <w:u w:val="single"/>
          </w:rPr>
          <w:t>https://www.starobserver.com.au/news/pride-flag-at-chichiz-canberras-only-lgbtqia-bar-repeatedly-torn-down-by-valdals/242840</w:t>
        </w:r>
      </w:hyperlink>
      <w:r>
        <w:t xml:space="preserve"> - ChiChiz, Canberra's sole LGBTQIA+ bar, has been targeted by vandals multiple times, with the pride flag being torn down on at least three occasions. The venue's owners are committed to reinstating the flag each time and are considering alternative displays to prevent future incidents. They encourage the community to support the venue and report any information to Crime Stoppers or Police Link.</w:t>
      </w:r>
      <w:r/>
    </w:p>
    <w:p>
      <w:pPr>
        <w:pStyle w:val="ListNumber"/>
        <w:spacing w:line="240" w:lineRule="auto"/>
        <w:ind w:left="720"/>
      </w:pPr>
      <w:r/>
      <w:hyperlink r:id="rId10">
        <w:r>
          <w:rPr>
            <w:color w:val="0000EE"/>
            <w:u w:val="single"/>
          </w:rPr>
          <w:t>https://www.latimes.com/california/story/2024-06-17/a-couples-pride-flag-was-slashed-in-anaheim-their-neighbors-rallied-to-send-a-message</w:t>
        </w:r>
      </w:hyperlink>
      <w:r>
        <w:t xml:space="preserve"> - In Anaheim, California, a couple's Pride flag was slashed and removed from their home by an unidentified man. The incident was captured on surveillance footage, showing the man cutting the flag with a knife and making derogatory remarks. Despite the vandalism, the couple remains undeterred and has replaced the flag, receiving support from their neighbours.</w:t>
      </w:r>
      <w:r/>
    </w:p>
    <w:p>
      <w:pPr>
        <w:pStyle w:val="ListNumber"/>
        <w:spacing w:line="240" w:lineRule="auto"/>
        <w:ind w:left="720"/>
      </w:pPr>
      <w:r/>
      <w:hyperlink r:id="rId12">
        <w:r>
          <w:rPr>
            <w:color w:val="0000EE"/>
            <w:u w:val="single"/>
          </w:rPr>
          <w:t>https://www.lgbtqnation.com/2025/06/police-hunt-vandal-who-destroyed-citys-rainbow-pride-flowerbed-display/</w:t>
        </w:r>
      </w:hyperlink>
      <w:r>
        <w:t xml:space="preserve"> - In Ballarat, Australia, a flowerbed designed to resemble the Progress Pride flag was destroyed during Pride Month festivities. The mayor condemned the act as malicious, and police are investigating the incident, which has drawn attention to the challenges faced by the LGBTQ+ community in the area.</w:t>
      </w:r>
      <w:r/>
    </w:p>
    <w:p>
      <w:pPr>
        <w:pStyle w:val="ListNumber"/>
        <w:spacing w:line="240" w:lineRule="auto"/>
        <w:ind w:left="720"/>
      </w:pPr>
      <w:r/>
      <w:hyperlink r:id="rId11">
        <w:r>
          <w:rPr>
            <w:color w:val="0000EE"/>
            <w:u w:val="single"/>
          </w:rPr>
          <w:t>https://www.washingtonpost.com/news/local/wp/2016/06/17/pride-flag-burned-in-the-early-morning-outside-a-d-c-restaurant/</w:t>
        </w:r>
      </w:hyperlink>
      <w:r>
        <w:t xml:space="preserve"> - In Washington, D.C., a Pride flag displayed outside a restaurant was found burned early one Sunday morning. The incident occurred between 4 a.m. and 8 a.m., and D.C. police are investigating. The restaurant owner expressed shock and sadness over the act, which coincided with the aftermath of the Orlando nightclub shooting.</w:t>
      </w:r>
      <w:r/>
    </w:p>
    <w:p>
      <w:pPr>
        <w:pStyle w:val="ListNumber"/>
        <w:spacing w:line="240" w:lineRule="auto"/>
        <w:ind w:left="720"/>
      </w:pPr>
      <w:r/>
      <w:hyperlink r:id="rId13">
        <w:r>
          <w:rPr>
            <w:color w:val="0000EE"/>
            <w:u w:val="single"/>
          </w:rPr>
          <w:t>https://www.lgbtqnation.com/2024/02/cowardly-vandals-urinated-on-queer-familys-pride-flag-ran-away/</w:t>
        </w:r>
      </w:hyperlink>
      <w:r>
        <w:t xml:space="preserve"> - In Columbus, Ohio, two men were caught on surveillance footage urinating on a queer family's Pride flag displayed on their front porch. The incident occurred in the Weinland Park neighborhood, and the family has reported the matter to the police, who are seeking the suspects.</w:t>
      </w:r>
      <w:r/>
    </w:p>
    <w:p>
      <w:pPr>
        <w:pStyle w:val="ListNumber"/>
        <w:spacing w:line="240" w:lineRule="auto"/>
        <w:ind w:left="720"/>
      </w:pPr>
      <w:r/>
      <w:hyperlink r:id="rId14">
        <w:r>
          <w:rPr>
            <w:color w:val="0000EE"/>
            <w:u w:val="single"/>
          </w:rPr>
          <w:t>https://unherd.com/newsroom/is-vandalising-a-pride-flag-really-a-hate-crime/</w:t>
        </w:r>
      </w:hyperlink>
      <w:r>
        <w:t xml:space="preserve"> - An article discussing the complexities of defining vandalism of Pride flags as hate crimes. It examines various incidents, including the painting over of Pride flags outside Forest Gate station in East London, and explores the broader implications of such acts within the context of LGBTQ+ rights and freedoms.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pride-flag-at-chichiz-canberras-only-lgbtqia-bar-repeatedly-torn-down-by-valdals/242840" TargetMode="External"/><Relationship Id="rId10" Type="http://schemas.openxmlformats.org/officeDocument/2006/relationships/hyperlink" Target="https://www.latimes.com/california/story/2024-06-17/a-couples-pride-flag-was-slashed-in-anaheim-their-neighbors-rallied-to-send-a-message" TargetMode="External"/><Relationship Id="rId11" Type="http://schemas.openxmlformats.org/officeDocument/2006/relationships/hyperlink" Target="https://www.washingtonpost.com/news/local/wp/2016/06/17/pride-flag-burned-in-the-early-morning-outside-a-d-c-restaurant/" TargetMode="External"/><Relationship Id="rId12" Type="http://schemas.openxmlformats.org/officeDocument/2006/relationships/hyperlink" Target="https://www.lgbtqnation.com/2025/06/police-hunt-vandal-who-destroyed-citys-rainbow-pride-flowerbed-display/" TargetMode="External"/><Relationship Id="rId13" Type="http://schemas.openxmlformats.org/officeDocument/2006/relationships/hyperlink" Target="https://www.lgbtqnation.com/2024/02/cowardly-vandals-urinated-on-queer-familys-pride-flag-ran-away/" TargetMode="External"/><Relationship Id="rId14" Type="http://schemas.openxmlformats.org/officeDocument/2006/relationships/hyperlink" Target="https://unherd.com/newsroom/is-vandalising-a-pride-flag-really-a-hate-cri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