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5K Run: How the City Came Alive With Colourful Community Spirit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runners and families turned out in force as Newcastle’s biggest recent Pride 5K rolled through Leazes Park , a sell-out, colourful celebration that launched a packed Pride weekend and put community, visibility and joy front and centre.</w:t>
      </w:r>
      <w:r/>
    </w:p>
    <w:p>
      <w:r/>
      <w:r>
        <w:t>Essential Takeaways</w:t>
      </w:r>
      <w:r/>
      <w:r/>
    </w:p>
    <w:p>
      <w:pPr>
        <w:pStyle w:val="ListBullet"/>
        <w:spacing w:line="240" w:lineRule="auto"/>
        <w:ind w:left="720"/>
      </w:pPr>
      <w:r/>
      <w:r>
        <w:rPr>
          <w:b/>
        </w:rPr>
        <w:t>Biggest turnout:</w:t>
      </w:r>
      <w:r>
        <w:t xml:space="preserve"> 450 runners took part in the sell-out 5K Pride Run, the largest since before the pandemic, with a lively junior event for more than 60 children. </w:t>
      </w:r>
      <w:r/>
    </w:p>
    <w:p>
      <w:pPr>
        <w:pStyle w:val="ListBullet"/>
        <w:spacing w:line="240" w:lineRule="auto"/>
        <w:ind w:left="720"/>
      </w:pPr>
      <w:r/>
      <w:r>
        <w:rPr>
          <w:b/>
        </w:rPr>
        <w:t>Star power:</w:t>
      </w:r>
      <w:r>
        <w:t xml:space="preserve"> Double Olympic gold medallist Dame Kelly Holmes fired the starting gun and ran herself, bringing profile and warmth to the finish line. </w:t>
      </w:r>
      <w:r/>
    </w:p>
    <w:p>
      <w:pPr>
        <w:pStyle w:val="ListBullet"/>
        <w:spacing w:line="240" w:lineRule="auto"/>
        <w:ind w:left="720"/>
      </w:pPr>
      <w:r/>
      <w:r>
        <w:rPr>
          <w:b/>
        </w:rPr>
        <w:t>Community atmosphere:</w:t>
      </w:r>
      <w:r>
        <w:t xml:space="preserve"> Runners wore colourful outfits, with entertainment from local drag, choirs and performance groups, creating a festive, inclusive vibe. </w:t>
      </w:r>
      <w:r/>
    </w:p>
    <w:p>
      <w:pPr>
        <w:pStyle w:val="ListBullet"/>
        <w:spacing w:line="240" w:lineRule="auto"/>
        <w:ind w:left="720"/>
      </w:pPr>
      <w:r/>
      <w:r>
        <w:rPr>
          <w:b/>
        </w:rPr>
        <w:t>Strong sponsorship:</w:t>
      </w:r>
      <w:r>
        <w:t xml:space="preserve"> Lumo led a broad sponsor team supporting the event, helping make it bigger and more visible amid ongoing anti-LGBTQ+ sentiment. </w:t>
      </w:r>
      <w:r/>
    </w:p>
    <w:p>
      <w:pPr>
        <w:pStyle w:val="ListBullet"/>
        <w:spacing w:line="240" w:lineRule="auto"/>
        <w:ind w:left="720"/>
      </w:pPr>
      <w:r/>
      <w:r>
        <w:rPr>
          <w:b/>
        </w:rPr>
        <w:t>Youth and grassroots:</w:t>
      </w:r>
      <w:r>
        <w:t xml:space="preserve"> Junior winners and local clubs highlighted the run’s role in bringing families, allies and grassroots groups together.</w:t>
      </w:r>
      <w:r/>
      <w:r/>
    </w:p>
    <w:p>
      <w:pPr>
        <w:pStyle w:val="Heading2"/>
      </w:pPr>
      <w:r>
        <w:t>A colourful start to Pride weekend , and a loud, proud sprint</w:t>
      </w:r>
      <w:r/>
    </w:p>
    <w:p>
      <w:r/>
      <w:r>
        <w:t>The sight of 450 runners in bright kit and glittering outfits cutting through Leazes Park felt like a small carnival on two feet. According to local reports, the event sold out for the first time since the pandemic, which made the atmosphere electric and, frankly, a bit emotional for those who helped plan it. Organisers from Newcastle Frontrunners spent nine months shaping the route, marshals and entertainment, and you could tell: the staging felt slick and joyful, with a familial hum that welcomed everyone.</w:t>
      </w:r>
      <w:r/>
    </w:p>
    <w:p>
      <w:r/>
      <w:r>
        <w:t>Dame Kelly Holmes wasn’t just a name on the flyer. She fired the gun, warmed up with the crowd and joined the run, offering a visible message that sport and identity can go hand in hand. Her presence brought media attention and gave younger participants a real role model to cheer on.</w:t>
      </w:r>
      <w:r/>
    </w:p>
    <w:p>
      <w:pPr>
        <w:pStyle w:val="Heading2"/>
      </w:pPr>
      <w:r>
        <w:t>Why the run matters now: community, visibility and resistance</w:t>
      </w:r>
      <w:r/>
    </w:p>
    <w:p>
      <w:r/>
      <w:r>
        <w:t>Organisers made it clear the event wasn’t just a jog in the park. Andrew Melville of Newcastle Frontrunners framed the run as a deliberate act of visibility in a tricky national climate for LGBTQ+ people. With increases in anti-LGBTQ+ and anti-trans rhetoric in recent months, staging a large, joyful public event felt like a small but meaningful stand.</w:t>
      </w:r>
      <w:r/>
    </w:p>
    <w:p>
      <w:r/>
      <w:r>
        <w:t>Sponsors such as Lumo have pushed more support into Pride events across the region, which helps fund safety, accessibility and outreach. That corporate backing also translated into practical perks , branded trains and staff presence at other festivals , helping the weekend feel like a properly regional celebration.</w:t>
      </w:r>
      <w:r/>
    </w:p>
    <w:p>
      <w:pPr>
        <w:pStyle w:val="Heading2"/>
      </w:pPr>
      <w:r>
        <w:t>Entertainment, grassroots feel and the kids who stole the show</w:t>
      </w:r>
      <w:r/>
    </w:p>
    <w:p>
      <w:r/>
      <w:r>
        <w:t>The carnival wasn’t all about elite runners; it was a neighbourhood fête with drag, choirs and community acts. Local performers including Miss Gloria Love and Northern Proud Voices added vocal colour, while a junior 5K gave more than 60 youngsters a moment on the course. Eleven-year-old Isla Dehler from Whitley Bay won the junior race, reminding everyone that Pride is intergenerational and family-friendly.</w:t>
      </w:r>
      <w:r/>
    </w:p>
    <w:p>
      <w:r/>
      <w:r>
        <w:t>Small-scale details , the beat from a warm-up DJ, the throng of colourful supporters, the quick cups of water handed out by volunteers , made the event feel welcoming. If you’re picking a Pride run to attend next year, look for events that schedule a junior option and local performers; they turn a race into a day out.</w:t>
      </w:r>
      <w:r/>
    </w:p>
    <w:p>
      <w:pPr>
        <w:pStyle w:val="Heading2"/>
      </w:pPr>
      <w:r>
        <w:t>Sponsors, partnerships and why local backing makes a difference</w:t>
      </w:r>
      <w:r/>
    </w:p>
    <w:p>
      <w:r/>
      <w:r>
        <w:t>Lumo’s involvement was more than a logo on a banner. Richard Salkeld, the rail firm’s communications director, described the support as a way to “connect communities”, and the firm’s regional activity , from Gateshead to Edinburgh , suggests this is part of a broader strategy to normalise Pride presence on public transport and public life. Other local sponsors such as Newcastle Building Society and regional solicitors helped ensure practical needs were met: marshals, safety planning and event insurance.</w:t>
      </w:r>
      <w:r/>
    </w:p>
    <w:p>
      <w:r/>
      <w:r>
        <w:t>For community groups thinking of staging similar events, a mix of local business partners and national profile supporters often unlocks resources and publicity. And it’s worth asking sponsors for specific, visible commitments , branded trains, volunteer hours or outreach funding , rather than simply cash.</w:t>
      </w:r>
      <w:r/>
    </w:p>
    <w:p>
      <w:pPr>
        <w:pStyle w:val="Heading2"/>
      </w:pPr>
      <w:r>
        <w:t>What the day felt like and what’s next for Newcastle Pride</w:t>
      </w:r>
      <w:r/>
    </w:p>
    <w:p>
      <w:r/>
      <w:r>
        <w:t>There was an unmistakable warmth to the evening: friends racing, families cheering, runners high-fiving strangers at the finish. Winning times mattered to the competitive few, but for most the run was about moving together, visible and proud. Dame Kelly Holmes put it plainly: a Pride Run is about community, freedom and moving forward together , a line that landed soft and strong as runners milled around after the medals.</w:t>
      </w:r>
      <w:r/>
    </w:p>
    <w:p>
      <w:r/>
      <w:r>
        <w:t>With headline acts like Nadine Coyle and Bimini queued for the weekend and thousands expected across the city, this 5K felt like a successful curtain-raiser. Expect more local partnerships and, hopefully, even bigger numbers next year as organisers build on the momentum.</w:t>
      </w:r>
      <w:r/>
    </w:p>
    <w:p>
      <w:r/>
      <w:r>
        <w:t>It's a small change that can make every step feel like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https://www.chroniclelive.co.uk/whats-on/whats-on-news/gallery/dame-kelly-holmes-launches-newcastles-34349073</w:t>
        </w:r>
      </w:hyperlink>
      <w:r>
        <w:t xml:space="preserve"> - Please view link - unable to able to access data</w:t>
      </w:r>
      <w:r/>
    </w:p>
    <w:p>
      <w:pPr>
        <w:pStyle w:val="ListNumber"/>
        <w:spacing w:line="240" w:lineRule="auto"/>
        <w:ind w:left="720"/>
      </w:pPr>
      <w:r/>
      <w:hyperlink r:id="rId10">
        <w:r>
          <w:rPr>
            <w:color w:val="0000EE"/>
            <w:u w:val="single"/>
          </w:rPr>
          <w:t>https://bdaily.co.uk/articles/2026/06/14/olympic-legend-to-start-newcastle-pride-run</w:t>
        </w:r>
      </w:hyperlink>
      <w:r>
        <w:t xml:space="preserve"> - Dame Kelly Holmes, the double Olympic gold medallist, is set to start the 5k Pride Run in Newcastle's Leazes Park on Friday, July 24, 2026. Organised by the Newcastle Frontrunners, an LGBTQIA+ running club, the event aims to kick off Newcastle Pride's weekend. The organisers anticipate hundreds of runners participating, with 450 places available for the main 5k event. A Children's Pride Run will also take place, featuring a one-mile loop around Leazes Park. Businesses are encouraged to participate by entering teams or supporting the event through volunteering. Prizes will be awarded to the first three finishers in male, female, and non-binary categories, as well as for fancy dress and the children's run. All entrants will receive a medal and a goody bag. Proceeds from the race will support Newcastle Frontrunners' charity of the year, Be, which works with trans people across the North East. (https://bdaily.co.uk/articles/2026/06/14/olympic-legend-to-start-newcastle-pride-run?utm_source=openai)</w:t>
      </w:r>
      <w:r/>
    </w:p>
    <w:p>
      <w:pPr>
        <w:pStyle w:val="ListNumber"/>
        <w:spacing w:line="240" w:lineRule="auto"/>
        <w:ind w:left="720"/>
      </w:pPr>
      <w:r/>
      <w:hyperlink r:id="rId11">
        <w:r>
          <w:rPr>
            <w:color w:val="0000EE"/>
            <w:u w:val="single"/>
          </w:rPr>
          <w:t>https://www.getintonewcastle.co.uk/news/dame-kelly-holmes-support-newcastle-prides-5k-run-leazes-park</w:t>
        </w:r>
      </w:hyperlink>
      <w:r>
        <w:t xml:space="preserve"> - Olympic athlete Dame Kelly Holmes will fire the starting gun for this year's 5k Pride Run in Newcastle's Leazes Park at the end of July. The organisers of the event, the Newcastle Frontrunners, are thrilled to welcome Dame Kelly to the event, which has kicked off Newcastle Pride's weekend for more than a decade. The 5k Pride Run 2026 will be held in Leazes Park on Friday 24th July, marking the start of the Pride weekend. In previous years, hundreds of people have taken part, and the organisers are hoping this year's event will be another success. It's being staged once again by the Newcastle Frontrunners, an LGBTQIA+ running club based in Newcastle. Even though the club's focus is the LGBT+ community, all are welcome at the event. There are 450 places available, and there's also a Children's Pride Run, which is a one-mile loop of Leazes Park. Steven MacDonald, Chair of Newcastle Frontrunners, said: “We are absolutely thrilled to welcome Olympic legend Dame Kelly Holmes to this year’s Pride Run in Leazes Park, as we kick start Newcastle Pride. Having such an iconic LGBTQ+ champion not only officially start both the Junior and Adults races but join in and run with our community is an incredible honour. Her presence embodies the very spirit of our event – celebrating visibility and inclusion in sport, highlighting the powerful message that everybody belongs in running.” Andrew Melville, Event Organiser, said: “The Pride Run is known for not just being an event for runners or those running in a running club, but open to those of any ability who want to give it a go and have fun.” Phil Douglas, CEO of Curious Arts, added: “It’s a real honour to have Dame Kelly Holmes play a part in Newcastle Pride this year. The 5k Pride Run 2026 is something that we look forward to each year as a brilliant way to mark the start of the Pride weekend and to have such a sporting icon join the Front Runners to help celebrate our LGBTQIA+ community is fantastic.” If a group from a business wanted to enter, they'd be welcome. In previous years, corporate supporters either have runners who take part on the day or provide volunteers during the course of the day and on the evening for event coordination. There are prizes for the first three finishers in three categories (male, female, and non-binary) and for fancy dress, with prizes also for the children's run. Each entrant will receive a medal and a goody bag. Proceeds from the race will go to the Newcastle Frontrunner's Charity of the Year, Be:Trans – an organisation helping trans people in the north east. (https://www.getintonewcastle.co.uk/news/dame-kelly-holmes-support-newcastle-prides-5k-run-leazes-park?utm_source=openai)</w:t>
      </w:r>
      <w:r/>
    </w:p>
    <w:p>
      <w:pPr>
        <w:pStyle w:val="ListNumber"/>
        <w:spacing w:line="240" w:lineRule="auto"/>
        <w:ind w:left="720"/>
      </w:pPr>
      <w:r/>
      <w:hyperlink r:id="rId13">
        <w:r>
          <w:rPr>
            <w:color w:val="0000EE"/>
            <w:u w:val="single"/>
          </w:rPr>
          <w:t>https://www.washingtonblade.com/2023/06/11/photos-pride-run-5k-3/</w:t>
        </w:r>
      </w:hyperlink>
      <w:r>
        <w:t xml:space="preserve"> - The DC Frontrunners held the annual 5K Pride Run at Congressional Cemetery on Friday, June 9, 2023. The event featured participants of all ages and abilities, coming together to support the LGBTQ+ community. The Washington Blade provided coverage of the event, including photographs capturing the participants and the atmosphere of the run. (https://www.washingtonblade.com/2023/06/11/photos-pride-run-5k-3/?utm_source=openai)</w:t>
      </w:r>
      <w:r/>
    </w:p>
    <w:p>
      <w:pPr>
        <w:pStyle w:val="ListNumber"/>
        <w:spacing w:line="240" w:lineRule="auto"/>
        <w:ind w:left="720"/>
      </w:pPr>
      <w:r/>
      <w:hyperlink r:id="rId14">
        <w:r>
          <w:rPr>
            <w:color w:val="0000EE"/>
            <w:u w:val="single"/>
          </w:rPr>
          <w:t>https://www.gatesheadhealth.nhs.uk/news/st-bedes-2023-colour-run-event/</w:t>
        </w:r>
      </w:hyperlink>
      <w:r>
        <w:t xml:space="preserve"> - The St Bedes Team participated in the 5k Colour Run held on Saturday, June 10, 2023, at Newcastle Racecourse. The event included 20 obstacles, 8 colour stations, 20 music stations, foam, and more. The team raised funds in support of patients on the St Bedes Unit at Queen Elizabeth Hospital, Gateshead. Keely Taylor, St Bedes Unit Ward Manager, expressed gratitude to the team and donors for their support. Clare Drummond, Charitable Funds Manager, praised the team's efforts and their commitment to fundraising for patient care. (https://www.gatesheadhealth.nhs.uk/news/st-bedes-2023-colour-run-event/?utm_source=openai)</w:t>
      </w:r>
      <w:r/>
    </w:p>
    <w:p>
      <w:pPr>
        <w:pStyle w:val="ListNumber"/>
        <w:spacing w:line="240" w:lineRule="auto"/>
        <w:ind w:left="720"/>
      </w:pPr>
      <w:r/>
      <w:hyperlink r:id="rId12">
        <w:r>
          <w:rPr>
            <w:color w:val="0000EE"/>
            <w:u w:val="single"/>
          </w:rPr>
          <w:t>https://saportareport.com/atlanta-pride-run-5k-piedmont-park-june-4-2023/columnists/kellyjordan/kelly/</w:t>
        </w:r>
      </w:hyperlink>
      <w:r>
        <w:t xml:space="preserve"> - The Atlanta Pride Run 5K took place in Piedmont Park on June 4, 2023. The event featured participants running through the park, with images capturing the atmosphere and participants. The SaportaReport provided coverage of the event, including photographs and details about the run. (https://saportareport.com/atlanta-pride-run-5k-piedmont-park-june-4-2023/columnists/kellyjordan/kelly/?utm_source=openai)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gallery/dame-kelly-holmes-launches-newcastles-34349073" TargetMode="External"/><Relationship Id="rId10" Type="http://schemas.openxmlformats.org/officeDocument/2006/relationships/hyperlink" Target="https://bdaily.co.uk/articles/2026/06/14/olympic-legend-to-start-newcastle-pride-run" TargetMode="External"/><Relationship Id="rId11" Type="http://schemas.openxmlformats.org/officeDocument/2006/relationships/hyperlink" Target="https://www.getintonewcastle.co.uk/news/dame-kelly-holmes-support-newcastle-prides-5k-run-leazes-park" TargetMode="External"/><Relationship Id="rId12" Type="http://schemas.openxmlformats.org/officeDocument/2006/relationships/hyperlink" Target="https://saportareport.com/atlanta-pride-run-5k-piedmont-park-june-4-2023/columnists/kellyjordan/kelly/" TargetMode="External"/><Relationship Id="rId13" Type="http://schemas.openxmlformats.org/officeDocument/2006/relationships/hyperlink" Target="https://www.washingtonblade.com/2023/06/11/photos-pride-run-5k-3/" TargetMode="External"/><Relationship Id="rId14" Type="http://schemas.openxmlformats.org/officeDocument/2006/relationships/hyperlink" Target="https://www.gatesheadhealth.nhs.uk/news/st-bedes-2023-colour-run-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