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Milkshake Festival Response: Why a Minute's Silence Matters for LGBTQ+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paused as Milkshake festival organisers called for a minute's silence after the Berlin attack, underscoring who is affected, where solidarity is needed, and why queer safety remains a pressing concern at public events. Milkshake's statement, safety steps, and calls for WorldPride in Amsterdam matter for visitors and the wider community.</w:t>
      </w:r>
      <w:r/>
    </w:p>
    <w:p>
      <w:r/>
      <w:r>
        <w:t>Essential Takeaways</w:t>
      </w:r>
      <w:r/>
      <w:r/>
    </w:p>
    <w:p>
      <w:pPr>
        <w:pStyle w:val="ListBullet"/>
        <w:spacing w:line="240" w:lineRule="auto"/>
        <w:ind w:left="720"/>
      </w:pPr>
      <w:r/>
      <w:r>
        <w:rPr>
          <w:b/>
        </w:rPr>
        <w:t>Immediate reaction:</w:t>
      </w:r>
      <w:r>
        <w:t xml:space="preserve"> Milkshake held a minute's silence to honour those affected and to show solidarity with Berlin's queer community.</w:t>
      </w:r>
      <w:r/>
    </w:p>
    <w:p>
      <w:pPr>
        <w:pStyle w:val="ListBullet"/>
        <w:spacing w:line="240" w:lineRule="auto"/>
        <w:ind w:left="720"/>
      </w:pPr>
      <w:r/>
      <w:r>
        <w:rPr>
          <w:b/>
        </w:rPr>
        <w:t>Safety priority:</w:t>
      </w:r>
      <w:r>
        <w:t xml:space="preserve"> Organisers stress that visitor and staff safety is the top priority, with direct contact maintained with local authorities and emergency services.</w:t>
      </w:r>
      <w:r/>
    </w:p>
    <w:p>
      <w:pPr>
        <w:pStyle w:val="ListBullet"/>
        <w:spacing w:line="240" w:lineRule="auto"/>
        <w:ind w:left="720"/>
      </w:pPr>
      <w:r/>
      <w:r>
        <w:rPr>
          <w:b/>
        </w:rPr>
        <w:t>Core values:</w:t>
      </w:r>
      <w:r>
        <w:t xml:space="preserve"> The festival reiterates its commitment to freedom and inclusivity as guiding principles for programming and security.</w:t>
      </w:r>
      <w:r/>
    </w:p>
    <w:p>
      <w:pPr>
        <w:pStyle w:val="ListBullet"/>
        <w:spacing w:line="240" w:lineRule="auto"/>
        <w:ind w:left="720"/>
      </w:pPr>
      <w:r/>
      <w:r>
        <w:rPr>
          <w:b/>
        </w:rPr>
        <w:t>Larger need:</w:t>
      </w:r>
      <w:r>
        <w:t xml:space="preserve"> Organiser Marieke Samallo says the attack shows acceptance of LGBTQIA+ people remains incomplete, strengthening the case for high-profile events like WorldPride.</w:t>
      </w:r>
      <w:r/>
    </w:p>
    <w:p>
      <w:pPr>
        <w:pStyle w:val="ListBullet"/>
        <w:spacing w:line="240" w:lineRule="auto"/>
        <w:ind w:left="720"/>
      </w:pPr>
      <w:r/>
      <w:r>
        <w:rPr>
          <w:b/>
        </w:rPr>
        <w:t>Practical tone:</w:t>
      </w:r>
      <w:r>
        <w:t xml:space="preserve"> Expect visible safety measures and staff briefings at events; the atmosphere aims to stay celebratory but vigilant.</w:t>
      </w:r>
      <w:r/>
      <w:r/>
    </w:p>
    <w:p>
      <w:pPr>
        <w:pStyle w:val="Heading2"/>
      </w:pPr>
      <w:r>
        <w:t>Why a minute's silence felt necessary , and emotional</w:t>
      </w:r>
      <w:r/>
    </w:p>
    <w:p>
      <w:r/>
      <w:r>
        <w:t>Milkshake’s brief pause was a small, quiet moment with a weighty message: grief and solidarity can be expressed in a crowd as easily as on a street corner. The silence had a hush quality that you could feel , people lowering voices, exchanging looks , the kind of communal empathy that lingers. According to the festival’s public note, the attack in Berlin touched both visitors and staff, prompting an immediate, humane response from organisers. That reaction matters because festivals are supposed to be safe spaces; when they’re threatened, everyone who loves them notices.</w:t>
      </w:r>
      <w:r/>
    </w:p>
    <w:p>
      <w:pPr>
        <w:pStyle w:val="Heading2"/>
      </w:pPr>
      <w:r>
        <w:t>Organisers reassure: safety is top priority</w:t>
      </w:r>
      <w:r/>
    </w:p>
    <w:p>
      <w:r/>
      <w:r>
        <w:t>The festival publicly stated that the safety of LGBTQIA+ visitors and employees is paramount, and that they’re in direct contact with authorities and emergency services. That’s not mere PR , it’s a practical line: coordinating with police, medical teams and on-site security changes how an event runs. Attendees should expect clearer entry procedures, visible staff, and a readiness to respond. If you’re going, keep your phone charged, note emergency exits, and follow staff instructions , small actions that help keep a party peaceful.</w:t>
      </w:r>
      <w:r/>
    </w:p>
    <w:p>
      <w:pPr>
        <w:pStyle w:val="Heading2"/>
      </w:pPr>
      <w:r>
        <w:t>What Marieke Samallo says: acceptance still has work to do</w:t>
      </w:r>
      <w:r/>
    </w:p>
    <w:p>
      <w:r/>
      <w:r>
        <w:t>Founder Marieke Samallo made a blunt point: the Berlin attack is a reminder that acceptance of the queer community isn’t where it needs to be. Her take is both political and personal , after fifteen years of Milkshake, she argues the festival is needed more than ever to celebrate and protect diversity. She also frames WorldPride in Amsterdam as a necessary, visible counterweight: a large-scale affirmation that inclusion should be celebrated and defended. It’s the kind of appeal that turns outrage into a civic push for change.</w:t>
      </w:r>
      <w:r/>
    </w:p>
    <w:p>
      <w:pPr>
        <w:pStyle w:val="Heading2"/>
      </w:pPr>
      <w:r>
        <w:t>Festivals, freedom and inclusivity , the balancing act</w:t>
      </w:r>
      <w:r/>
    </w:p>
    <w:p>
      <w:r/>
      <w:r>
        <w:t>Milkshake has always foregrounded freedom and inclusivity, which is why the organisation reacted quickly and visibly. But there’s a balancing act: keeping the atmosphere fun while tightening safety. The trend across event culture is the same , more thorough risk assessments, staff training for hostile incidents, and clearer communication to attendees. If you’re organising or attending events, look for policies on accessibility and anti-harassment, and don’t be shy about asking about safety plans beforehand.</w:t>
      </w:r>
      <w:r/>
    </w:p>
    <w:p>
      <w:pPr>
        <w:pStyle w:val="Heading2"/>
      </w:pPr>
      <w:r>
        <w:t>What this means for visitors and the wider queer community</w:t>
      </w:r>
      <w:r/>
    </w:p>
    <w:p>
      <w:r/>
      <w:r>
        <w:t>For visitors, the takeaway is practical and emotional: enjoy the music and expression, but stay aware and look out for one another. For the community, the minute’s silence is both a mourning and a rallying cry , a reminder that visibility can invite both celebration and, sadly, risk. Organisers like Milkshake are pointing to a future where Pride events not only party but also provide solid protection and public-facing advocacy; that dual role matters more than ever.</w:t>
      </w:r>
      <w:r/>
    </w:p>
    <w:p>
      <w:r/>
      <w:r>
        <w:t>It's a small pause with a big message: celebrate loudly, but take each other's safety seriously.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1">
        <w:r>
          <w:rPr>
            <w:color w:val="0000EE"/>
            <w:u w:val="single"/>
          </w:rPr>
          <w:t>[5]</w:t>
        </w:r>
      </w:hyperlink>
      <w:r>
        <w:t xml:space="preserve">- Paragraph 3: </w:t>
      </w:r>
      <w:hyperlink r:id="rId10">
        <w:r>
          <w:rPr>
            <w:color w:val="0000EE"/>
            <w:u w:val="single"/>
          </w:rPr>
          <w:t>[6]</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https://www.nd.nl/varia/varia/1325360/festival-milkshake-houdt-minuut-stilte-na-aanslag-in-berlijn</w:t>
        </w:r>
      </w:hyperlink>
      <w:r>
        <w:t xml:space="preserve"> - Please view link - unable to able to access data</w:t>
      </w:r>
      <w:r/>
    </w:p>
    <w:p>
      <w:pPr>
        <w:pStyle w:val="ListNumber"/>
        <w:spacing w:line="240" w:lineRule="auto"/>
        <w:ind w:left="720"/>
      </w:pPr>
      <w:r/>
      <w:hyperlink r:id="rId10">
        <w:r>
          <w:rPr>
            <w:color w:val="0000EE"/>
            <w:u w:val="single"/>
          </w:rPr>
          <w:t>https://www.milkshakefestival.com/news/westandwithberlin</w:t>
        </w:r>
      </w:hyperlink>
      <w:r>
        <w:t xml:space="preserve"> - In response to the attack at Berlin Pride, Milkshake Festival in Amsterdam announced a minute of silence at 17:00 on July 26, 2026. The festival's organisers expressed solidarity with Berlin's LGBTQIA+ community, emphasising that love, visibility, and solidarity are stronger than fear. They assured attendees that the safety of the community remains the highest priority, with direct contact established with authorities and relevant safety services. The festival proceeded as planned, with support available for those affected.</w:t>
      </w:r>
      <w:r/>
    </w:p>
    <w:p>
      <w:pPr>
        <w:pStyle w:val="ListNumber"/>
        <w:spacing w:line="240" w:lineRule="auto"/>
        <w:ind w:left="720"/>
      </w:pPr>
      <w:r/>
      <w:hyperlink r:id="rId11">
        <w:r>
          <w:rPr>
            <w:color w:val="0000EE"/>
            <w:u w:val="single"/>
          </w:rPr>
          <w:t>https://www.milkshakefestival.com/about</w:t>
        </w:r>
      </w:hyperlink>
      <w:r>
        <w:t xml:space="preserve"> - Milkshake Festival is an open-minded electronic dance festival held annually in Amsterdam since 2012. It aims to demonstrate that entertainment, music, and clothing are not linked to status, gender, or sexuality. The festival features multiple stages each day, showcasing genres such as electronic, house, disco, pop, techno, R&amp;B, and dancehall. Milkshake provides a platform for artists and performers from underrepresented communities, celebrating diversity in skin colour, body, sexuality, and gender.</w:t>
      </w:r>
      <w:r/>
    </w:p>
    <w:p>
      <w:pPr>
        <w:pStyle w:val="ListNumber"/>
        <w:spacing w:line="240" w:lineRule="auto"/>
        <w:ind w:left="720"/>
      </w:pPr>
      <w:r/>
      <w:hyperlink r:id="rId10">
        <w:r>
          <w:rPr>
            <w:color w:val="0000EE"/>
            <w:u w:val="single"/>
          </w:rPr>
          <w:t>https://www.milkshakefestival.com/news/westandwithberlin</w:t>
        </w:r>
      </w:hyperlink>
      <w:r>
        <w:t xml:space="preserve"> - In response to the attack at Berlin Pride, Milkshake Festival in Amsterdam announced a minute of silence at 17:00 on July 26, 2026. The festival's organisers expressed solidarity with Berlin's LGBTQIA+ community, emphasising that love, visibility, and solidarity are stronger than fear. They assured attendees that the safety of the community remains the highest priority, with direct contact established with authorities and relevant safety services. The festival proceeded as planned, with support available for those affected.</w:t>
      </w:r>
      <w:r/>
    </w:p>
    <w:p>
      <w:pPr>
        <w:pStyle w:val="ListNumber"/>
        <w:spacing w:line="240" w:lineRule="auto"/>
        <w:ind w:left="720"/>
      </w:pPr>
      <w:r/>
      <w:hyperlink r:id="rId11">
        <w:r>
          <w:rPr>
            <w:color w:val="0000EE"/>
            <w:u w:val="single"/>
          </w:rPr>
          <w:t>https://www.milkshakefestival.com/about</w:t>
        </w:r>
      </w:hyperlink>
      <w:r>
        <w:t xml:space="preserve"> - Milkshake Festival is an open-minded electronic dance festival held annually in Amsterdam since 2012. It aims to demonstrate that entertainment, music, and clothing are not linked to status, gender, or sexuality. The festival features multiple stages each day, showcasing genres such as electronic, house, disco, pop, techno, R&amp;B, and dancehall. Milkshake provides a platform for artists and performers from underrepresented communities, celebrating diversity in skin colour, body, sexuality, and gender.</w:t>
      </w:r>
      <w:r/>
    </w:p>
    <w:p>
      <w:pPr>
        <w:pStyle w:val="ListNumber"/>
        <w:spacing w:line="240" w:lineRule="auto"/>
        <w:ind w:left="720"/>
      </w:pPr>
      <w:r/>
      <w:hyperlink r:id="rId10">
        <w:r>
          <w:rPr>
            <w:color w:val="0000EE"/>
            <w:u w:val="single"/>
          </w:rPr>
          <w:t>https://www.milkshakefestival.com/news/westandwithberlin</w:t>
        </w:r>
      </w:hyperlink>
      <w:r>
        <w:t xml:space="preserve"> - In response to the attack at Berlin Pride, Milkshake Festival in Amsterdam announced a minute of silence at 17:00 on July 26, 2026. The festival's organisers expressed solidarity with Berlin's LGBTQIA+ community, emphasising that love, visibility, and solidarity are stronger than fear. They assured attendees that the safety of the community remains the highest priority, with direct contact established with authorities and relevant safety services. The festival proceeded as planned, with support available for those affected.</w:t>
      </w:r>
      <w:r/>
    </w:p>
    <w:p>
      <w:pPr>
        <w:pStyle w:val="ListNumber"/>
        <w:spacing w:line="240" w:lineRule="auto"/>
        <w:ind w:left="720"/>
      </w:pPr>
      <w:r/>
      <w:hyperlink r:id="rId11">
        <w:r>
          <w:rPr>
            <w:color w:val="0000EE"/>
            <w:u w:val="single"/>
          </w:rPr>
          <w:t>https://www.milkshakefestival.com/about</w:t>
        </w:r>
      </w:hyperlink>
      <w:r>
        <w:t xml:space="preserve"> - Milkshake Festival is an open-minded electronic dance festival held annually in Amsterdam since 2012. It aims to demonstrate that entertainment, music, and clothing are not linked to status, gender, or sexuality. The festival features multiple stages each day, showcasing genres such as electronic, house, disco, pop, techno, R&amp;B, and dancehall. Milkshake provides a platform for artists and performers from underrepresented communities, celebrating diversity in skin colour, body, sexuality, and gender.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5360/festival-milkshake-houdt-minuut-stilte-na-aanslag-in-berlijn" TargetMode="External"/><Relationship Id="rId10" Type="http://schemas.openxmlformats.org/officeDocument/2006/relationships/hyperlink" Target="https://www.milkshakefestival.com/news/westandwithberlin" TargetMode="External"/><Relationship Id="rId11" Type="http://schemas.openxmlformats.org/officeDocument/2006/relationships/hyperlink" Target="https://www.milkshakefestival.com/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