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Michael Johnston Roles and Why He’s Eyeing a Meaningful Gay Story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fans alike are watching Michael Johnston’s next move after Obsession’s runaway success, and the out actor says he wants a really intentional queer role that reflects his life and speaks to others , even if he has to write it himself.</w:t>
      </w:r>
      <w:r/>
    </w:p>
    <w:p>
      <w:r/>
      <w:r>
        <w:t>Essential Takeaways</w:t>
      </w:r>
      <w:r/>
      <w:r/>
    </w:p>
    <w:p>
      <w:pPr>
        <w:pStyle w:val="ListBullet"/>
        <w:spacing w:line="240" w:lineRule="auto"/>
        <w:ind w:left="720"/>
      </w:pPr>
      <w:r/>
      <w:r>
        <w:rPr>
          <w:b/>
        </w:rPr>
        <w:t>Career freedom:</w:t>
      </w:r>
      <w:r>
        <w:t xml:space="preserve"> Michael Johnston says Obsession’s box-office smash has given him the freedom to choose more purposeful projects.</w:t>
      </w:r>
      <w:r/>
    </w:p>
    <w:p>
      <w:pPr>
        <w:pStyle w:val="ListBullet"/>
        <w:spacing w:line="240" w:lineRule="auto"/>
        <w:ind w:left="720"/>
      </w:pPr>
      <w:r/>
      <w:r>
        <w:rPr>
          <w:b/>
        </w:rPr>
        <w:t>Intentional storytelling:</w:t>
      </w:r>
      <w:r>
        <w:t xml:space="preserve"> He wants his next part to be a meaningful queer role, not a character defined solely by sexuality.</w:t>
      </w:r>
      <w:r/>
    </w:p>
    <w:p>
      <w:pPr>
        <w:pStyle w:val="ListBullet"/>
        <w:spacing w:line="240" w:lineRule="auto"/>
        <w:ind w:left="720"/>
      </w:pPr>
      <w:r/>
      <w:r>
        <w:rPr>
          <w:b/>
        </w:rPr>
        <w:t>Personal material:</w:t>
      </w:r>
      <w:r>
        <w:t xml:space="preserve"> Johnston cites growing up gay in the Bible Belt as rich, painful material for authentic stories.</w:t>
      </w:r>
      <w:r/>
    </w:p>
    <w:p>
      <w:pPr>
        <w:pStyle w:val="ListBullet"/>
        <w:spacing w:line="240" w:lineRule="auto"/>
        <w:ind w:left="720"/>
      </w:pPr>
      <w:r/>
      <w:r>
        <w:rPr>
          <w:b/>
        </w:rPr>
        <w:t>Proven impact:</w:t>
      </w:r>
      <w:r>
        <w:t xml:space="preserve"> His Teen Wolf role helped viewers come out, showing representation can change lives.</w:t>
      </w:r>
      <w:r/>
    </w:p>
    <w:p>
      <w:pPr>
        <w:pStyle w:val="ListBullet"/>
        <w:spacing w:line="240" w:lineRule="auto"/>
        <w:ind w:left="720"/>
      </w:pPr>
      <w:r/>
      <w:r>
        <w:rPr>
          <w:b/>
        </w:rPr>
        <w:t>Commercial clout:</w:t>
      </w:r>
      <w:r>
        <w:t xml:space="preserve"> Obsession’s unexpected financial success turned Johnston into a sought-after name with leverage.</w:t>
      </w:r>
      <w:r/>
      <w:r/>
    </w:p>
    <w:p>
      <w:pPr>
        <w:pStyle w:val="Heading2"/>
      </w:pPr>
      <w:r>
        <w:t>Why Obsession changed the game for Johnston</w:t>
      </w:r>
      <w:r/>
    </w:p>
    <w:p>
      <w:r/>
      <w:r>
        <w:t>Obsession didn’t just put Michael Johnston on magazine covers, it put him in a new bargaining position. The supernatural horror , which leaned into twisted romantic obsession and “nice guy” entitlement , exploded at the global box office, turning a modestly budgeted film into a blockbuster conversation piece. That kind of success buys actors options, and Johnston says he’s ready to use them to pursue projects that mean something to him, not just the next paycheck.</w:t>
      </w:r>
      <w:r/>
    </w:p>
    <w:p>
      <w:pPr>
        <w:pStyle w:val="Heading2"/>
      </w:pPr>
      <w:r>
        <w:t>He wants a queer role with real weight , not a label</w:t>
      </w:r>
      <w:r/>
    </w:p>
    <w:p>
      <w:r/>
      <w:r>
        <w:t>Johnston is clear-eyed about how he sees characters: sexuality is a part of someone, not the whole script. Yet he also wants a role that centres queer experience in a thoughtful way, the kind that explores identity, conflict and emotional truth. That balance , a character who happens to be gay but whose journey is universal , is what he’s pitching for, and it’s a timely ask in an industry hungry for nuance.</w:t>
      </w:r>
      <w:r/>
    </w:p>
    <w:p>
      <w:pPr>
        <w:pStyle w:val="Heading2"/>
      </w:pPr>
      <w:r>
        <w:t>The Bible Belt backstory that could shape a script</w:t>
      </w:r>
      <w:r/>
    </w:p>
    <w:p>
      <w:r/>
      <w:r>
        <w:t>Growing up gay in North Carolina, Johnston says, gave him a particular lens on faith, rejection and resilience. Those experiences are the kind of detail-driven, emotionally honest material that turns a good gay part into a great one. If he writes the story himself, expect scenes that feel lived-in and specific , the quiet, awkward moments as much as the big reckonings , because Johnston knows those beats firsthand.</w:t>
      </w:r>
      <w:r/>
    </w:p>
    <w:p>
      <w:pPr>
        <w:pStyle w:val="Heading2"/>
      </w:pPr>
      <w:r>
        <w:t>Representation that mattered: lessons from Teen Wolf</w:t>
      </w:r>
      <w:r/>
    </w:p>
    <w:p>
      <w:r/>
      <w:r>
        <w:t>Johnston’s earlier turn as Corey Bryant on Teen Wolf showed how a fictional gay relationship can have real-world consequences. He still gets messages from young viewers who said seeing the character helped them come out. That response taught him representation isn’t just symbolic; it can be life-changing. So his search for a new queer role isn’t vanity , it’s deliberate, aiming to offer the same kind of recognition he once provided.</w:t>
      </w:r>
      <w:r/>
    </w:p>
    <w:p>
      <w:pPr>
        <w:pStyle w:val="Heading2"/>
      </w:pPr>
      <w:r>
        <w:t>Practical choices: what Johnston’s next move could look like</w:t>
      </w:r>
      <w:r/>
    </w:p>
    <w:p>
      <w:r/>
      <w:r>
        <w:t>With studio attention heightened after Obsession, Johnston can realistically pitch or produce the work he wants. He could team up with queer writers and directors to ensure authenticity, or take the writer-director route himself. For viewers and industry folk, the practical test will be whether the project avoids clichés and delivers a compelling story with emotional stakes. If Johnston’s past suggests anything, it’s that he’s thinking about impact as much as image.</w:t>
      </w:r>
      <w:r/>
    </w:p>
    <w:p>
      <w:r/>
      <w:r>
        <w:t>It's a small change that can make a big difference: more stories that reflect who actors are, and who audiences really are.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5">
        <w:r>
          <w:rPr>
            <w:color w:val="0000EE"/>
            <w:u w:val="single"/>
          </w:rPr>
          <w:t>[4]</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https://gayexpress.co.nz/2026/07/obsession-star-michael-johnston-eyes-meaningful-gay-role/?utm_source=rss&amp;utm_medium=rss&amp;utm_campaign=obsession-star-michael-johnston-eyes-meaningful-gay-role</w:t>
        </w:r>
      </w:hyperlink>
      <w:r>
        <w:t xml:space="preserve"> - Please view link - unable to able to access data</w:t>
      </w:r>
      <w:r/>
    </w:p>
    <w:p>
      <w:pPr>
        <w:pStyle w:val="ListNumber"/>
        <w:spacing w:line="240" w:lineRule="auto"/>
        <w:ind w:left="720"/>
      </w:pPr>
      <w:r/>
      <w:hyperlink r:id="rId10">
        <w:r>
          <w:rPr>
            <w:color w:val="0000EE"/>
            <w:u w:val="single"/>
          </w:rPr>
          <w:t>https://www.cinemablend.com/movies/obsession-bear-michael-johnston-hilarious-signature-drink-pina-colada</w:t>
        </w:r>
      </w:hyperlink>
      <w:r>
        <w:t xml:space="preserve"> - In a recent interview, actor Michael Johnston, who plays Bear in the film 'Obsession', shared insights into a humorous behind-the-scenes detail concerning his character’s drink choice. Initially, the script had Bear ordering a Shirley Temple during a bar trivia scene, but Johnston felt that choice made the character appear overly naive. He advocated for a change to a Piña Colada, which better suited Bear's sweet but slightly more grounded persona. The shift aligned more naturally with Bear’s narrative arc, especially given his dislike for the taste of alcohol, and subtly strengthened his characterization. Co-stars Megan Lawless and Inde Navarrette offered additional drink ideas during filming, contributing to the collaborative atmosphere. This seemingly small change underscores how a singular line or detail can shape audience perception of a character, encapsulating Bear’s vulnerability and his fear of rejection, particularly in his relationship with Nikki. The film 'Obsession' is currently available for streaming on Peacock.</w:t>
      </w:r>
      <w:r/>
    </w:p>
    <w:p>
      <w:pPr>
        <w:pStyle w:val="ListNumber"/>
        <w:spacing w:line="240" w:lineRule="auto"/>
        <w:ind w:left="720"/>
      </w:pPr>
      <w:r/>
      <w:hyperlink r:id="rId12">
        <w:r>
          <w:rPr>
            <w:color w:val="0000EE"/>
            <w:u w:val="single"/>
          </w:rPr>
          <w:t>https://en.wikipedia.org/wiki/Obsession_(2025_film)</w:t>
        </w:r>
      </w:hyperlink>
      <w:r>
        <w:t xml:space="preserve"> - Obsession is a 2025 American supernatural horror film written, directed, and edited by Curry Barker. The film follows Bear (played by Michael Johnston), a music store employee who buys a supernatural toy and wishes for his childhood friend Nikki (Inde Navarrette) to fall in love with him. Cooper Tomlinson, Megan Lawless, and Andy Richter also appear in supporting roles. Obsession premiered at the 2025 Toronto International Film Festival on September 5, 2025, as part of its Midnight Madness block. It is scheduled for a theatrical release in the United States on May 15, 2026, by Focus Features. The film received positive reviews from critics.</w:t>
      </w:r>
      <w:r/>
    </w:p>
    <w:p>
      <w:pPr>
        <w:pStyle w:val="ListNumber"/>
        <w:spacing w:line="240" w:lineRule="auto"/>
        <w:ind w:left="720"/>
      </w:pPr>
      <w:r/>
      <w:hyperlink r:id="rId15">
        <w:r>
          <w:rPr>
            <w:color w:val="0000EE"/>
            <w:u w:val="single"/>
          </w:rPr>
          <w:t>https://www.peacocktv.com/blog/obsession-cast</w:t>
        </w:r>
      </w:hyperlink>
      <w:r>
        <w:t xml:space="preserve"> - The biggest original horror hit of 2026 is coming exclusively to Peacock! Obsession, directed by Curry Barker and inspired by W. W. Jacobs’ “The Monkey’s Paw,” became a major horror success after earning more than $400 million globally, and premieres on Peacock on July 17. Michael Johnston stars as Baron “Bear” Bailey, a music store employee whose attempt to win over his friend Nikki using the mysterious “One Wish Willow” device unleashes dangerous consequences. The cast also features Inde Navarrette as Nikki Freeman, Cooper Tomlinson as Ian, and Andy Richter as Bear’s boss Carter Harper, with several actors gaining wider recognition following the film’s popularity.</w:t>
      </w:r>
      <w:r/>
    </w:p>
    <w:p>
      <w:pPr>
        <w:pStyle w:val="ListNumber"/>
        <w:spacing w:line="240" w:lineRule="auto"/>
        <w:ind w:left="720"/>
      </w:pPr>
      <w:r/>
      <w:hyperlink r:id="rId14">
        <w:r>
          <w:rPr>
            <w:color w:val="0000EE"/>
            <w:u w:val="single"/>
          </w:rPr>
          <w:t>https://plantbasednews.org/news/celebrities/obsession-actor-makes-plant-based-milk/</w:t>
        </w:r>
      </w:hyperlink>
      <w:r>
        <w:t xml:space="preserve"> - Obsession actor Michael Johnston just brought his own homemade, organic, plant-based milk to an interview on Access Hollywood for the hosts to try. In a recent appearance on the show, Johnston revealed that he avoids dairy and makes his own almond and cashew milk at home to drink with coffee. Johnston co-stars in Obsession, a 2025 psychological horror film from Blumhouse and the undisputed, unprecedented breakout hit of the summer so far.</w:t>
      </w:r>
      <w:r/>
    </w:p>
    <w:p>
      <w:pPr>
        <w:pStyle w:val="ListNumber"/>
        <w:spacing w:line="240" w:lineRule="auto"/>
        <w:ind w:left="720"/>
      </w:pPr>
      <w:r/>
      <w:hyperlink r:id="rId13">
        <w:r>
          <w:rPr>
            <w:color w:val="0000EE"/>
            <w:u w:val="single"/>
          </w:rPr>
          <w:t>https://vaguevisages.com/2026/07/12/obsession-cast-amazon-apple-peacock-movie-film-characters/</w:t>
        </w:r>
      </w:hyperlink>
      <w:r>
        <w:t xml:space="preserve"> - The Obsession cast features Michael Johnston, Inde Navarrette and Cooper Tomlinson. This info article contains minor spoilers and character details for Curry Barker’s 2025 movie on Amazon and Apple TV. Check out more cast guides in Vague Visages’ Know the Cast category. Obsession explores the relationship between an insecure man and his female friend. As Bear struggles with his personal life, a magical toy allows him to make a wish that will come true. The narrative follows the main protagonist as they fall in love under strange circumstances. Here’s every actor and character in Obsession. Obsession Cast: Michael Johnston as Bear Character Profile: A music store employee. He is a cat owner who struggles to communicate romantic feelings for a female colleague.</w:t>
      </w:r>
      <w:r/>
    </w:p>
    <w:p>
      <w:pPr>
        <w:pStyle w:val="ListNumber"/>
        <w:spacing w:line="240" w:lineRule="auto"/>
        <w:ind w:left="720"/>
      </w:pPr>
      <w:r/>
      <w:hyperlink r:id="rId11">
        <w:r>
          <w:rPr>
            <w:color w:val="0000EE"/>
            <w:u w:val="single"/>
          </w:rPr>
          <w:t>https://www.gamesradar.com/entertainment/horror-movies/obsession-has-officially-passed-sinners-to-become-the-highest-grossing-original-live-action-film-of-the-decade-so-far/</w:t>
        </w:r>
      </w:hyperlink>
      <w:r>
        <w:t xml:space="preserve"> - As of June 30, 2026, the horror film Obsession has surpassed Sinners to become the highest-grossing original live-action film of the decade. Directed and written by Curry Barker, Obsession tells the story of Bear (played by Michael Johnston), who uses a magical wishing branch to make his crush Nikki (Indie Navarette) fall obsessively in love with him, only to trigger a violent and supernatural transformation. Despite its modest $750,000 budget, the film has earned approximately $371 million globally, highlighting its immense success. By comparison, Sinners, directed by Ryan Coogler, had a significantly larger budget of $90 million and grossed $370.3 million worldwide. It made history by receiving 16 Oscar nominations and winning four. Barker mentioned that while there are ideas for a sequel to Obsession, he prefers to wait before pursuing it further. The film remains in theaters, while Sinners is now available for streaming on HBO Max. The success of Obsession marks a strong moment for original horror cinema.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7/obsession-star-michael-johnston-eyes-meaningful-gay-role/?utm_source=rss&amp;utm_medium=rss&amp;utm_campaign=obsession-star-michael-johnston-eyes-meaningful-gay-role" TargetMode="External"/><Relationship Id="rId10" Type="http://schemas.openxmlformats.org/officeDocument/2006/relationships/hyperlink" Target="https://www.cinemablend.com/movies/obsession-bear-michael-johnston-hilarious-signature-drink-pina-colada" TargetMode="External"/><Relationship Id="rId11" Type="http://schemas.openxmlformats.org/officeDocument/2006/relationships/hyperlink" Target="https://www.gamesradar.com/entertainment/horror-movies/obsession-has-officially-passed-sinners-to-become-the-highest-grossing-original-live-action-film-of-the-decade-so-far/" TargetMode="External"/><Relationship Id="rId12" Type="http://schemas.openxmlformats.org/officeDocument/2006/relationships/hyperlink" Target="https://en.wikipedia.org/wiki/Obsession_(2025_film)" TargetMode="External"/><Relationship Id="rId13" Type="http://schemas.openxmlformats.org/officeDocument/2006/relationships/hyperlink" Target="https://vaguevisages.com/2026/07/12/obsession-cast-amazon-apple-peacock-movie-film-characters/" TargetMode="External"/><Relationship Id="rId14" Type="http://schemas.openxmlformats.org/officeDocument/2006/relationships/hyperlink" Target="https://plantbasednews.org/news/celebrities/obsession-actor-makes-plant-based-milk/" TargetMode="External"/><Relationship Id="rId15" Type="http://schemas.openxmlformats.org/officeDocument/2006/relationships/hyperlink" Target="https://www.peacocktv.com/blog/obsession-ca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