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Look at Queen Máxima’s Warm Welcome at WorldPride 2026 in Vondelpark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onlookers say the atmosphere was electric as Queen Máxima joined hundreds at the Pride Park opening in Amsterdam’s Vondelpark, meeting activists and enjoying performances; her attendance underlines why WorldPride’s visibility and human-rights message matter both locally and internationally.</w:t>
      </w:r>
      <w:r/>
    </w:p>
    <w:p>
      <w:r/>
      <w:r>
        <w:t>Essential Takeaways</w:t>
      </w:r>
      <w:r/>
      <w:r/>
    </w:p>
    <w:p>
      <w:pPr>
        <w:pStyle w:val="ListBullet"/>
        <w:spacing w:line="240" w:lineRule="auto"/>
        <w:ind w:left="720"/>
      </w:pPr>
      <w:r/>
      <w:r>
        <w:rPr>
          <w:b/>
        </w:rPr>
        <w:t>Historic presence:</w:t>
      </w:r>
      <w:r>
        <w:t xml:space="preserve"> Queen Máxima attended the WorldPride opening in Vondelpark, calling it a “historic moment” and receiving loud cheers.</w:t>
      </w:r>
      <w:r/>
    </w:p>
    <w:p>
      <w:pPr>
        <w:pStyle w:val="ListBullet"/>
        <w:spacing w:line="240" w:lineRule="auto"/>
        <w:ind w:left="720"/>
      </w:pPr>
      <w:r/>
      <w:r>
        <w:rPr>
          <w:b/>
        </w:rPr>
        <w:t>Engaged and personable:</w:t>
      </w:r>
      <w:r>
        <w:t xml:space="preserve"> She spoke with community groups, accepted small keepsakes, and briefly danced along to a drag performance.</w:t>
      </w:r>
      <w:r/>
    </w:p>
    <w:p>
      <w:pPr>
        <w:pStyle w:val="ListBullet"/>
        <w:spacing w:line="240" w:lineRule="auto"/>
        <w:ind w:left="720"/>
      </w:pPr>
      <w:r/>
      <w:r>
        <w:rPr>
          <w:b/>
        </w:rPr>
        <w:t>Visible partners:</w:t>
      </w:r>
      <w:r>
        <w:t xml:space="preserve"> Mayor Femke Halsema joined the visit; officials and NGOs such as Sport Pride Foundation and Stichting Meer dan Gewenst were present.</w:t>
      </w:r>
      <w:r/>
    </w:p>
    <w:p>
      <w:pPr>
        <w:pStyle w:val="ListBullet"/>
        <w:spacing w:line="240" w:lineRule="auto"/>
        <w:ind w:left="720"/>
      </w:pPr>
      <w:r/>
      <w:r>
        <w:rPr>
          <w:b/>
        </w:rPr>
        <w:t>Programme highlights:</w:t>
      </w:r>
      <w:r>
        <w:t xml:space="preserve"> WorldPride runs 25 July–8 August and features a Pride Walk, Amsterdam canal parade, Unity Concert and a human-rights conference.</w:t>
      </w:r>
      <w:r/>
    </w:p>
    <w:p>
      <w:pPr>
        <w:pStyle w:val="ListBullet"/>
        <w:spacing w:line="240" w:lineRule="auto"/>
        <w:ind w:left="720"/>
      </w:pPr>
      <w:r/>
      <w:r>
        <w:rPr>
          <w:b/>
        </w:rPr>
        <w:t>Friendly details:</w:t>
      </w:r>
      <w:r>
        <w:t xml:space="preserve"> Máxima received a medal she couldn’t wear because of a large feathered hat, creating a light, human moment.</w:t>
      </w:r>
      <w:r/>
      <w:r/>
    </w:p>
    <w:p>
      <w:pPr>
        <w:pStyle w:val="Heading2"/>
      </w:pPr>
      <w:r>
        <w:t>A royal in the crowd , the opening you could feel</w:t>
      </w:r>
      <w:r/>
    </w:p>
    <w:p>
      <w:r/>
      <w:r>
        <w:t>Queen Máxima’s arrival at Pride Park felt less like a formal engagement and more like a neighbour popping in to celebrate, with warm applause and visible relief on faces. According to royal briefings, she greeted hundreds of visitors and described being at the ceremony as a historic occasion. That easy, human energy matters: it turns headline moments into recognisable support for lhbtiqa+ communities.</w:t>
      </w:r>
      <w:r/>
    </w:p>
    <w:p>
      <w:pPr>
        <w:pStyle w:val="Heading2"/>
      </w:pPr>
      <w:r>
        <w:t>Meetings that mattered , conversations over ceremony</w:t>
      </w:r>
      <w:r/>
    </w:p>
    <w:p>
      <w:r/>
      <w:r>
        <w:t>Máxima didn’t just appear on stage; she made time to speak with representatives from groups such as the Sport Pride Foundation and Stichting Meer dan Gewenst. Reports note she accepted drawings, books and a mug as tokens, and was given a medal she joked she couldn’t wear because of her elaborate hat. These small exchanges show how symbolic gestures can reinforce the practical work of grassroots organisations.</w:t>
      </w:r>
      <w:r/>
    </w:p>
    <w:p>
      <w:pPr>
        <w:pStyle w:val="Heading2"/>
      </w:pPr>
      <w:r>
        <w:t>Performance and pageantry , drag, glitter and a mayor with sparkle</w:t>
      </w:r>
      <w:r/>
    </w:p>
    <w:p>
      <w:r/>
      <w:r>
        <w:t>The visit included a drag performance where the Queen briefly danced along, while Mayor Femke Halsema ended up with glitter on her cheek , an image that underscores the playful, defiant spirit of Pride. Events like this blend activism with celebration, giving activism a visible, human face that resonates beyond speeches and statements.</w:t>
      </w:r>
      <w:r/>
    </w:p>
    <w:p>
      <w:pPr>
        <w:pStyle w:val="Heading2"/>
      </w:pPr>
      <w:r>
        <w:t>Why WorldPride in Amsterdam is different this year</w:t>
      </w:r>
      <w:r/>
    </w:p>
    <w:p>
      <w:r/>
      <w:r>
        <w:t>WorldPride lands in Amsterdam for the first time, stretching across two weeks with a programme designed to amplify visibility and human-rights issues worldwide. From the Pride Walk through the city to the canal boats and the Human Rights Conference, organisers aim to balance celebration with serious advocacy. For visitors, that means you can join a parade one day and a policy panel the next.</w:t>
      </w:r>
      <w:r/>
    </w:p>
    <w:p>
      <w:pPr>
        <w:pStyle w:val="Heading2"/>
      </w:pPr>
      <w:r>
        <w:t>How to make the most of WorldPride if you’re going</w:t>
      </w:r>
      <w:r/>
    </w:p>
    <w:p>
      <w:r/>
      <w:r>
        <w:t>Plan around the headline events: the Dam-to-Vondelpark Pride Walk and the boats in the canals draw the biggest crowds, while smaller info stands and theatre-style performances offer quieter engagement. Bring water, expect glitter and confetti, and wear comfortable shoes for walking the city. Support local NGOs by visiting their stalls , many offer ways to stay involved year-round.</w:t>
      </w:r>
      <w:r/>
    </w:p>
    <w:p>
      <w:r/>
      <w:r>
        <w:t>It's a small public gesture that helps keep big conversations going.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1">
        <w:r>
          <w:rPr>
            <w:color w:val="0000EE"/>
            <w:u w:val="single"/>
          </w:rPr>
          <w:t>[4]</w:t>
        </w:r>
      </w:hyperlink>
      <w:r>
        <w:t xml:space="preserve">, </w:t>
      </w:r>
      <w:hyperlink r:id="rId9">
        <w:r>
          <w:rPr>
            <w:color w:val="0000EE"/>
            <w:u w:val="single"/>
          </w:rPr>
          <w:t>[1]</w:t>
        </w:r>
      </w:hyperlink>
      <w:r>
        <w:t xml:space="preserve">- Paragraph 4: </w:t>
      </w:r>
      <w:hyperlink r:id="rId13">
        <w:r>
          <w:rPr>
            <w:color w:val="0000EE"/>
            <w:u w:val="single"/>
          </w:rPr>
          <w:t>[6]</w:t>
        </w:r>
      </w:hyperlink>
      <w:r>
        <w:t xml:space="preserve">, </w:t>
      </w:r>
      <w:hyperlink r:id="rId14">
        <w:r>
          <w:rPr>
            <w:color w:val="0000EE"/>
            <w:u w:val="single"/>
          </w:rPr>
          <w:t>[3]</w:t>
        </w:r>
      </w:hyperlink>
      <w:r>
        <w:t xml:space="preserve">- Paragraph 5: </w:t>
      </w:r>
      <w:hyperlink r:id="rId14">
        <w:r>
          <w:rPr>
            <w:color w:val="0000EE"/>
            <w:u w:val="single"/>
          </w:rPr>
          <w:t>[3]</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https://www.tubantia.nl/show/maxima-bij-historische-viering-worldpride-in-vondelpark-koningin-krijgt-aandenkens-mee~a8186600/</w:t>
        </w:r>
      </w:hyperlink>
      <w:r>
        <w:t xml:space="preserve"> - Please view link - unable to able to access data</w:t>
      </w:r>
      <w:r/>
    </w:p>
    <w:p>
      <w:pPr>
        <w:pStyle w:val="ListNumber"/>
        <w:spacing w:line="240" w:lineRule="auto"/>
        <w:ind w:left="720"/>
      </w:pPr>
      <w:r/>
      <w:hyperlink r:id="rId10">
        <w:r>
          <w:rPr>
            <w:color w:val="0000EE"/>
            <w:u w:val="single"/>
          </w:rPr>
          <w:t>https://www.koninklijkhuis.nl/actueel/nieuws/2026/07/08/koningin-maxima-opent-worldpride-2026</w:t>
        </w:r>
      </w:hyperlink>
      <w:r>
        <w:t xml:space="preserve"> - On 8 July 2026, the Dutch Royal House announced that Queen Máxima would officially open WorldPride 2026 in Amsterdam's Vondelpark on 25 July. This marks the first time Amsterdam hosts WorldPride, an international event promoting visibility, emancipation, and human rights for the LGBTQIA+ community. The programme includes a Pride Walk from Dam Square to Vondelpark, a boat parade on the canals, the UNITY Concert at Museumplein, and the Human Rights Conference at Nieuwmarkt. The event runs from 25 July to 8 August 2026.</w:t>
      </w:r>
      <w:r/>
    </w:p>
    <w:p>
      <w:pPr>
        <w:pStyle w:val="ListNumber"/>
        <w:spacing w:line="240" w:lineRule="auto"/>
        <w:ind w:left="720"/>
      </w:pPr>
      <w:r/>
      <w:hyperlink r:id="rId14">
        <w:r>
          <w:rPr>
            <w:color w:val="0000EE"/>
            <w:u w:val="single"/>
          </w:rPr>
          <w:t>https://www.iamsterdam.com/en/whats-on/calendar/festivals/events/pride-park</w:t>
        </w:r>
      </w:hyperlink>
      <w:r>
        <w:t xml:space="preserve"> - Pride Park, a central event of WorldPride 2026, is set in Amsterdam's Vondelpark on 25 July 2026. The festival offers a vibrant atmosphere with music, art, and entertainment for all ages and genders. Attendees can enjoy the Rainbow Market, participate in Sport Pride, and engage in activities for youth. The event is free and accessible, with facilities for people with reduced mobility. Pride Park serves as the heart of the festivities, celebrating freedom and diversity.</w:t>
      </w:r>
      <w:r/>
    </w:p>
    <w:p>
      <w:pPr>
        <w:pStyle w:val="ListNumber"/>
        <w:spacing w:line="240" w:lineRule="auto"/>
        <w:ind w:left="720"/>
      </w:pPr>
      <w:r/>
      <w:hyperlink r:id="rId11">
        <w:r>
          <w:rPr>
            <w:color w:val="0000EE"/>
            <w:u w:val="single"/>
          </w:rPr>
          <w:t>https://www.rtl.nl/boulevard/artikel/5631776/maxima-bij-historische-viering-worldpride-vondelpark</w:t>
        </w:r>
      </w:hyperlink>
      <w:r>
        <w:t xml:space="preserve"> - Queen Máxima visited Pride Park in Amsterdam's Vondelpark on 25 July 2026, ahead of the WorldPride 2026 opening. She was warmly welcomed by hundreds of visitors and described the event as a 'historic moment.' Accompanied by Mayor Femke Halsema, Queen Máxima engaged with representatives from various LGBTQIA+ organizations. She conversed with a member of the Sport Pride Foundation, who explained the organization's work, and received a medal as a memento, which she couldn't wear due to her large feathered hat.</w:t>
      </w:r>
      <w:r/>
    </w:p>
    <w:p>
      <w:pPr>
        <w:pStyle w:val="ListNumber"/>
        <w:spacing w:line="240" w:lineRule="auto"/>
        <w:ind w:left="720"/>
      </w:pPr>
      <w:r/>
      <w:hyperlink r:id="rId15">
        <w:r>
          <w:rPr>
            <w:color w:val="0000EE"/>
            <w:u w:val="single"/>
          </w:rPr>
          <w:t>https://www.newmyroyals.com/2026/07/queen-maxima-officially-opens.html</w:t>
        </w:r>
      </w:hyperlink>
      <w:r>
        <w:t xml:space="preserve"> - On 25 July 2026, Queen Máxima officially opened WorldPride 2026 in Amsterdam's Vondelpark. WorldPride is an international event that draws worldwide attention to human rights. Amsterdam is hosting WorldPride 2026 for the first time, with the event taking place from 25 July to 8 August. Queen Máxima also visited Sport Pride and Youth Pride. The programme includes a Pride Walk from Dam Square to Vondelpark, a boat parade on the canals, the UNITY Concert at Museumplein, and the Human Rights Conference at Nieuwmarkt.</w:t>
      </w:r>
      <w:r/>
    </w:p>
    <w:p>
      <w:pPr>
        <w:pStyle w:val="ListNumber"/>
        <w:spacing w:line="240" w:lineRule="auto"/>
        <w:ind w:left="720"/>
      </w:pPr>
      <w:r/>
      <w:hyperlink r:id="rId13">
        <w:r>
          <w:rPr>
            <w:color w:val="0000EE"/>
            <w:u w:val="single"/>
          </w:rPr>
          <w:t>https://www.worldpride.agency/</w:t>
        </w:r>
      </w:hyperlink>
      <w:r>
        <w:t xml:space="preserve"> - WorldPride 2026 in Amsterdam presents a unique opportunity for international brands to engage diverse audiences, strengthen ESG positioning, and demonstrate authentic commitment to inclusion. The event runs from 25 July to 8 August 2026 and includes various activities such as the Pride March, Pride Park, Open Air Film Festival, Senior Pride Concert, Street Parties, Canal Parade, WorldPride Village, UNITY Concert, Human Rights Conference, Wedding Party XXL, WorldPride March, and WorldPride Closing Concert.</w:t>
      </w:r>
      <w:r/>
    </w:p>
    <w:p>
      <w:pPr>
        <w:pStyle w:val="ListNumber"/>
        <w:spacing w:line="240" w:lineRule="auto"/>
        <w:ind w:left="720"/>
      </w:pPr>
      <w:r/>
      <w:hyperlink r:id="rId12">
        <w:r>
          <w:rPr>
            <w:color w:val="0000EE"/>
            <w:u w:val="single"/>
          </w:rPr>
          <w:t>https://www.ijmuidercourant.nl/binnenland/maxima-bij-historische-viering-worldpride-in-vondelpark/159192581.html</w:t>
        </w:r>
      </w:hyperlink>
      <w:r>
        <w:t xml:space="preserve"> - Queen Máxima visited Pride Park in Amsterdam's Vondelpark on 25 July 2026, ahead of the WorldPride 2026 opening. She was warmly welcomed by hundreds of visitors and described the event as a 'historic moment.' Accompanied by Mayor Femke Halsema, Queen Máxima engaged with representatives from various LGBTQIA+ organizations. She conversed with a member of the Sport Pride Foundation, who explained the organization's work, and received a medal as a memento, which she couldn't wear due to her large feathered hat.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ubantia.nl/show/maxima-bij-historische-viering-worldpride-in-vondelpark-koningin-krijgt-aandenkens-mee~a8186600/" TargetMode="External"/><Relationship Id="rId10" Type="http://schemas.openxmlformats.org/officeDocument/2006/relationships/hyperlink" Target="https://www.koninklijkhuis.nl/actueel/nieuws/2026/07/08/koningin-maxima-opent-worldpride-2026" TargetMode="External"/><Relationship Id="rId11" Type="http://schemas.openxmlformats.org/officeDocument/2006/relationships/hyperlink" Target="https://www.rtl.nl/boulevard/artikel/5631776/maxima-bij-historische-viering-worldpride-vondelpark" TargetMode="External"/><Relationship Id="rId12" Type="http://schemas.openxmlformats.org/officeDocument/2006/relationships/hyperlink" Target="https://www.ijmuidercourant.nl/binnenland/maxima-bij-historische-viering-worldpride-in-vondelpark/159192581.html" TargetMode="External"/><Relationship Id="rId13" Type="http://schemas.openxmlformats.org/officeDocument/2006/relationships/hyperlink" Target="https://www.worldpride.agency/" TargetMode="External"/><Relationship Id="rId14" Type="http://schemas.openxmlformats.org/officeDocument/2006/relationships/hyperlink" Target="https://www.iamsterdam.com/en/whats-on/calendar/festivals/events/pride-park" TargetMode="External"/><Relationship Id="rId15" Type="http://schemas.openxmlformats.org/officeDocument/2006/relationships/hyperlink" Target="https://www.newmyroyals.com/2026/07/queen-maxima-officially-open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