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Liverpool Pride Plans: What Went Wrong at Albert Dock and Where to Head Instead</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partygoers were set for a rainbow-strewn weekend, but organisers at Albert Dock cancelled a pop-up Pride party after admitting they hadn’t secured the right alcohol licence , here’s what happened, how the error unfolded, and quick alternatives so your Pride plans aren’t washed out.</w:t>
      </w:r>
      <w:r/>
    </w:p>
    <w:p>
      <w:r/>
      <w:r>
        <w:t>Essential Takeaways</w:t>
      </w:r>
      <w:r/>
      <w:r/>
    </w:p>
    <w:p>
      <w:pPr>
        <w:pStyle w:val="ListBullet"/>
        <w:spacing w:line="240" w:lineRule="auto"/>
        <w:ind w:left="720"/>
      </w:pPr>
      <w:r/>
      <w:r>
        <w:rPr>
          <w:b/>
        </w:rPr>
        <w:t>Licence lapse:</w:t>
      </w:r>
      <w:r>
        <w:t xml:space="preserve"> Albert Dock confirmed the pop-up Pride event was cancelled because organisers didn’t submit the alcohol licence in time, leaving no lawful option to sell drinks at Anchor Courtyard.</w:t>
      </w:r>
      <w:r/>
    </w:p>
    <w:p>
      <w:pPr>
        <w:pStyle w:val="ListBullet"/>
        <w:spacing w:line="240" w:lineRule="auto"/>
        <w:ind w:left="720"/>
      </w:pPr>
      <w:r/>
      <w:r>
        <w:rPr>
          <w:b/>
        </w:rPr>
        <w:t>Acts affected:</w:t>
      </w:r>
      <w:r>
        <w:t xml:space="preserve"> Sonic Yootha, WMNKND and drag artist Jackie J were scheduled to perform; the planned 12pm–4pm slot and mobile party bike feature are off.</w:t>
      </w:r>
      <w:r/>
    </w:p>
    <w:p>
      <w:pPr>
        <w:pStyle w:val="ListBullet"/>
        <w:spacing w:line="240" w:lineRule="auto"/>
        <w:ind w:left="720"/>
      </w:pPr>
      <w:r/>
      <w:r>
        <w:rPr>
          <w:b/>
        </w:rPr>
        <w:t>Crowd impact:</w:t>
      </w:r>
      <w:r>
        <w:t xml:space="preserve"> Thousands expected to visit Liverpool’s Pride festivities still have other events across the city to choose from, as the wider Pride programme continues.</w:t>
      </w:r>
      <w:r/>
    </w:p>
    <w:p>
      <w:pPr>
        <w:pStyle w:val="ListBullet"/>
        <w:spacing w:line="240" w:lineRule="auto"/>
        <w:ind w:left="720"/>
      </w:pPr>
      <w:r/>
      <w:r>
        <w:rPr>
          <w:b/>
        </w:rPr>
        <w:t>Organisers’ response:</w:t>
      </w:r>
      <w:r>
        <w:t xml:space="preserve"> The Albert Dock team apologised publicly, saying they explored other spaces but couldn’t find a workable solution for all parties.</w:t>
      </w:r>
      <w:r/>
    </w:p>
    <w:p>
      <w:pPr>
        <w:pStyle w:val="ListBullet"/>
        <w:spacing w:line="240" w:lineRule="auto"/>
        <w:ind w:left="720"/>
      </w:pPr>
      <w:r/>
      <w:r>
        <w:rPr>
          <w:b/>
        </w:rPr>
        <w:t>Broader context:</w:t>
      </w:r>
      <w:r>
        <w:t xml:space="preserve"> The cancellation echoes recent festival and pride hiccups elsewhere where licensing or funding problems forced last-minute changes.</w:t>
      </w:r>
      <w:r/>
      <w:r/>
    </w:p>
    <w:p>
      <w:pPr>
        <w:pStyle w:val="Heading2"/>
      </w:pPr>
      <w:r>
        <w:t>Licence oversight ends the pop-up , and it feels awkward</w:t>
      </w:r>
      <w:r/>
    </w:p>
    <w:p>
      <w:r/>
      <w:r>
        <w:t>The bluntest line here is simple: the Albert Dock team said they “messed up” after failing to lodge the sale-of-alcohol licence in time for Saturday’s event. That small bureaucratic step matters because without the correct permissions, venues can’t lawfully operate pop-up bars or sell drinks , and that effectively scuppered the whole party plan. You can almost picture the team mid-scramble; it’s the kind of admin headache that makes organisers wince.</w:t>
      </w:r>
      <w:r/>
    </w:p>
    <w:p>
      <w:r/>
      <w:r>
        <w:t>Liverpool Echo reported the apology from the Dock team, who explained they tried to relocate the event on the estate but couldn’t reach an agreement that suited everyone. It’s an all-too-human slip, and the disappointment will sting for performers and punters alike.</w:t>
      </w:r>
      <w:r/>
    </w:p>
    <w:p>
      <w:pPr>
        <w:pStyle w:val="Heading2"/>
      </w:pPr>
      <w:r>
        <w:t>What attendees missed , a compact programme with big promise</w:t>
      </w:r>
      <w:r/>
    </w:p>
    <w:p>
      <w:r/>
      <w:r>
        <w:t>The Albert Dock’s lunchtime slot promised a 360-degree DJ booth spinning queer anthems, two pop-up bars from local haunts, and a mobile party bike for atmosphere. For many, that pocket-sized party would have been the perfect daytime energy boost amid the main Pride schedule. The acts lined up , local DJs and a drag performer , would have kept things bright, buzzy and inclusive.</w:t>
      </w:r>
      <w:r/>
    </w:p>
    <w:p>
      <w:r/>
      <w:r>
        <w:t>That vibe is still happening at other venues across the city, but anchor events like this often act as a magnet for families and casual visitors. When something like this cancels, it fragments plans and leaves gaps in an otherwise busy Pride weekend.</w:t>
      </w:r>
      <w:r/>
    </w:p>
    <w:p>
      <w:pPr>
        <w:pStyle w:val="Heading2"/>
      </w:pPr>
      <w:r>
        <w:t>Where to go instead , quick alternatives for Saturday</w:t>
      </w:r>
      <w:r/>
    </w:p>
    <w:p>
      <w:r/>
      <w:r>
        <w:t>If you were heading to Anchor Courtyard, don’t panic , Liverpool’s Pride programme still offers plenty. Local bars and stages around the city are hosting sets, parties and cabaret throughout the day and into the evening. Check the official Pride listings and social channels for last-minute updates, and consider popping to neighbourhood venues known for queer-friendly vibes; they often have the licences in place and the atmosphere to match.</w:t>
      </w:r>
      <w:r/>
    </w:p>
    <w:p>
      <w:r/>
      <w:r>
        <w:t>Practical tip: if you’re choosing a venue at short notice, glance at the licensing details or call ahead to confirm you can buy refreshments on site , that small check saves a lot of disappointment.</w:t>
      </w:r>
      <w:r/>
    </w:p>
    <w:p>
      <w:pPr>
        <w:pStyle w:val="Heading2"/>
      </w:pPr>
      <w:r>
        <w:t>Why licensing matters for pop-ups , a wider picture</w:t>
      </w:r>
      <w:r/>
    </w:p>
    <w:p>
      <w:r/>
      <w:r>
        <w:t>This isn’t just about a cancelled party; it’s a reminder that temporary events need proper paperwork. Licensing teams exist to keep things safe and legal , crowd control, staff training, and responsible alcohol service all tie back to a licence. Other Pride and festival organisers have run into similar problems recently, with funding and licencing snags forcing changes, so this is a sector-wide learning moment as events grow more ambitious.</w:t>
      </w:r>
      <w:r/>
    </w:p>
    <w:p>
      <w:r/>
      <w:r>
        <w:t>Organisers say they explored options and apologised; moving forward, expect tighter lead times and perhaps clearer public notices if an event is dependent on third-party licences.</w:t>
      </w:r>
      <w:r/>
    </w:p>
    <w:p>
      <w:pPr>
        <w:pStyle w:val="Heading2"/>
      </w:pPr>
      <w:r>
        <w:t>A community-first Pride continues despite the hiccup</w:t>
      </w:r>
      <w:r/>
    </w:p>
    <w:p>
      <w:r/>
      <w:r>
        <w:t>The weekend still marks a fresh chapter for Liverpool Pride, with a new partnership between two leading LGBTQ+ organisations promising a “bold, inclusive and community-first” festival. That bigger programme is designed to centre communities, and while the Dock’s pop-up would’ve been a neat addition, the heart of Pride , celebration, visibility and solidarity , carries on across the city.</w:t>
      </w:r>
      <w:r/>
    </w:p>
    <w:p>
      <w:r/>
      <w:r>
        <w:t>So yes, it was a frustrating cancellation, and the apology is frank. But there’s plenty to see and do, and a wet day or a re-routed plan won’t dampen the point of the weekend.</w:t>
      </w:r>
      <w:r/>
    </w:p>
    <w:p>
      <w:r/>
      <w:r>
        <w:t>It's a small change that can make every Pride plan safer and better organised.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10">
        <w:r>
          <w:rPr>
            <w:color w:val="0000EE"/>
            <w:u w:val="single"/>
          </w:rPr>
          <w:t>[2]</w:t>
        </w:r>
      </w:hyperlink>
      <w:r>
        <w:t xml:space="preserve">, </w:t>
      </w:r>
      <w:hyperlink r:id="rId13">
        <w:r>
          <w:rPr>
            <w:color w:val="0000EE"/>
            <w:u w:val="single"/>
          </w:rPr>
          <w:t>[5]</w:t>
        </w:r>
      </w:hyperlink>
      <w:r>
        <w:t xml:space="preserve">- Paragraph 4: </w:t>
      </w:r>
      <w:hyperlink r:id="rId10">
        <w:r>
          <w:rPr>
            <w:color w:val="0000EE"/>
            <w:u w:val="single"/>
          </w:rPr>
          <w:t>[2]</w:t>
        </w:r>
      </w:hyperlink>
      <w:r>
        <w:t xml:space="preserve">, </w:t>
      </w:r>
      <w:hyperlink r:id="rId14">
        <w:r>
          <w:rPr>
            <w:color w:val="0000EE"/>
            <w:u w:val="single"/>
          </w:rPr>
          <w:t>[6]</w:t>
        </w:r>
      </w:hyperlink>
      <w:r>
        <w:t xml:space="preserve">- Paragraph 5: </w:t>
      </w:r>
      <w:hyperlink r:id="rId10">
        <w:r>
          <w:rPr>
            <w:color w:val="0000EE"/>
            <w:u w:val="single"/>
          </w:rPr>
          <w:t>[2]</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https://www.liverpoolecho.co.uk/whats-on/whats-on-news/liverpool-event-cancelled-last-minute-34343450</w:t>
        </w:r>
      </w:hyperlink>
      <w:r>
        <w:t xml:space="preserve"> - Please view link - unable to able to access data</w:t>
      </w:r>
      <w:r/>
    </w:p>
    <w:p>
      <w:pPr>
        <w:pStyle w:val="ListNumber"/>
        <w:spacing w:line="240" w:lineRule="auto"/>
        <w:ind w:left="720"/>
      </w:pPr>
      <w:r/>
      <w:hyperlink r:id="rId10">
        <w:r>
          <w:rPr>
            <w:color w:val="0000EE"/>
            <w:u w:val="single"/>
          </w:rPr>
          <w:t>https://www.akses.co.id/en/albert-dock-cancels-pride-event</w:t>
        </w:r>
      </w:hyperlink>
      <w:r>
        <w:t xml:space="preserve"> - The Albert Dock in Liverpool cancelled a Pride pop-up event scheduled for Saturday, July 25, 2026, due to a licensing error. Organisers failed to submit the necessary alcohol licence application on time, leading to the event's last-minute cancellation. The festivities were set to feature performances by Sonic Yootha, WMNKND, and drag artist Jackie J, along with pop-up bars from local establishments. Despite efforts to find alternative locations, no suitable options were available, resulting in the event's cancellation. (</w:t>
      </w:r>
      <w:hyperlink r:id="rId16">
        <w:r>
          <w:rPr>
            <w:color w:val="0000EE"/>
            <w:u w:val="single"/>
          </w:rPr>
          <w:t>akses.co.id</w:t>
        </w:r>
      </w:hyperlink>
      <w:r>
        <w:t>)</w:t>
      </w:r>
      <w:r/>
    </w:p>
    <w:p>
      <w:pPr>
        <w:pStyle w:val="ListNumber"/>
        <w:spacing w:line="240" w:lineRule="auto"/>
        <w:ind w:left="720"/>
      </w:pPr>
      <w:r/>
      <w:hyperlink r:id="rId12">
        <w:r>
          <w:rPr>
            <w:color w:val="0000EE"/>
            <w:u w:val="single"/>
          </w:rPr>
          <w:t>https://licensing.liverpool.gov.uk/PAforLalpacLIVE/1/LicensingActPremises/Search/5163/Detail?LIC_ID=28122</w:t>
        </w:r>
      </w:hyperlink>
      <w:r>
        <w:t xml:space="preserve"> - The Liverpool City Council's Licensing Act 2003 Premises Licence Register lists a licence for the Pride Event Site at Pier Head and Mann Island, Liverpool, held by LCR Pride Foundation. The licence permits activities such as live music performances, recorded music, dance performances, and the sale of alcohol. The premises are authorised to operate from 9:00 AM to 11:30 PM, with the licence applicable for up to five days each year, subject to prior approval. (</w:t>
      </w:r>
      <w:hyperlink r:id="rId17">
        <w:r>
          <w:rPr>
            <w:color w:val="0000EE"/>
            <w:u w:val="single"/>
          </w:rPr>
          <w:t>licensing.liverpool.gov.uk</w:t>
        </w:r>
      </w:hyperlink>
      <w:r>
        <w:t>)</w:t>
      </w:r>
      <w:r/>
    </w:p>
    <w:p>
      <w:pPr>
        <w:pStyle w:val="ListNumber"/>
        <w:spacing w:line="240" w:lineRule="auto"/>
        <w:ind w:left="720"/>
      </w:pPr>
      <w:r/>
      <w:hyperlink r:id="rId11">
        <w:r>
          <w:rPr>
            <w:color w:val="0000EE"/>
            <w:u w:val="single"/>
          </w:rPr>
          <w:t>https://licensing.liverpool.gov.uk/PAforLalpacLIVE/1/LicensingActPremises/Search/4027/Detail?LIC_ID=24838</w:t>
        </w:r>
      </w:hyperlink>
      <w:r>
        <w:t xml:space="preserve"> - The Liverpool City Council's Licensing Act 2003 Premises Licence Register includes a licence for the Pride Tithebarn Street Area Event Site, held by the dissolved Liverpool Pride organisation. The licence permits live music performances, recorded music, and the sale of alcohol for consumption on the premises. The event operates on Saturdays from 12:00 PM to 9:00 PM, with the last admittance at 8:00 PM. (</w:t>
      </w:r>
      <w:hyperlink r:id="rId18">
        <w:r>
          <w:rPr>
            <w:color w:val="0000EE"/>
            <w:u w:val="single"/>
          </w:rPr>
          <w:t>licensing.liverpool.gov.uk</w:t>
        </w:r>
      </w:hyperlink>
      <w:r>
        <w:t>)</w:t>
      </w:r>
      <w:r/>
    </w:p>
    <w:p>
      <w:pPr>
        <w:pStyle w:val="ListNumber"/>
        <w:spacing w:line="240" w:lineRule="auto"/>
        <w:ind w:left="720"/>
      </w:pPr>
      <w:r/>
      <w:hyperlink r:id="rId13">
        <w:r>
          <w:rPr>
            <w:color w:val="0000EE"/>
            <w:u w:val="single"/>
          </w:rPr>
          <w:t>https://licensing.liverpool.gov.uk/PAforLalpacLIVE/1/LicensingActPremises/Search/4763/Detail?LIC_ID=27044</w:t>
        </w:r>
      </w:hyperlink>
      <w:r>
        <w:t xml:space="preserve"> - The Liverpool City Council's Licensing Act 2003 Premises Licence Register lists a licence for Liverpool Pride at Pier Head, held by LCR Pride Foundation. The licence permits activities such as live music performances, recorded music, dance performances, and the sale of alcohol for consumption on the premises. The premises are authorised to operate on Saturdays from 11:30 AM to 8:00 PM. (</w:t>
      </w:r>
      <w:hyperlink r:id="rId19">
        <w:r>
          <w:rPr>
            <w:color w:val="0000EE"/>
            <w:u w:val="single"/>
          </w:rPr>
          <w:t>licensing.liverpool.gov.uk</w:t>
        </w:r>
      </w:hyperlink>
      <w:r>
        <w:t>)</w:t>
      </w:r>
      <w:r/>
    </w:p>
    <w:p>
      <w:pPr>
        <w:pStyle w:val="ListNumber"/>
        <w:spacing w:line="240" w:lineRule="auto"/>
        <w:ind w:left="720"/>
      </w:pPr>
      <w:r/>
      <w:hyperlink r:id="rId14">
        <w:r>
          <w:rPr>
            <w:color w:val="0000EE"/>
            <w:u w:val="single"/>
          </w:rPr>
          <w:t>https://licensing.liverpool.gov.uk/PAforLalpacLIVE/1/LicensingActPremises/Search/1035/Detail?LIC_ID=16434</w:t>
        </w:r>
      </w:hyperlink>
      <w:r>
        <w:t xml:space="preserve"> - The Liverpool City Council's Licensing Act 2003 Premises Licence Register includes a licence for the Pride Festival at Eberle Street Car Parks, held by Dale Street Leisure Ltd. The licence permits activities such as recorded music, dance performances, facilities for making music, facilities for dancing, and the sale of alcohol for consumption on and off the premises. The premises are authorised to operate on Saturdays from 12:00 PM to 11:00 PM. (</w:t>
      </w:r>
      <w:hyperlink r:id="rId20">
        <w:r>
          <w:rPr>
            <w:color w:val="0000EE"/>
            <w:u w:val="single"/>
          </w:rPr>
          <w:t>licensing.liverpool.gov.uk</w:t>
        </w:r>
      </w:hyperlink>
      <w:r>
        <w:t>)</w:t>
      </w:r>
      <w:r/>
    </w:p>
    <w:p>
      <w:pPr>
        <w:pStyle w:val="ListNumber"/>
        <w:spacing w:line="240" w:lineRule="auto"/>
        <w:ind w:left="720"/>
      </w:pPr>
      <w:r/>
      <w:hyperlink r:id="rId15">
        <w:r>
          <w:rPr>
            <w:color w:val="0000EE"/>
            <w:u w:val="single"/>
          </w:rPr>
          <w:t>https://www.scenemag.co.uk/wakefield-pride-2025-cancelled-amid-funding-and-licensing-challenges/</w:t>
        </w:r>
      </w:hyperlink>
      <w:r>
        <w:t xml:space="preserve"> - Wakefield Pride 2025 was cancelled due to funding shortfalls and licensing complications. Organisers had planned to relocate the event to Thornes Park and partner with the Good Times Festival to raise funds. However, delays and public objections to the licensing application for music, dance, and alcohol sales led to its rejection, resulting in the event's cancellation. (</w:t>
      </w:r>
      <w:hyperlink r:id="rId21">
        <w:r>
          <w:rPr>
            <w:color w:val="0000EE"/>
            <w:u w:val="single"/>
          </w:rPr>
          <w:t>scenemag.co.uk</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iverpoolecho.co.uk/whats-on/whats-on-news/liverpool-event-cancelled-last-minute-34343450" TargetMode="External"/><Relationship Id="rId10" Type="http://schemas.openxmlformats.org/officeDocument/2006/relationships/hyperlink" Target="https://www.akses.co.id/en/albert-dock-cancels-pride-event" TargetMode="External"/><Relationship Id="rId11" Type="http://schemas.openxmlformats.org/officeDocument/2006/relationships/hyperlink" Target="https://licensing.liverpool.gov.uk/PAforLalpacLIVE/1/LicensingActPremises/Search/4027/Detail?LIC_ID=24838" TargetMode="External"/><Relationship Id="rId12" Type="http://schemas.openxmlformats.org/officeDocument/2006/relationships/hyperlink" Target="https://licensing.liverpool.gov.uk/PAforLalpacLIVE/1/LicensingActPremises/Search/5163/Detail?LIC_ID=28122" TargetMode="External"/><Relationship Id="rId13" Type="http://schemas.openxmlformats.org/officeDocument/2006/relationships/hyperlink" Target="https://licensing.liverpool.gov.uk/PAforLalpacLIVE/1/LicensingActPremises/Search/4763/Detail?LIC_ID=27044" TargetMode="External"/><Relationship Id="rId14" Type="http://schemas.openxmlformats.org/officeDocument/2006/relationships/hyperlink" Target="https://licensing.liverpool.gov.uk/PAforLalpacLIVE/1/LicensingActPremises/Search/1035/Detail?LIC_ID=16434" TargetMode="External"/><Relationship Id="rId15" Type="http://schemas.openxmlformats.org/officeDocument/2006/relationships/hyperlink" Target="https://www.scenemag.co.uk/wakefield-pride-2025-cancelled-amid-funding-and-licensing-challenges/" TargetMode="External"/><Relationship Id="rId16" Type="http://schemas.openxmlformats.org/officeDocument/2006/relationships/hyperlink" Target="https://www.akses.co.id/en/albert-dock-cancels-pride-event?utm_source=openai" TargetMode="External"/><Relationship Id="rId17" Type="http://schemas.openxmlformats.org/officeDocument/2006/relationships/hyperlink" Target="https://licensing.liverpool.gov.uk/PAforLalpacLIVE/1/LicensingActPremises/Search/5163/Detail?LIC_ID=28122&amp;utm_source=openai" TargetMode="External"/><Relationship Id="rId18" Type="http://schemas.openxmlformats.org/officeDocument/2006/relationships/hyperlink" Target="https://licensing.liverpool.gov.uk/PAforLalpacLIVE/1/LicensingActPremises/Search/4027/Detail?LIC_ID=24838&amp;utm_source=openai" TargetMode="External"/><Relationship Id="rId19" Type="http://schemas.openxmlformats.org/officeDocument/2006/relationships/hyperlink" Target="https://licensing.liverpool.gov.uk/PAforLalpacLIVE/1/LicensingActPremises/Search/4763/Detail?LIC_ID=27044&amp;utm_source=openai" TargetMode="External"/><Relationship Id="rId20" Type="http://schemas.openxmlformats.org/officeDocument/2006/relationships/hyperlink" Target="https://licensing.liverpool.gov.uk/PAforLalpacLIVE/1/LicensingActPremises/Search/1035/Detail?LIC_ID=16434&amp;utm_source=openai" TargetMode="External"/><Relationship Id="rId21" Type="http://schemas.openxmlformats.org/officeDocument/2006/relationships/hyperlink" Target="https://www.scenemag.co.uk/wakefield-pride-2025-cancelled-amid-funding-and-licensing-challenges/?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