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Indiana LGBTQ Historical Marker Vandalism Coverage: What Happened at Monument Circle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tourists and locals noticed something missing: a state historical marker honouring Indiana’s first large-scale LGBTQ public gathering was torn from its post at Indianapolis’s Monument Circle, a small but powerful piece of history that matters to the local queer community.</w:t>
      </w:r>
      <w:r/>
    </w:p>
    <w:p>
      <w:r/>
      <w:r>
        <w:t>Essential Takeaways</w:t>
      </w:r>
      <w:r/>
      <w:r/>
    </w:p>
    <w:p>
      <w:pPr>
        <w:pStyle w:val="ListBullet"/>
        <w:spacing w:line="240" w:lineRule="auto"/>
        <w:ind w:left="720"/>
      </w:pPr>
      <w:r/>
      <w:r>
        <w:rPr>
          <w:b/>
        </w:rPr>
        <w:t>What happened:</w:t>
      </w:r>
      <w:r>
        <w:t xml:space="preserve"> A historical plaque commemorating the 1990 gathering was ripped from its post and found on the ground, vandalised in the early hours of July 16.</w:t>
      </w:r>
      <w:r/>
    </w:p>
    <w:p>
      <w:pPr>
        <w:pStyle w:val="ListBullet"/>
        <w:spacing w:line="240" w:lineRule="auto"/>
        <w:ind w:left="720"/>
      </w:pPr>
      <w:r/>
      <w:r>
        <w:rPr>
          <w:b/>
        </w:rPr>
        <w:t>Who’s involved:</w:t>
      </w:r>
      <w:r>
        <w:t xml:space="preserve"> Security footage shows four unidentified males near Monument Circle; police are reviewing video but no arrests have been made.</w:t>
      </w:r>
      <w:r/>
    </w:p>
    <w:p>
      <w:pPr>
        <w:pStyle w:val="ListBullet"/>
        <w:spacing w:line="240" w:lineRule="auto"/>
        <w:ind w:left="720"/>
      </w:pPr>
      <w:r/>
      <w:r>
        <w:rPr>
          <w:b/>
        </w:rPr>
        <w:t>Why it matters:</w:t>
      </w:r>
      <w:r>
        <w:t xml:space="preserve"> The marker recognises the roots of Indy Pride and a pivotal public moment for Indiana’s LGBTQ community.</w:t>
      </w:r>
      <w:r/>
    </w:p>
    <w:p>
      <w:pPr>
        <w:pStyle w:val="ListBullet"/>
        <w:spacing w:line="240" w:lineRule="auto"/>
        <w:ind w:left="720"/>
      </w:pPr>
      <w:r/>
      <w:r>
        <w:rPr>
          <w:b/>
        </w:rPr>
        <w:t>Community response:</w:t>
      </w:r>
      <w:r>
        <w:t xml:space="preserve"> Indy Pride chief Jen Carruthers called the plaque foundational to the organisation and hopes perpetrators pay for repairs; fundraising is planned if they aren't held accountable.</w:t>
      </w:r>
      <w:r/>
    </w:p>
    <w:p>
      <w:pPr>
        <w:pStyle w:val="ListBullet"/>
        <w:spacing w:line="240" w:lineRule="auto"/>
        <w:ind w:left="720"/>
      </w:pPr>
      <w:r/>
      <w:r>
        <w:rPr>
          <w:b/>
        </w:rPr>
        <w:t>Practical detail:</w:t>
      </w:r>
      <w:r>
        <w:t xml:space="preserve"> The plaque will need replacing; state police continue their investigation and authorities reviewed surveillance from the area.</w:t>
      </w:r>
      <w:r/>
      <w:r/>
    </w:p>
    <w:p>
      <w:pPr>
        <w:pStyle w:val="Heading2"/>
      </w:pPr>
      <w:r>
        <w:t>A quiet patch of Monument Circle became a loud reminder</w:t>
      </w:r>
      <w:r/>
    </w:p>
    <w:p>
      <w:r/>
      <w:r>
        <w:t>Monument Circle is normally a visual, civic pause in the city , the bronze and limestone, the hum of footfall, the smell of coffee from nearby kiosks. But in mid-July the scene went sour when a historical marker recognising the 1990 LGBTQ gathering was found torn from its post and abandoned on the pavement. According to local reporting, security cameras captured four men circling the Circle shortly after midnight, two of whom stopped at the sign before ripping it down.</w:t>
      </w:r>
      <w:r/>
    </w:p>
    <w:p>
      <w:r/>
      <w:r>
        <w:t>The reaction landed hard in a community that treats markers as memory. Indy Pride’s executive director Jen Carruthers told reporters the 1990 gathering is the very foundation of the modern organisation that formed a few years later. That gives the act more than property damage , it feels like an attempt to erase a milestone.</w:t>
      </w:r>
      <w:r/>
    </w:p>
    <w:p>
      <w:pPr>
        <w:pStyle w:val="Heading2"/>
      </w:pPr>
      <w:r>
        <w:t>How the police and investigators are handling it</w:t>
      </w:r>
      <w:r/>
    </w:p>
    <w:p>
      <w:r/>
      <w:r>
        <w:t>Indiana State Police and Indianapolis Metropolitan Police sifted through surveillance footage after the incident. Authorities confirmed they recovered the plaque from the scene but described it as damaged and in need of replacement. No arrests have been announced, and the investigation remains open while officers continue to review camera feeds.</w:t>
      </w:r>
      <w:r/>
    </w:p>
    <w:p>
      <w:r/>
      <w:r>
        <w:t>For residents wondering what happens next, officials typically follow leads generated by video, witness reports, and tips from the public. If suspects are identified, charges for vandalism or criminal mischief would be possible, though outcomes can vary depending on intent and local statutes.</w:t>
      </w:r>
      <w:r/>
    </w:p>
    <w:p>
      <w:pPr>
        <w:pStyle w:val="Heading2"/>
      </w:pPr>
      <w:r>
        <w:t>Why this plaque matters to Indy Pride and the city’s history</w:t>
      </w:r>
      <w:r/>
    </w:p>
    <w:p>
      <w:r/>
      <w:r>
        <w:t>The marker commemorated a first major public gathering for LGBTQ people in Indiana in 1990, an event leaders say led directly to the creation of Indy Pride in 1995. That kind of lineage matters in a city where civic memory is often anchored by plaques and monuments. Historical markers do more than label a spot; they signal who belongs in the story of a place.</w:t>
      </w:r>
      <w:r/>
    </w:p>
    <w:p>
      <w:r/>
      <w:r>
        <w:t>Indy Pride framed the marker as symbolic: without that early gathering, the organisation as it exists now might not have come about. That’s why leaders aren’t treating this as merely cosmetic damage , it’s an attack on a shared narrative that helped build community infrastructure.</w:t>
      </w:r>
      <w:r/>
    </w:p>
    <w:p>
      <w:pPr>
        <w:pStyle w:val="Heading2"/>
      </w:pPr>
      <w:r>
        <w:t>How the community is responding and what you can do</w:t>
      </w:r>
      <w:r/>
    </w:p>
    <w:p>
      <w:r/>
      <w:r>
        <w:t>Indy Pride has called for the perpetrators to be found and for them, ideally, to pay to restore the marker. The organisation is also prepared to fundraise to replace the plaque if the damage isn’t rectified through the criminal justice system. Locals and visitors can help by sharing any relevant footage, reporting tips to police, or supporting the replacement effort financially once details are announced.</w:t>
      </w:r>
      <w:r/>
    </w:p>
    <w:p>
      <w:r/>
      <w:r>
        <w:t>If you’re a passer-by near Monument Circle, keep an eye out for unusual activity at night and, if you have home or dashcam footage from the area around the date in question, consider contacting authorities. Community vigilance often makes the difference in cases like this.</w:t>
      </w:r>
      <w:r/>
    </w:p>
    <w:p>
      <w:pPr>
        <w:pStyle w:val="Heading2"/>
      </w:pPr>
      <w:r>
        <w:t>A reminder that small things carry weight</w:t>
      </w:r>
      <w:r/>
    </w:p>
    <w:p>
      <w:r/>
      <w:r>
        <w:t>Vandalising a plaque might look minor, but it erases a visible acknowledgement of sacrifice, organising and joy. It also prompts a wider conversation about how cities remember marginalised people. Authorities are investigating, Indy Pride is mobilising support, and the community is watching to see whether the marker will be restored to its rightful place.</w:t>
      </w:r>
      <w:r/>
    </w:p>
    <w:p>
      <w:r/>
      <w:r>
        <w:t>It's a small fight over a small object, but it’s one that matters to a lot of people.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10">
        <w:r>
          <w:rPr>
            <w:color w:val="0000EE"/>
            <w:u w:val="single"/>
          </w:rPr>
          <w:t>[2]</w:t>
        </w:r>
      </w:hyperlink>
      <w:r>
        <w:t xml:space="preserve">, </w:t>
      </w:r>
      <w:hyperlink r:id="rId11">
        <w:r>
          <w:rPr>
            <w:color w:val="0000EE"/>
            <w:u w:val="single"/>
          </w:rPr>
          <w:t>[4]</w:t>
        </w:r>
      </w:hyperlink>
      <w:r>
        <w:t xml:space="preserve">- Paragraph 5: </w:t>
      </w:r>
      <w:hyperlink r:id="rId10">
        <w:r>
          <w:rPr>
            <w:color w:val="0000EE"/>
            <w:u w:val="single"/>
          </w:rPr>
          <w:t>[2]</w:t>
        </w:r>
      </w:hyperlink>
      <w:r>
        <w:t xml:space="preserve">, </w:t>
      </w:r>
      <w:hyperlink r:id="rId12">
        <w:r>
          <w:rPr>
            <w:color w:val="0000EE"/>
            <w:u w:val="single"/>
          </w:rPr>
          <w:t>[3]</w:t>
        </w:r>
      </w:hyperlink>
      <w:r>
        <w:t xml:space="preserve">- Paragraph 6: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https://www.wishtv.com/news/crime-watch-8/lgbtq-historical-marker-torn-from-post-on-indianapolis-monument-circle/</w:t>
        </w:r>
      </w:hyperlink>
      <w:r>
        <w:t xml:space="preserve"> - Please view link - unable to able to access data</w:t>
      </w:r>
      <w:r/>
    </w:p>
    <w:p>
      <w:pPr>
        <w:pStyle w:val="ListNumber"/>
        <w:spacing w:line="240" w:lineRule="auto"/>
        <w:ind w:left="720"/>
      </w:pPr>
      <w:r/>
      <w:hyperlink r:id="rId10">
        <w:r>
          <w:rPr>
            <w:color w:val="0000EE"/>
            <w:u w:val="single"/>
          </w:rPr>
          <w:t>https://mirrorindy.org/indiana-historical-marker-pride-vandalized-downtown-indianapolis/</w:t>
        </w:r>
      </w:hyperlink>
      <w:r>
        <w:t xml:space="preserve"> - On June 16, 2026, the Indy Pride historical marker on Monument Circle in Indianapolis was vandalised. Video footage shows individuals kicking the marker, resulting in damage to the cast metal panel and denting the frame. The marker commemorates the origins of Indiana Pride and the 1990 'Celebration on the Circle,' the state's first large outdoor Pride event. The Indiana Historical Bureau estimates that replacing the marker will cost around $3,000 and could take six to nine months. Indy Pride is in contact with the Bureau and plans to host a fundraiser if necessary. (</w:t>
      </w:r>
      <w:hyperlink r:id="rId13">
        <w:r>
          <w:rPr>
            <w:color w:val="0000EE"/>
            <w:u w:val="single"/>
          </w:rPr>
          <w:t>mirrorindy.org</w:t>
        </w:r>
      </w:hyperlink>
      <w:r>
        <w:t>)</w:t>
      </w:r>
      <w:r/>
    </w:p>
    <w:p>
      <w:pPr>
        <w:pStyle w:val="ListNumber"/>
        <w:spacing w:line="240" w:lineRule="auto"/>
        <w:ind w:left="720"/>
      </w:pPr>
      <w:r/>
      <w:hyperlink r:id="rId12">
        <w:r>
          <w:rPr>
            <w:color w:val="0000EE"/>
            <w:u w:val="single"/>
          </w:rPr>
          <w:t>https://www.in.gov/history/state-historical-markers/find-a-marker/find-historical-markers-by-county/indiana-historical-markers-by-county/origins-of-indiana-pride-indiana-lgbtq-pride/</w:t>
        </w:r>
      </w:hyperlink>
      <w:r>
        <w:t xml:space="preserve"> - The 'Origins of Indiana Pride - Indiana LGBTQ Pride' historical marker, installed in 2021 at 40 Monument Circle, commemorates the 1990 'Celebration on the Circle,' Indiana's first large outdoor Pride event. The marker highlights the 1984 gathering at Monument Circle, which spurred the local liberation movement, and the 1990 event that provided a public space for attendees to socialise, learn about their rights, and hear from AIDS activists. (</w:t>
      </w:r>
      <w:hyperlink r:id="rId14">
        <w:r>
          <w:rPr>
            <w:color w:val="0000EE"/>
            <w:u w:val="single"/>
          </w:rPr>
          <w:t>in.gov</w:t>
        </w:r>
      </w:hyperlink>
      <w:r>
        <w:t>)</w:t>
      </w:r>
      <w:r/>
    </w:p>
    <w:p>
      <w:pPr>
        <w:pStyle w:val="ListNumber"/>
        <w:spacing w:line="240" w:lineRule="auto"/>
        <w:ind w:left="720"/>
      </w:pPr>
      <w:r/>
      <w:hyperlink r:id="rId11">
        <w:r>
          <w:rPr>
            <w:color w:val="0000EE"/>
            <w:u w:val="single"/>
          </w:rPr>
          <w:t>https://www.reutersconnect.com/item/a-historical-marker-commemorating-lgbtq-history-in-downtown-indianapolis-is-missing-from-its-normal-place-july-23-2026/dGFnOnJldXRlcnMuY29tLDIwMjY6bmV3c21sX01UMVVTQVRPREFZMjk0MzgzNjM</w:t>
        </w:r>
      </w:hyperlink>
      <w:r>
        <w:t xml:space="preserve"> - A historical marker commemorating LGBTQ history in downtown Indianapolis was reported missing from its usual location on July 23, 2026. Authorities believe the sign was damaged on July 16. The marker honours the 1990 'Celebration on the Circle,' Indiana's first large outdoor Pride event. (</w:t>
      </w:r>
      <w:hyperlink r:id="rId15">
        <w:r>
          <w:rPr>
            <w:color w:val="0000EE"/>
            <w:u w:val="single"/>
          </w:rPr>
          <w:t>reutersconnect.com</w:t>
        </w:r>
      </w:hyperlink>
      <w:r>
        <w:t>)</w:t>
      </w:r>
      <w:r/>
    </w:p>
    <w:p>
      <w:pPr>
        <w:pStyle w:val="ListNumber"/>
        <w:spacing w:line="240" w:lineRule="auto"/>
        <w:ind w:left="720"/>
      </w:pPr>
      <w:r/>
      <w:hyperlink r:id="rId16">
        <w:r>
          <w:rPr>
            <w:color w:val="0000EE"/>
            <w:u w:val="single"/>
          </w:rPr>
          <w:t>https://commons.wikimedia.org/wiki/Category%3AMonument_Circle%2C_Indianapolis</w:t>
        </w:r>
      </w:hyperlink>
      <w:r>
        <w:t xml:space="preserve"> - This Wikimedia Commons category features images of Monument Circle in Indianapolis, including photographs of the historical marker commemorating LGBTQ history. The images provide visual context to the location and the marker's significance. (</w:t>
      </w:r>
      <w:hyperlink r:id="rId17">
        <w:r>
          <w:rPr>
            <w:color w:val="0000EE"/>
            <w:u w:val="single"/>
          </w:rPr>
          <w:t>commons.wikimedia.org</w:t>
        </w:r>
      </w:hyperlink>
      <w:r>
        <w:t>)</w:t>
      </w:r>
      <w:r/>
    </w:p>
    <w:p>
      <w:pPr>
        <w:pStyle w:val="ListNumber"/>
        <w:spacing w:line="240" w:lineRule="auto"/>
        <w:ind w:left="720"/>
      </w:pPr>
      <w:r/>
      <w:hyperlink r:id="rId18">
        <w:r>
          <w:rPr>
            <w:color w:val="0000EE"/>
            <w:u w:val="single"/>
          </w:rPr>
          <w:t>https://www.planning.org/greatplaces/spaces/2011/monumentcircle.htm</w:t>
        </w:r>
      </w:hyperlink>
      <w:r>
        <w:t xml:space="preserve"> - Monument Circle, located in downtown Indianapolis, has been the city's focal point since 1821. The Soldiers and Sailors Monument, designed by Bruno Schmitz, stands at its centre. The area has been a site for various public gatherings, including the 1990 'Celebration on the Circle,' which is commemorated by the historical marker. (</w:t>
      </w:r>
      <w:hyperlink r:id="rId19">
        <w:r>
          <w:rPr>
            <w:color w:val="0000EE"/>
            <w:u w:val="single"/>
          </w:rPr>
          <w:t>planning.org</w:t>
        </w:r>
      </w:hyperlink>
      <w:r>
        <w:t>)</w:t>
      </w:r>
      <w:r/>
    </w:p>
    <w:p>
      <w:pPr>
        <w:pStyle w:val="ListNumber"/>
        <w:spacing w:line="240" w:lineRule="auto"/>
        <w:ind w:left="720"/>
      </w:pPr>
      <w:r/>
      <w:hyperlink r:id="rId20">
        <w:r>
          <w:rPr>
            <w:color w:val="0000EE"/>
            <w:u w:val="single"/>
          </w:rPr>
          <w:t>https://indyencyclopedia.org/monument-circle/</w:t>
        </w:r>
      </w:hyperlink>
      <w:r>
        <w:t xml:space="preserve"> - Monument Circle, established in 1821, is a central feature of Indianapolis. The Soldiers and Sailors Monument, dedicated in 1902, is a prominent landmark. The area has hosted various public events, including the 1990 'Celebration on the Circle,' which is commemorated by the historical marker. (</w:t>
      </w:r>
      <w:hyperlink r:id="rId21">
        <w:r>
          <w:rPr>
            <w:color w:val="0000EE"/>
            <w:u w:val="single"/>
          </w:rPr>
          <w:t>indyencyclopedia.org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ishtv.com/news/crime-watch-8/lgbtq-historical-marker-torn-from-post-on-indianapolis-monument-circle/" TargetMode="External"/><Relationship Id="rId10" Type="http://schemas.openxmlformats.org/officeDocument/2006/relationships/hyperlink" Target="https://mirrorindy.org/indiana-historical-marker-pride-vandalized-downtown-indianapolis/" TargetMode="External"/><Relationship Id="rId11" Type="http://schemas.openxmlformats.org/officeDocument/2006/relationships/hyperlink" Target="https://www.reutersconnect.com/item/a-historical-marker-commemorating-lgbtq-history-in-downtown-indianapolis-is-missing-from-its-normal-place-july-23-2026/dGFnOnJldXRlcnMuY29tLDIwMjY6bmV3c21sX01UMVVTQVRPREFZMjk0MzgzNjM" TargetMode="External"/><Relationship Id="rId12" Type="http://schemas.openxmlformats.org/officeDocument/2006/relationships/hyperlink" Target="https://www.in.gov/history/state-historical-markers/find-a-marker/find-historical-markers-by-county/indiana-historical-markers-by-county/origins-of-indiana-pride-indiana-lgbtq-pride/" TargetMode="External"/><Relationship Id="rId13" Type="http://schemas.openxmlformats.org/officeDocument/2006/relationships/hyperlink" Target="https://mirrorindy.org/indiana-historical-marker-pride-vandalized-downtown-indianapolis/?utm_source=openai" TargetMode="External"/><Relationship Id="rId14" Type="http://schemas.openxmlformats.org/officeDocument/2006/relationships/hyperlink" Target="https://www.in.gov/history/state-historical-markers/find-a-marker/find-historical-markers-by-county/indiana-historical-markers-by-county/origins-of-indiana-pride-indiana-lgbtq-pride/?utm_source=openai" TargetMode="External"/><Relationship Id="rId15" Type="http://schemas.openxmlformats.org/officeDocument/2006/relationships/hyperlink" Target="https://www.reutersconnect.com/item/a-historical-marker-commemorating-lgbtq-history-in-downtown-indianapolis-is-missing-from-its-normal-place-july-23-2026/dGFnOnJldXRlcnMuY29tLDIwMjY6bmV3c21sX01UMVVTQVRPREFZMjk0MzgzNjM?utm_source=openai" TargetMode="External"/><Relationship Id="rId16" Type="http://schemas.openxmlformats.org/officeDocument/2006/relationships/hyperlink" Target="https://commons.wikimedia.org/wiki/Category%3AMonument_Circle%2C_Indianapolis" TargetMode="External"/><Relationship Id="rId17" Type="http://schemas.openxmlformats.org/officeDocument/2006/relationships/hyperlink" Target="https://commons.wikimedia.org/wiki/Category%3AMonument_Circle%2C_Indianapolis?utm_source=openai" TargetMode="External"/><Relationship Id="rId18" Type="http://schemas.openxmlformats.org/officeDocument/2006/relationships/hyperlink" Target="https://www.planning.org/greatplaces/spaces/2011/monumentcircle.htm" TargetMode="External"/><Relationship Id="rId19" Type="http://schemas.openxmlformats.org/officeDocument/2006/relationships/hyperlink" Target="https://www.planning.org/greatplaces/spaces/2011/monumentcircle.htm?utm_source=openai" TargetMode="External"/><Relationship Id="rId20" Type="http://schemas.openxmlformats.org/officeDocument/2006/relationships/hyperlink" Target="https://indyencyclopedia.org/monument-circle/" TargetMode="External"/><Relationship Id="rId21" Type="http://schemas.openxmlformats.org/officeDocument/2006/relationships/hyperlink" Target="https://indyencyclopedia.org/monument-circl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