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Fierté Montréal 20th Anniversary Show: What to Expect on August 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party spirit: Montrealers are lining up for Le Show du 20e on August 8, a free, large-scale celebration at the Olympic Park Esplanade that stitches five decades of queer history into music, drag, circus and archival film , and promises to be one of this summer’s most joyful, communal nights.</w:t>
      </w:r>
      <w:r/>
    </w:p>
    <w:p>
      <w:r/>
      <w:r>
        <w:t>Essential Takeaways</w:t>
      </w:r>
      <w:r/>
      <w:r/>
    </w:p>
    <w:p>
      <w:pPr>
        <w:pStyle w:val="ListBullet"/>
        <w:spacing w:line="240" w:lineRule="auto"/>
        <w:ind w:left="720"/>
      </w:pPr>
      <w:r/>
      <w:r>
        <w:rPr>
          <w:b/>
        </w:rPr>
        <w:t>When and where:</w:t>
      </w:r>
      <w:r>
        <w:t xml:space="preserve"> August 8, 5pm–11pm at the TD Stage, Esplanade of the Olympic Park , easy to find and family-friendly.</w:t>
      </w:r>
      <w:r/>
    </w:p>
    <w:p>
      <w:pPr>
        <w:pStyle w:val="ListBullet"/>
        <w:spacing w:line="240" w:lineRule="auto"/>
        <w:ind w:left="720"/>
      </w:pPr>
      <w:r/>
      <w:r>
        <w:rPr>
          <w:b/>
        </w:rPr>
        <w:t>Big production feel:</w:t>
      </w:r>
      <w:r>
        <w:t xml:space="preserve"> Nearly 100 artists across DJs, drag, circus and music create immersive decade-themed scenes.</w:t>
      </w:r>
      <w:r/>
    </w:p>
    <w:p>
      <w:pPr>
        <w:pStyle w:val="ListBullet"/>
        <w:spacing w:line="240" w:lineRule="auto"/>
        <w:ind w:left="720"/>
      </w:pPr>
      <w:r/>
      <w:r>
        <w:rPr>
          <w:b/>
        </w:rPr>
        <w:t>Archival throughline:</w:t>
      </w:r>
      <w:r>
        <w:t xml:space="preserve"> Vintage footage and historic moments thread the show, giving it both heart and context.</w:t>
      </w:r>
      <w:r/>
    </w:p>
    <w:p>
      <w:pPr>
        <w:pStyle w:val="ListBullet"/>
        <w:spacing w:line="240" w:lineRule="auto"/>
        <w:ind w:left="720"/>
      </w:pPr>
      <w:r/>
      <w:r>
        <w:rPr>
          <w:b/>
        </w:rPr>
        <w:t>Standout acts:</w:t>
      </w:r>
      <w:r>
        <w:t xml:space="preserve"> Lady Bunny, Chrissy Chlapecka, À Pieds Levé cheer squad and local institutions like Le Monastère.</w:t>
      </w:r>
      <w:r/>
    </w:p>
    <w:p>
      <w:pPr>
        <w:pStyle w:val="ListBullet"/>
        <w:spacing w:line="240" w:lineRule="auto"/>
        <w:ind w:left="720"/>
      </w:pPr>
      <w:r/>
      <w:r>
        <w:rPr>
          <w:b/>
        </w:rPr>
        <w:t>Atmosphere:</w:t>
      </w:r>
      <w:r>
        <w:t xml:space="preserve"> Expect vibrant choreography, loud music, moments to sing along and a festive, communal vibe.</w:t>
      </w:r>
      <w:r/>
      <w:r/>
    </w:p>
    <w:p>
      <w:pPr>
        <w:pStyle w:val="Heading2"/>
      </w:pPr>
      <w:r>
        <w:t>A huge, joyous production with a human pulse</w:t>
      </w:r>
      <w:r/>
    </w:p>
    <w:p>
      <w:r/>
      <w:r>
        <w:t>Montreal’s summer calendar gets louder on August 8 when Le Show du 20e fills the Esplanade with colour and sound; you’ll feel it in the bass and in the sight of costuming and movement. According to organisers, the event was conceived to celebrate two decades of Fierté Montréal while connecting to over fifty years of 2SLGBTQIA+ history, so it isn’t just a party , it’s a storytelling night. Programmers say archival images will punctuate the performance, giving each segment a memory-laced backbone. If you love spectacle with a story, this is the sort of show where confetti and context sit side by side.</w:t>
      </w:r>
      <w:r/>
    </w:p>
    <w:p>
      <w:pPr>
        <w:pStyle w:val="Heading2"/>
      </w:pPr>
      <w:r>
        <w:t>Five decades, split into party-sized scenes</w:t>
      </w:r>
      <w:r/>
    </w:p>
    <w:p>
      <w:r/>
      <w:r>
        <w:t>The production maps the queer decades as a series of full-blown parties, each hosted by a DJ and staged as its own immersive scene. That means you’ll move from 1970s disco energy to 1980s flamboyance, through 1990s tableaux and into contemporary pop and performance. Organisers emphasise the show’s multidisciplinary approach: DJs, drag, circus artists and athletes all share the same stage plan. For audience members, that variety keeps things moving; if you tire of one moment, the next scene will pull you back in.</w:t>
      </w:r>
      <w:r/>
    </w:p>
    <w:p>
      <w:pPr>
        <w:pStyle w:val="Heading2"/>
      </w:pPr>
      <w:r>
        <w:t>Big names and local talent share the spotlight</w:t>
      </w:r>
      <w:r/>
    </w:p>
    <w:p>
      <w:r/>
      <w:r>
        <w:t>The line-up blends international draws with homegrown stars , Lady Bunny’s DJ set and Chrissy Chlapecka’s pop energy sit alongside local figures such as Manon Vendette and Montreal institutions like Le Monastère. There’s also a nod to sport and community with the À Pieds Levé cheerleading group celebrating its 20th anniversary and athletes from Montréal’s Out Games. Sponsors and partners, including Cogeco, have been vocal about backing inclusion, and the event’s scale reflects that institutional support. It’s the sort of mixed bill that lets you cheer the familiar faces and discover new favourites in the same night.</w:t>
      </w:r>
      <w:r/>
    </w:p>
    <w:p>
      <w:pPr>
        <w:pStyle w:val="Heading2"/>
      </w:pPr>
      <w:r>
        <w:t>Why the archives matter , and they’re built into the fun</w:t>
      </w:r>
      <w:r/>
    </w:p>
    <w:p>
      <w:r/>
      <w:r>
        <w:t>Organisers spent time researching and curating archival material so the visuals don’t feel like an afterthought. Historical footage will be woven into each decade’s party, offering context for the creative scenes and reminding the crowd why certain rights and freedoms were hard-won. That archival thread turns the show into more than nostalgia: it’s a reminder that celebration and activism have always coexisted in queer life. If you show up mostly for the music, expect to leave with a clearer sense of community history.</w:t>
      </w:r>
      <w:r/>
    </w:p>
    <w:p>
      <w:pPr>
        <w:pStyle w:val="Heading2"/>
      </w:pPr>
      <w:r>
        <w:t>Practical tips for the night</w:t>
      </w:r>
      <w:r/>
    </w:p>
    <w:p>
      <w:r/>
      <w:r>
        <w:t>Arrive early if you want a good spot , the show runs from 5pm to 11pm and the evening layout is designed for movement and dancing. The Esplanade at Olympic Park is accessible and well known; plan transport and meeting points in advance, especially if you’re coming with a group. Wear comfortable shoes, bring water, and if you snap photos, be mindful of performers and fellow audience members. The festival’s website has the latest programming and accessibility info, so check it before you go.</w:t>
      </w:r>
      <w:r/>
    </w:p>
    <w:p>
      <w:r/>
      <w:r>
        <w:t>It's a small change that can make a big difference to how you experience Fierté this summer , bring your dancing shoes and an open heart.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https://themontrealeronline.com/2026/07/celebrating-20-years-of-fierte-montreal-with-a-major-show/</w:t>
        </w:r>
      </w:hyperlink>
      <w:r>
        <w:t xml:space="preserve"> - Please view link - unable to able to access data</w:t>
      </w:r>
      <w:r/>
    </w:p>
    <w:p>
      <w:pPr>
        <w:pStyle w:val="ListNumber"/>
        <w:spacing w:line="240" w:lineRule="auto"/>
        <w:ind w:left="720"/>
      </w:pPr>
      <w:r/>
      <w:hyperlink r:id="rId10">
        <w:r>
          <w:rPr>
            <w:color w:val="0000EE"/>
            <w:u w:val="single"/>
          </w:rPr>
          <w:t>https://fiertemontreal.com/fr/evenements/le-show-du-20e</w:t>
        </w:r>
      </w:hyperlink>
      <w:r>
        <w:t xml:space="preserve"> - Fierté Montréal is celebrating its 20th anniversary with 'Le Show du 20e' on August 8, 2026, from 5 pm to 11 pm at the TD Stage on the Esplanade of the Olympic Park. Presented by Cogeco, this event features nearly a hundred artists in a vibrant celebration of 2SLGBTQIA+ communities, blending music, performing arts, historical archives, and multidisciplinary performances. The production, conceived and directed by Geneviève Labelle and Mélodie Noël Rousseau of Pleurer Dans' Douche, offers a journey through over five decades of queer history, from the 1970s to the present day. The event is free and accessible to people with mobility disabilities. (</w:t>
      </w:r>
      <w:hyperlink r:id="rId15">
        <w:r>
          <w:rPr>
            <w:color w:val="0000EE"/>
            <w:u w:val="single"/>
          </w:rPr>
          <w:t>fiertemontreal.com</w:t>
        </w:r>
      </w:hyperlink>
      <w:r>
        <w:t>)</w:t>
      </w:r>
      <w:r/>
    </w:p>
    <w:p>
      <w:pPr>
        <w:pStyle w:val="ListNumber"/>
        <w:spacing w:line="240" w:lineRule="auto"/>
        <w:ind w:left="720"/>
      </w:pPr>
      <w:r/>
      <w:hyperlink r:id="rId12">
        <w:r>
          <w:rPr>
            <w:color w:val="0000EE"/>
            <w:u w:val="single"/>
          </w:rPr>
          <w:t>https://fiertemontreal.com/en/news/communique-lancement-de-programmation-2026</w:t>
        </w:r>
      </w:hyperlink>
      <w:r>
        <w:t xml:space="preserve"> - The 20th edition of the Fierté Montréal Festival, presented by TD Bank Group in collaboration with Loto-Québec, is scheduled from July 31 to August 9, 2026. The festival aims to showcase local talent and the diversity of 2SLGBTQIA+ communities, with a large audience expected to participate in the celebrations. The program includes various events, including 'Le Show du 20e' on August 8, 2026, from 5 pm to 11 pm at the TD Stage on the Esplanade of the Olympic Park. (</w:t>
      </w:r>
      <w:hyperlink r:id="rId16">
        <w:r>
          <w:rPr>
            <w:color w:val="0000EE"/>
            <w:u w:val="single"/>
          </w:rPr>
          <w:t>fiertemontreal.com</w:t>
        </w:r>
      </w:hyperlink>
      <w:r>
        <w:t>)</w:t>
      </w:r>
      <w:r/>
    </w:p>
    <w:p>
      <w:pPr>
        <w:pStyle w:val="ListNumber"/>
        <w:spacing w:line="240" w:lineRule="auto"/>
        <w:ind w:left="720"/>
      </w:pPr>
      <w:r/>
      <w:hyperlink r:id="rId11">
        <w:r>
          <w:rPr>
            <w:color w:val="0000EE"/>
            <w:u w:val="single"/>
          </w:rPr>
          <w:t>https://www.newswire.ca/news-releases/the-20th-anniversary-show-a-major-production-to-celebrate-20-years-of-fierte-montreal--877414968.html</w:t>
        </w:r>
      </w:hyperlink>
      <w:r>
        <w:t xml:space="preserve"> - On August 8, 2026, from 5 pm to 11 pm, the TD Stage on the Esplanade of the Olympic Park will host 'Le Show du 20e' to mark the 20th anniversary of Fierté Montréal. Presented by Cogeco, this event promises a spectacular evening blending music, performing arts, historical archives, and multidisciplinary performances to celebrate the 2SLGBTQIA+ communities. Nearly a hundred artists will participate in this large-scale production, conceived and directed by Geneviève Labelle and Mélodie Noël Rousseau of Pleurer Dans' Douche, offering a journey through more than five decades of queer history, from the 1970s to the present day. (</w:t>
      </w:r>
      <w:hyperlink r:id="rId17">
        <w:r>
          <w:rPr>
            <w:color w:val="0000EE"/>
            <w:u w:val="single"/>
          </w:rPr>
          <w:t>newswire.ca</w:t>
        </w:r>
      </w:hyperlink>
      <w:r>
        <w:t>)</w:t>
      </w:r>
      <w:r/>
    </w:p>
    <w:p>
      <w:pPr>
        <w:pStyle w:val="ListNumber"/>
        <w:spacing w:line="240" w:lineRule="auto"/>
        <w:ind w:left="720"/>
      </w:pPr>
      <w:r/>
      <w:hyperlink r:id="rId13">
        <w:r>
          <w:rPr>
            <w:color w:val="0000EE"/>
            <w:u w:val="single"/>
          </w:rPr>
          <w:t>https://www.thebeat925.ca/events/789498/fierte-montreal-s-le-show-du-20e-presented-by-cogeco-august-8-2026</w:t>
        </w:r>
      </w:hyperlink>
      <w:r>
        <w:t xml:space="preserve"> - For one night only, local artists and collectives will take over the Olympic Park Esplanade stage to present 'Le Show du 20e' on August 8, 2026, from 5 pm to 11 pm. Presented by Cogeco, this grandiose production is much more than entertainment; it is an immersive experience that pays tribute to 2SLGBTQIA+ struggles over recent decades. The event is free and accessible to people with mobility disabilities. (</w:t>
      </w:r>
      <w:hyperlink r:id="rId18">
        <w:r>
          <w:rPr>
            <w:color w:val="0000EE"/>
            <w:u w:val="single"/>
          </w:rPr>
          <w:t>thebeat925.ca</w:t>
        </w:r>
      </w:hyperlink>
      <w:r>
        <w:t>)</w:t>
      </w:r>
      <w:r/>
    </w:p>
    <w:p>
      <w:pPr>
        <w:pStyle w:val="ListNumber"/>
        <w:spacing w:line="240" w:lineRule="auto"/>
        <w:ind w:left="720"/>
      </w:pPr>
      <w:r/>
      <w:hyperlink r:id="rId14">
        <w:r>
          <w:rPr>
            <w:color w:val="0000EE"/>
            <w:u w:val="single"/>
          </w:rPr>
          <w:t>https://ma.to/event/show-du-20e-08-aug-2026</w:t>
        </w:r>
      </w:hyperlink>
      <w:r>
        <w:t xml:space="preserve"> - 'Le Show du 20e' is a milestone anniversary celebration at the Olympic Park, featuring a lineup of singers and artists performing on the main festival stage. The event is open to friends, family, or solo attendees and is scheduled for Saturday, August 8, 2026, from 6 pm to 11 pm at the Esplanade du Parc olympique. (</w:t>
      </w:r>
      <w:hyperlink r:id="rId19">
        <w:r>
          <w:rPr>
            <w:color w:val="0000EE"/>
            <w:u w:val="single"/>
          </w:rPr>
          <w:t>ma.to</w:t>
        </w:r>
      </w:hyperlink>
      <w:r>
        <w:t>)</w:t>
      </w:r>
      <w:r/>
    </w:p>
    <w:p>
      <w:pPr>
        <w:pStyle w:val="ListNumber"/>
        <w:spacing w:line="240" w:lineRule="auto"/>
        <w:ind w:left="720"/>
      </w:pPr>
      <w:r/>
      <w:hyperlink r:id="rId20">
        <w:r>
          <w:rPr>
            <w:color w:val="0000EE"/>
            <w:u w:val="single"/>
          </w:rPr>
          <w:t>https://parcolympique.qc.ca/en/what-to-do/festival-fierte-montreal/</w:t>
        </w:r>
      </w:hyperlink>
      <w:r>
        <w:t xml:space="preserve"> - The Fierté Montréal Festival, scheduled from August 7 to August 9, 2026, at the Esplanade Pie-IX, aims to amplify the voices of 2SLGBTQIA+ communities. The festival will feature drag shows, songs, artistic performances, and dancing to the beats of DJs. The event is free and accessible to people with mobility disabilities. (</w:t>
      </w:r>
      <w:hyperlink r:id="rId21">
        <w:r>
          <w:rPr>
            <w:color w:val="0000EE"/>
            <w:u w:val="single"/>
          </w:rPr>
          <w:t>parcolympique.qc.ca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ontrealeronline.com/2026/07/celebrating-20-years-of-fierte-montreal-with-a-major-show/" TargetMode="External"/><Relationship Id="rId10" Type="http://schemas.openxmlformats.org/officeDocument/2006/relationships/hyperlink" Target="https://fiertemontreal.com/fr/evenements/le-show-du-20e" TargetMode="External"/><Relationship Id="rId11" Type="http://schemas.openxmlformats.org/officeDocument/2006/relationships/hyperlink" Target="https://www.newswire.ca/news-releases/the-20th-anniversary-show-a-major-production-to-celebrate-20-years-of-fierte-montreal--877414968.html" TargetMode="External"/><Relationship Id="rId12" Type="http://schemas.openxmlformats.org/officeDocument/2006/relationships/hyperlink" Target="https://fiertemontreal.com/en/news/communique-lancement-de-programmation-2026" TargetMode="External"/><Relationship Id="rId13" Type="http://schemas.openxmlformats.org/officeDocument/2006/relationships/hyperlink" Target="https://www.thebeat925.ca/events/789498/fierte-montreal-s-le-show-du-20e-presented-by-cogeco-august-8-2026" TargetMode="External"/><Relationship Id="rId14" Type="http://schemas.openxmlformats.org/officeDocument/2006/relationships/hyperlink" Target="https://ma.to/event/show-du-20e-08-aug-2026" TargetMode="External"/><Relationship Id="rId15" Type="http://schemas.openxmlformats.org/officeDocument/2006/relationships/hyperlink" Target="https://fiertemontreal.com/fr/evenements/le-show-du-20e?utm_source=openai" TargetMode="External"/><Relationship Id="rId16" Type="http://schemas.openxmlformats.org/officeDocument/2006/relationships/hyperlink" Target="https://fiertemontreal.com/en/news/communique-lancement-de-programmation-2026?utm_source=openai" TargetMode="External"/><Relationship Id="rId17" Type="http://schemas.openxmlformats.org/officeDocument/2006/relationships/hyperlink" Target="https://www.newswire.ca/news-releases/the-20th-anniversary-show-a-major-production-to-celebrate-20-years-of-fierte-montreal--877414968.html?utm_source=openai" TargetMode="External"/><Relationship Id="rId18" Type="http://schemas.openxmlformats.org/officeDocument/2006/relationships/hyperlink" Target="https://www.thebeat925.ca/events/789498/fierte-montreal-s-le-show-du-20e-presented-by-cogeco-august-8-2026?utm_source=openai" TargetMode="External"/><Relationship Id="rId19" Type="http://schemas.openxmlformats.org/officeDocument/2006/relationships/hyperlink" Target="https://ma.to/event/show-du-20e-08-aug-2026?utm_source=openai" TargetMode="External"/><Relationship Id="rId20" Type="http://schemas.openxmlformats.org/officeDocument/2006/relationships/hyperlink" Target="https://parcolympique.qc.ca/en/what-to-do/festival-fierte-montreal/" TargetMode="External"/><Relationship Id="rId21" Type="http://schemas.openxmlformats.org/officeDocument/2006/relationships/hyperlink" Target="https://parcolympique.qc.ca/en/what-to-do/festival-fierte-montre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