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Family Week in Provincetown: Why LGBTQ+ Families Keep Coming Back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why LGBTQ+ parents and kids are flocking to Provincetown’s Family Week each summer , a welcoming, art-filled Cape Cod escape where community, kids’ activities, and queer joy meet on sandy beaches and colourful Commercial Street.</w:t>
      </w:r>
      <w:r/>
    </w:p>
    <w:p>
      <w:r/>
      <w:r>
        <w:t>Essential Takeaways</w:t>
      </w:r>
      <w:r/>
      <w:r/>
    </w:p>
    <w:p>
      <w:pPr>
        <w:pStyle w:val="ListBullet"/>
        <w:spacing w:line="240" w:lineRule="auto"/>
        <w:ind w:left="720"/>
      </w:pPr>
      <w:r/>
      <w:r>
        <w:rPr>
          <w:b/>
        </w:rPr>
        <w:t>Largest gathering:</w:t>
      </w:r>
      <w:r>
        <w:t xml:space="preserve"> Family Week in Provincetown is the biggest annual meetup for LGBTQ+ families, with decades of programming and hundreds of families attending. </w:t>
      </w:r>
      <w:r/>
    </w:p>
    <w:p>
      <w:pPr>
        <w:pStyle w:val="ListBullet"/>
        <w:spacing w:line="240" w:lineRule="auto"/>
        <w:ind w:left="720"/>
      </w:pPr>
      <w:r/>
      <w:r>
        <w:rPr>
          <w:b/>
        </w:rPr>
        <w:t>Kid-friendly buzz:</w:t>
      </w:r>
      <w:r>
        <w:t xml:space="preserve"> Activities range from beach games and parades to educational panels and youth meetups , plenty for different ages and energy levels. </w:t>
      </w:r>
      <w:r/>
    </w:p>
    <w:p>
      <w:pPr>
        <w:pStyle w:val="ListBullet"/>
        <w:spacing w:line="240" w:lineRule="auto"/>
        <w:ind w:left="720"/>
      </w:pPr>
      <w:r/>
      <w:r>
        <w:rPr>
          <w:b/>
        </w:rPr>
        <w:t>Safe, welcoming vibe:</w:t>
      </w:r>
      <w:r>
        <w:t xml:space="preserve"> Provincetown’s long history as an LGBTQ+ haven makes it a place where families can hold hands, relax, and blend in. </w:t>
      </w:r>
      <w:r/>
    </w:p>
    <w:p>
      <w:pPr>
        <w:pStyle w:val="ListBullet"/>
        <w:spacing w:line="240" w:lineRule="auto"/>
        <w:ind w:left="720"/>
      </w:pPr>
      <w:r/>
      <w:r>
        <w:rPr>
          <w:b/>
        </w:rPr>
        <w:t>Accessible options:</w:t>
      </w:r>
      <w:r>
        <w:t xml:space="preserve"> Stay in boutique hotels, rental homes, or even camp on the dunes; there are choices for different budgets and travel styles. </w:t>
      </w:r>
      <w:r/>
    </w:p>
    <w:p>
      <w:pPr>
        <w:pStyle w:val="ListBullet"/>
        <w:spacing w:line="240" w:lineRule="auto"/>
        <w:ind w:left="720"/>
      </w:pPr>
      <w:r/>
      <w:r>
        <w:rPr>
          <w:b/>
        </w:rPr>
        <w:t>Community impact:</w:t>
      </w:r>
      <w:r>
        <w:t xml:space="preserve"> Beyond one week of fun, attendees often build friendships, advocacy networks, and even careers linked to Family Week.</w:t>
      </w:r>
      <w:r/>
      <w:r/>
    </w:p>
    <w:p>
      <w:pPr>
        <w:pStyle w:val="Heading2"/>
      </w:pPr>
      <w:r>
        <w:t>A ferry ride that feels like a promise of belonging</w:t>
      </w:r>
      <w:r/>
    </w:p>
    <w:p>
      <w:r/>
      <w:r>
        <w:t>Step off the ferry at Provincetown and you feel it: salt air, a cluster of colourful shops, and the quiet thrill that you’re somewhere people will see you and not blink. According to the event organisers, families arrive from across the United States and beyond, drawn by a rare combination of safety and celebration. For parents used to scanning rooms for acceptance, that first stroll down Commercial Street , hand in hand, no awkward glances , can feel restorative. If you’re planning your first trip, pick a ferry time that lets you land with daylight; the town’s look and energy are part of the welcome.</w:t>
      </w:r>
      <w:r/>
    </w:p>
    <w:p>
      <w:pPr>
        <w:pStyle w:val="Heading2"/>
      </w:pPr>
      <w:r>
        <w:t>What actually happens at Family Week , and why kids love it</w:t>
      </w:r>
      <w:r/>
    </w:p>
    <w:p>
      <w:r/>
      <w:r>
        <w:t>Family Week packs daytime play with evening community rituals, so kids are usually exhausted in the best way. Organisers list activities for toddlers through teens: beach days, crafts, youth-focused meetups, and the big Family Pride Parade down Commercial Street. Parents cite panels on policy and parenting as a standout , practical, educational, and a chance to swap tips with people who get it. If your child likes making fast friends, choose sessions and beach meet-ups geared to their age; many families keep in touch long after the week ends.</w:t>
      </w:r>
      <w:r/>
    </w:p>
    <w:p>
      <w:pPr>
        <w:pStyle w:val="Heading2"/>
      </w:pPr>
      <w:r>
        <w:t>Provincetown itself: art galleries, cafes, and a small-town feel</w:t>
      </w:r>
      <w:r/>
    </w:p>
    <w:p>
      <w:r/>
      <w:r>
        <w:t>Ptown’s charm is low-key and tactile: local galleries, independent cafes, and no corporate chains to dilute the vibe. Local tourism pages show a packed calendar during Family Week, with restaurants, shops, and calendar listings leaning into the family-friendly schedule. That intimate, creative energy lets parents enjoy a coffee while kids play nearby, or catch an evening drag show that’s as campy as it is community-minded. If you prefer calm, stay a short walk from Commercial Street; if you like to be in the thick of it, book a place on or near the main drag early.</w:t>
      </w:r>
      <w:r/>
    </w:p>
    <w:p>
      <w:pPr>
        <w:pStyle w:val="Heading2"/>
      </w:pPr>
      <w:r>
        <w:t>How Family Week shapes families beyond one week</w:t>
      </w:r>
      <w:r/>
    </w:p>
    <w:p>
      <w:r/>
      <w:r>
        <w:t>Many attendees describe Family Week as more than a holiday , it’s a reset and a network. Family Equality and partner groups use the week for workshops, advocacy training, and community building, so you don’t just swap stories; you gain tools. Several families report meeting people who become long-term friends or co-advocates back home. For families coming from states with hostile policies, that concentrated acceptance can be profoundly healing; plan to return home with new energy and practical contacts.</w:t>
      </w:r>
      <w:r/>
    </w:p>
    <w:p>
      <w:pPr>
        <w:pStyle w:val="Heading2"/>
      </w:pPr>
      <w:r>
        <w:t>Practical tips: booking, packing, and pacing your visit</w:t>
      </w:r>
      <w:r/>
    </w:p>
    <w:p>
      <w:r/>
      <w:r>
        <w:t>Book travel and accommodation well in advance , the town is small and Family Week fills quickly. Bring sun protection, layers for breezy evenings, and comfortable shoes for cobbled streets; a small folding wagon or stroller makes hauling beach gear simple. If budgets are tight, look into shared rentals or dune-camping options noted on local listings; volunteer spots and work-exchange opportunities sometimes appear too. Finally, pace yourself: there’s so much to do that it’s easy to try and fit it all in , leave a morning or afternoon unscheduled for quiet family time.</w:t>
      </w:r>
      <w:r/>
    </w:p>
    <w:p>
      <w:r/>
      <w:r>
        <w:t>It's a small change that can make every visit feel like coming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5">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https://www.advocate.com/opinion/provincetown-family-week-lgbtq-families</w:t>
        </w:r>
      </w:hyperlink>
      <w:r>
        <w:t xml:space="preserve"> - Please view link - unable to able to access data</w:t>
      </w:r>
      <w:r/>
    </w:p>
    <w:p>
      <w:pPr>
        <w:pStyle w:val="ListNumber"/>
        <w:spacing w:line="240" w:lineRule="auto"/>
        <w:ind w:left="720"/>
      </w:pPr>
      <w:r/>
      <w:hyperlink r:id="rId10">
        <w:r>
          <w:rPr>
            <w:color w:val="0000EE"/>
            <w:u w:val="single"/>
          </w:rPr>
          <w:t>https://www.provincetown.com/calendar/provincetown-family-week</w:t>
        </w:r>
      </w:hyperlink>
      <w:r>
        <w:t xml:space="preserve"> - Provincetown Family Week is the largest annual gathering of LGBTQ+ families worldwide, offering a week of events and activities for families to connect and build community. The event is scheduled from July 26 to August 2, 2025, in Provincetown, Massachusetts. The week includes various programs and celebrations for LGBTQ+ parents, children, extended families, and friends from around the globe. The event is co-hosted by Family Equality and COLAGE, providing opportunities for families to connect, build community, and get empowered. The event is scheduled from July 26 to August 2, 2025, in Provincetown, Massachusetts. The week includes various programs and celebrations for LGBTQ+ parents, children, extended families, and friends from around the globe.</w:t>
      </w:r>
      <w:r/>
    </w:p>
    <w:p>
      <w:pPr>
        <w:pStyle w:val="ListNumber"/>
        <w:spacing w:line="240" w:lineRule="auto"/>
        <w:ind w:left="720"/>
      </w:pPr>
      <w:r/>
      <w:hyperlink r:id="rId12">
        <w:r>
          <w:rPr>
            <w:color w:val="0000EE"/>
            <w:u w:val="single"/>
          </w:rPr>
          <w:t>https://www.colage.org/family-week/</w:t>
        </w:r>
      </w:hyperlink>
      <w:r>
        <w:t xml:space="preserve"> - Family Week is a week-long event co-hosted by COLAGE and Family Equality, where LGBTQIA+ families gather in Provincetown, MA. For 30 years, Family Week has supported and inspired, fostered community and friendships, and addressed the unique joys and challenges that arise for LGBTQ+ families through a week of programs, events, and celebrations. COLAGE programs are thoughtfully developed for each age group, balancing creativity with recreation, providing a safe environment to talk with other youth about challenges they face and ways to become empowered, while focusing on connecting them with a network of peers that will be their lifelong support system.</w:t>
      </w:r>
      <w:r/>
    </w:p>
    <w:p>
      <w:pPr>
        <w:pStyle w:val="ListNumber"/>
        <w:spacing w:line="240" w:lineRule="auto"/>
        <w:ind w:left="720"/>
      </w:pPr>
      <w:r/>
      <w:hyperlink r:id="rId11">
        <w:r>
          <w:rPr>
            <w:color w:val="0000EE"/>
            <w:u w:val="single"/>
          </w:rPr>
          <w:t>https://www.ptownfamilyweek.com/</w:t>
        </w:r>
      </w:hyperlink>
      <w:r>
        <w:t xml:space="preserve"> - Family Week in Provincetown is the largest annual gathering of LGBTQ+ families in the world. Scheduled for July 25 to August 1, 2026, the event offers opportunities for LGBTQ+ parents, children, extended families, and friends from across the globe to connect, build community, and get empowered. The event is co-hosted by Family Equality and COLAGE, with each day filled with programming options for the whole family as well as individual age groups. Family Week occurs annually in Provincetown, Massachusetts, the unceded Native homelands of the Wampanoag Nation.</w:t>
      </w:r>
      <w:r/>
    </w:p>
    <w:p>
      <w:pPr>
        <w:pStyle w:val="ListNumber"/>
        <w:spacing w:line="240" w:lineRule="auto"/>
        <w:ind w:left="720"/>
      </w:pPr>
      <w:r/>
      <w:hyperlink r:id="rId15">
        <w:r>
          <w:rPr>
            <w:color w:val="0000EE"/>
            <w:u w:val="single"/>
          </w:rPr>
          <w:t>https://ptownchamber.com/events/family-week-2/</w:t>
        </w:r>
      </w:hyperlink>
      <w:r>
        <w:t xml:space="preserve"> - Family Week is the largest annual gathering of LGBTQ+ families in the world. Scheduled for July 25 to August 1, 2026, the event offers opportunities for LGBTQ+ parents, children, extended families, and friends from across the globe to connect, build community, and get empowered. The event is co-hosted by Family Equality and COLAGE, with each day filled with programming options for the whole family as well as individual age groups. The event is scheduled to take place in Provincetown, Massachusetts.</w:t>
      </w:r>
      <w:r/>
    </w:p>
    <w:p>
      <w:pPr>
        <w:pStyle w:val="ListNumber"/>
        <w:spacing w:line="240" w:lineRule="auto"/>
        <w:ind w:left="720"/>
      </w:pPr>
      <w:r/>
      <w:hyperlink r:id="rId14">
        <w:r>
          <w:rPr>
            <w:color w:val="0000EE"/>
            <w:u w:val="single"/>
          </w:rPr>
          <w:t>https://www.colage.org/programs</w:t>
        </w:r>
      </w:hyperlink>
      <w:r>
        <w:t xml:space="preserve"> - Family Week is the largest annual gathering of lesbian, gay, bisexual, transgender, and queer-identified families in the world. Family Week takes place in Provincetown, MA, and will be from July 26th to August 2nd in 2025. The fun-filled Family Week will include more opportunities than ever to build community and to get empowered on today’s issues. COLAGE hosts daily workshops for youth 5-18 years old, recreational events, and peer chats for youth and adult COLAGErs.</w:t>
      </w:r>
      <w:r/>
    </w:p>
    <w:p>
      <w:pPr>
        <w:pStyle w:val="ListNumber"/>
        <w:spacing w:line="240" w:lineRule="auto"/>
        <w:ind w:left="720"/>
      </w:pPr>
      <w:r/>
      <w:hyperlink r:id="rId13">
        <w:r>
          <w:rPr>
            <w:color w:val="0000EE"/>
            <w:u w:val="single"/>
          </w:rPr>
          <w:t>https://www.provincetownforwomen.com/play/families</w:t>
        </w:r>
      </w:hyperlink>
      <w:r>
        <w:t xml:space="preserve"> - Provincetown is a paradise of our own creation for families of our choosing. A historic New England town on beautiful Cape Cod, Provincetown is where you can enjoy the comfort and ease that comes from having your family surrounded and supported by our community and feel the ease of being the majority. Created so deliberately and rooted in love, here our relationships with our partners and our children are a celebration. Provincetown provides the perfect backdrop to take that celebration into the streets and onto the beaches, all the while surrounded by spectacular beaches, natural beauty, good food, and friends old and new.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opinion/provincetown-family-week-lgbtq-families" TargetMode="External"/><Relationship Id="rId10" Type="http://schemas.openxmlformats.org/officeDocument/2006/relationships/hyperlink" Target="https://www.provincetown.com/calendar/provincetown-family-week" TargetMode="External"/><Relationship Id="rId11" Type="http://schemas.openxmlformats.org/officeDocument/2006/relationships/hyperlink" Target="https://www.ptownfamilyweek.com/" TargetMode="External"/><Relationship Id="rId12" Type="http://schemas.openxmlformats.org/officeDocument/2006/relationships/hyperlink" Target="https://www.colage.org/family-week/" TargetMode="External"/><Relationship Id="rId13" Type="http://schemas.openxmlformats.org/officeDocument/2006/relationships/hyperlink" Target="https://www.provincetownforwomen.com/play/families" TargetMode="External"/><Relationship Id="rId14" Type="http://schemas.openxmlformats.org/officeDocument/2006/relationships/hyperlink" Target="https://www.colage.org/programs" TargetMode="External"/><Relationship Id="rId15" Type="http://schemas.openxmlformats.org/officeDocument/2006/relationships/hyperlink" Target="https://ptownchamber.com/events/family-week-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