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CSD Berlin 2023 Coverage: What to Know About the Parade, Route and Highlights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Expect colour, music and huge crowds , CSD Berlin draws hundreds of thousands in a march for LGBTQ+ rights, visibility and celebration across the city centre, with floats, foot groups and live stages from Potsdamer Platz to the Siegessäule. Here’s what matters for visitors, locals and anyone curious about Europe’s biggest Pride events.</w:t>
      </w:r>
      <w:r/>
    </w:p>
    <w:p>
      <w:r/>
      <w:r>
        <w:t>Essential Takeaways</w:t>
      </w:r>
      <w:r/>
      <w:r/>
    </w:p>
    <w:p>
      <w:pPr>
        <w:pStyle w:val="ListBullet"/>
        <w:spacing w:line="240" w:lineRule="auto"/>
        <w:ind w:left="720"/>
      </w:pPr>
      <w:r/>
      <w:r>
        <w:rPr>
          <w:b/>
        </w:rPr>
        <w:t>When and where:</w:t>
      </w:r>
      <w:r>
        <w:t xml:space="preserve"> The main demonstration starts midday in central Berlin and winds from Potsdamer Platz to the Siegessäule, with a show programme at the Brandenburg Gate. </w:t>
      </w:r>
      <w:r/>
    </w:p>
    <w:p>
      <w:pPr>
        <w:pStyle w:val="ListBullet"/>
        <w:spacing w:line="240" w:lineRule="auto"/>
        <w:ind w:left="720"/>
      </w:pPr>
      <w:r/>
      <w:r>
        <w:rPr>
          <w:b/>
        </w:rPr>
        <w:t>Scale:</w:t>
      </w:r>
      <w:r>
        <w:t xml:space="preserve"> Organisers expect hundreds of thousands of people; some reports put attendance around half a million, making it one of Europe’s largest Pride gatherings. </w:t>
      </w:r>
      <w:r/>
    </w:p>
    <w:p>
      <w:pPr>
        <w:pStyle w:val="ListBullet"/>
        <w:spacing w:line="240" w:lineRule="auto"/>
        <w:ind w:left="720"/>
      </w:pPr>
      <w:r/>
      <w:r>
        <w:rPr>
          <w:b/>
        </w:rPr>
        <w:t>Line-up:</w:t>
      </w:r>
      <w:r>
        <w:t xml:space="preserve"> Around 83 vehicles and 55 foot groups participate, creating a lively mix of floats, community groups and political blocs. </w:t>
      </w:r>
      <w:r/>
    </w:p>
    <w:p>
      <w:pPr>
        <w:pStyle w:val="ListBullet"/>
        <w:spacing w:line="240" w:lineRule="auto"/>
        <w:ind w:left="720"/>
      </w:pPr>
      <w:r/>
      <w:r>
        <w:rPr>
          <w:b/>
        </w:rPr>
        <w:t>Why it matters:</w:t>
      </w:r>
      <w:r>
        <w:t xml:space="preserve"> CSD commemorates the 1969 Stonewall uprising and doubles as a visible campaign for queer rights and inclusion. </w:t>
      </w:r>
      <w:r/>
    </w:p>
    <w:p>
      <w:pPr>
        <w:pStyle w:val="ListBullet"/>
        <w:spacing w:line="240" w:lineRule="auto"/>
        <w:ind w:left="720"/>
      </w:pPr>
      <w:r/>
      <w:r>
        <w:rPr>
          <w:b/>
        </w:rPr>
        <w:t>Practical vibe:</w:t>
      </w:r>
      <w:r>
        <w:t xml:space="preserve"> Expect loud music, a festival atmosphere, packed public transport and lots of colour , bring water, comfortable shoes and a plan for meeting friends.</w:t>
      </w:r>
      <w:r/>
      <w:r/>
    </w:p>
    <w:p>
      <w:pPr>
        <w:pStyle w:val="Heading2"/>
      </w:pPr>
      <w:r>
        <w:t>A walk through the route , where to go if you want the best view</w:t>
      </w:r>
      <w:r/>
    </w:p>
    <w:p>
      <w:r/>
      <w:r>
        <w:t>If you want to see the parade up close, head to Potsdamer Platz early; the procession moves through the heart of the city toward the iconic Siegessäule, and ends with stages around the Brandenburg Gate. The route gives plenty of photo ops , think banners, confetti and bass you can feel in your chest.</w:t>
      </w:r>
      <w:r/>
    </w:p>
    <w:p>
      <w:r/>
      <w:r>
        <w:t>Organisers lay the route out each year to balance visibility and safety, and this edition features dozens of floats and walking groups. If you’re planning to film or take pictures, pick a stretch with an early arrival time so you can secure good real estate without fighting the crowds.</w:t>
      </w:r>
      <w:r/>
    </w:p>
    <w:p>
      <w:r/>
      <w:r>
        <w:t>Transport will be strained, so consider arriving by foot or bike if you can, and set a clear meeting point with your group , phones can die in crowds, and signal often falters.</w:t>
      </w:r>
      <w:r/>
    </w:p>
    <w:p>
      <w:pPr>
        <w:pStyle w:val="Heading2"/>
      </w:pPr>
      <w:r>
        <w:t>Why crowds keep growing , the political and cultural pull</w:t>
      </w:r>
      <w:r/>
    </w:p>
    <w:p>
      <w:r/>
      <w:r>
        <w:t>CSD in Berlin isn’t just a party; it’s a political demonstration with teeth. The event traces back to the Stonewall riots in New York in June 1969 and has grown into a major moment for queer visibility across Europe, combining celebration with demands for legal and social change.</w:t>
      </w:r>
      <w:r/>
    </w:p>
    <w:p>
      <w:r/>
      <w:r>
        <w:t>Political figures often show up: recent editions opened with high-profile guests and speeches, reflecting how the event now carries official recognition alongside grassroots energy. That mix draws broad attendance , from locals and tourists to activists and families.</w:t>
      </w:r>
      <w:r/>
    </w:p>
    <w:p>
      <w:r/>
      <w:r>
        <w:t>Expect vocal slogans and placards alongside glitter and dance , that tension between protest and festival is what keeps CSD relevant.</w:t>
      </w:r>
      <w:r/>
    </w:p>
    <w:p>
      <w:pPr>
        <w:pStyle w:val="Heading2"/>
      </w:pPr>
      <w:r>
        <w:t>Practical tips for enjoying CSD without the stress</w:t>
      </w:r>
      <w:r/>
    </w:p>
    <w:p>
      <w:r/>
      <w:r>
        <w:t>Wear comfortable shoes, bring a refillable water bottle and sunscreen, and pack light , large bags are slow to move through checkpoints. If you’re attending with friends, agree on a rendezvous point and time before the march starts; it’s easy to get separated.</w:t>
      </w:r>
      <w:r/>
    </w:p>
    <w:p>
      <w:r/>
      <w:r>
        <w:t>If crowds or noise overwhelm you, scope out quieter viewing spots a little further from the route or arrive later to catch the stage shows at the Brandenburg Gate. For people who need accessibility accommodations, check organiser guidance ahead of time and look for marked assistance points on site.</w:t>
      </w:r>
      <w:r/>
    </w:p>
    <w:p>
      <w:r/>
      <w:r>
        <w:t>Cash can still be useful for small food stalls, but many vendors accept cards. And do respect participants: it’s both a celebratory parade and a political space for many.</w:t>
      </w:r>
      <w:r/>
    </w:p>
    <w:p>
      <w:pPr>
        <w:pStyle w:val="Heading2"/>
      </w:pPr>
      <w:r>
        <w:t>How the festival feels on the ground , colour, music and the human stories</w:t>
      </w:r>
      <w:r/>
    </w:p>
    <w:p>
      <w:r/>
      <w:r>
        <w:t>There’s a carnival atmosphere , synths, samba and house music mix with chants for rights, creating a sensory swirl that’s hard to forget. People bring costume, banners and community spirit, and you can sense both joy and purpose in the crowd.</w:t>
      </w:r>
      <w:r/>
    </w:p>
    <w:p>
      <w:r/>
      <w:r>
        <w:t>Volunteers and marshals keep the procession flowing, while staged performances at multiple sites stretch into the evening. For many attendees, the day is as much about reconnecting with chosen family as it is about protest, and that emotional mix is what makes Berlin’s CSD so affecting.</w:t>
      </w:r>
      <w:r/>
    </w:p>
    <w:p>
      <w:pPr>
        <w:pStyle w:val="Heading2"/>
      </w:pPr>
      <w:r>
        <w:t>Looking ahead , what this year signals for Pride in Europe</w:t>
      </w:r>
      <w:r/>
    </w:p>
    <w:p>
      <w:r/>
      <w:r>
        <w:t>With attendance numbers that can touch the hundreds of thousands, Berlin’s CSD remains a bellwether for queer visibility on the continent. Its scale encourages politicians to listen and helps smaller groups amplify their causes.</w:t>
      </w:r>
      <w:r/>
    </w:p>
    <w:p>
      <w:r/>
      <w:r>
        <w:t>Expect future editions to keep balancing spectacle with substance, and for the conversation around rights, safety and inclusion to continue evolving , the costumes change, but the core demand for dignity does not.</w:t>
      </w:r>
      <w:r/>
    </w:p>
    <w:p>
      <w:r/>
      <w:r>
        <w:t>It’s a small change that can make every march feel a little closer to equal.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[7]</w:t>
        </w:r>
      </w:hyperlink>
      <w:r>
        <w:t xml:space="preserve">- Paragraph 2: </w:t>
      </w:r>
      <w:hyperlink r:id="rId12">
        <w:r>
          <w:rPr>
            <w:color w:val="0000EE"/>
            <w:u w:val="single"/>
          </w:rPr>
          <w:t>[5]</w:t>
        </w:r>
      </w:hyperlink>
      <w:r>
        <w:t xml:space="preserve">, </w:t>
      </w:r>
      <w:hyperlink r:id="rId13">
        <w:r>
          <w:rPr>
            <w:color w:val="0000EE"/>
            <w:u w:val="single"/>
          </w:rPr>
          <w:t>[2]</w:t>
        </w:r>
      </w:hyperlink>
      <w:r>
        <w:t xml:space="preserve">- Paragraph 3: </w:t>
      </w:r>
      <w:hyperlink r:id="rId14">
        <w:r>
          <w:rPr>
            <w:color w:val="0000EE"/>
            <w:u w:val="single"/>
          </w:rPr>
          <w:t>[3]</w:t>
        </w:r>
      </w:hyperlink>
      <w:r>
        <w:t xml:space="preserve">, </w:t>
      </w:r>
      <w:hyperlink r:id="rId9">
        <w:r>
          <w:rPr>
            <w:color w:val="0000EE"/>
            <w:u w:val="single"/>
          </w:rPr>
          <w:t>[1]</w:t>
        </w:r>
      </w:hyperlink>
      <w:r>
        <w:t xml:space="preserve">- Paragraph 4: </w:t>
      </w:r>
      <w:hyperlink r:id="rId11">
        <w:r>
          <w:rPr>
            <w:color w:val="0000EE"/>
            <w:u w:val="single"/>
          </w:rPr>
          <w:t>[7]</w:t>
        </w:r>
      </w:hyperlink>
      <w:r>
        <w:t xml:space="preserve">, </w:t>
      </w:r>
      <w:hyperlink r:id="rId15">
        <w:r>
          <w:rPr>
            <w:color w:val="0000EE"/>
            <w:u w:val="single"/>
          </w:rPr>
          <w:t>[6]</w:t>
        </w:r>
      </w:hyperlink>
      <w:r>
        <w:t xml:space="preserve">- Paragraph 5: </w:t>
      </w:r>
      <w:hyperlink r:id="rId13">
        <w:r>
          <w:rPr>
            <w:color w:val="0000EE"/>
            <w:u w:val="single"/>
          </w:rPr>
          <w:t>[2]</w:t>
        </w:r>
      </w:hyperlink>
      <w:r>
        <w:t xml:space="preserve">, </w:t>
      </w:r>
      <w:hyperlink r:id="rId14">
        <w:r>
          <w:rPr>
            <w:color w:val="0000EE"/>
            <w:u w:val="single"/>
          </w:rPr>
          <w:t>[3]</w:t>
        </w:r>
      </w:hyperlink>
      <w:r>
        <w:t xml:space="preserve">- Paragraph 6: </w:t>
      </w:r>
      <w:hyperlink r:id="rId12">
        <w:r>
          <w:rPr>
            <w:color w:val="0000EE"/>
            <w:u w:val="single"/>
          </w:rPr>
          <w:t>[5]</w:t>
        </w:r>
      </w:hyperlink>
      <w:r>
        <w:t xml:space="preserve">, </w:t>
      </w:r>
      <w:hyperlink r:id="rId10">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https://www.stern.de/news/motto--haltung-ist-hot---hunderttausende-zu-csd-demonstration-in-berlin-erwartet-38009028.html</w:t>
        </w:r>
      </w:hyperlink>
      <w:r>
        <w:t xml:space="preserve"> - Please view link - unable to able to access data</w:t>
      </w:r>
      <w:r/>
    </w:p>
    <w:p>
      <w:pPr>
        <w:pStyle w:val="ListNumber"/>
        <w:spacing w:line="240" w:lineRule="auto"/>
        <w:ind w:left="720"/>
      </w:pPr>
      <w:r/>
      <w:hyperlink r:id="rId13">
        <w:r>
          <w:rPr>
            <w:color w:val="0000EE"/>
            <w:u w:val="single"/>
          </w:rPr>
          <w:t>https://www.zeit.de/news/2023-07/22/queer-beauftragter-der-berliner-csd-hat-weite-strahlkraft</w:t>
        </w:r>
      </w:hyperlink>
      <w:r>
        <w:t xml:space="preserve"> - The 2023 Christopher Street Day (CSD) in Berlin attracted hundreds of thousands of participants, celebrating diversity and human rights. The demonstration featured 83 vehicles and 55 foot groups, marching through central Berlin. The event commemorated the 1969 Stonewall Inn riots in New York, marking a pivotal moment in the modern LGBTQ+ rights movement.</w:t>
      </w:r>
      <w:r/>
    </w:p>
    <w:p>
      <w:pPr>
        <w:pStyle w:val="ListNumber"/>
        <w:spacing w:line="240" w:lineRule="auto"/>
        <w:ind w:left="720"/>
      </w:pPr>
      <w:r/>
      <w:hyperlink r:id="rId14">
        <w:r>
          <w:rPr>
            <w:color w:val="0000EE"/>
            <w:u w:val="single"/>
          </w:rPr>
          <w:t>https://www.zeit.de/news/2023-07/22/christopher-street-day-in-berlin-ist-gestartet</w:t>
        </w:r>
      </w:hyperlink>
      <w:r>
        <w:t xml:space="preserve"> - The 2023 CSD in Berlin saw hundreds of thousands of people taking to the streets. The parade, with approximately 75 vehicles and around 100 groups of participants, covered a 7.4-kilometre route through various Berlin districts. The event's motto was 'Be their voice – and ours!'</w:t>
      </w:r>
      <w:r/>
    </w:p>
    <w:p>
      <w:pPr>
        <w:pStyle w:val="ListNumber"/>
        <w:spacing w:line="240" w:lineRule="auto"/>
        <w:ind w:left="720"/>
      </w:pPr>
      <w:r/>
      <w:hyperlink r:id="rId10">
        <w:r>
          <w:rPr>
            <w:color w:val="0000EE"/>
            <w:u w:val="single"/>
          </w:rPr>
          <w:t>https://www.swp.de/panorama/csd-2023-berlin-termin-route-programm-71150095.html</w:t>
        </w:r>
      </w:hyperlink>
      <w:r>
        <w:t xml:space="preserve"> - The 2023 CSD in Berlin, under the motto 'Be their voice – and ours!', featured a parade with 75 vehicles and 100 foot groups. The procession began at Leipziger Straße/Spittelmarkt, moving through several Berlin districts, including Potsdamer Platz and Nollendorfplatz, before concluding at the Brandenburg Gate.</w:t>
      </w:r>
      <w:r/>
    </w:p>
    <w:p>
      <w:pPr>
        <w:pStyle w:val="ListNumber"/>
        <w:spacing w:line="240" w:lineRule="auto"/>
        <w:ind w:left="720"/>
      </w:pPr>
      <w:r/>
      <w:hyperlink r:id="rId12">
        <w:r>
          <w:rPr>
            <w:color w:val="0000EE"/>
            <w:u w:val="single"/>
          </w:rPr>
          <w:t>https://www.ffh.de/nachrichten/top-meldungen/371008-500000-menschen-auf-der-strasse-berlin-feiert-csd.html</w:t>
        </w:r>
      </w:hyperlink>
      <w:r>
        <w:t xml:space="preserve"> - Approximately 500,000 people participated in the 2023 CSD in Berlin. The parade, with 77 vehicles and around 100 foot groups, covered a 7.4-kilometre route through various Berlin districts. The event's motto was 'Be their voice – and ours! Für mehr Empathie und Solidarität!'</w:t>
      </w:r>
      <w:r/>
    </w:p>
    <w:p>
      <w:pPr>
        <w:pStyle w:val="ListNumber"/>
        <w:spacing w:line="240" w:lineRule="auto"/>
        <w:ind w:left="720"/>
      </w:pPr>
      <w:r/>
      <w:hyperlink r:id="rId15">
        <w:r>
          <w:rPr>
            <w:color w:val="0000EE"/>
            <w:u w:val="single"/>
          </w:rPr>
          <w:t>https://www.zeit.de/news/2023-07/21/bundestagspraesidentin-bei-eroeffnung-des-berliner-csd-dabei</w:t>
        </w:r>
      </w:hyperlink>
      <w:r>
        <w:t xml:space="preserve"> - At the 2023 CSD in Berlin, Bundestag President Bärbel Bas and Berlin's Governing Mayor Kai Wegner jointly opened the event. Wegner expressed full support for the motto 'Empathie und Solidarität' (Empathy and Solidarity), highlighting the city's commitment to the LGBTQ+ community.</w:t>
      </w:r>
      <w:r/>
    </w:p>
    <w:p>
      <w:pPr>
        <w:pStyle w:val="ListNumber"/>
        <w:spacing w:line="240" w:lineRule="auto"/>
        <w:ind w:left="720"/>
      </w:pPr>
      <w:r/>
      <w:hyperlink r:id="rId11">
        <w:r>
          <w:rPr>
            <w:color w:val="0000EE"/>
            <w:u w:val="single"/>
          </w:rPr>
          <w:t>https://www.berliner-kurier.de/berlin/ausgehen/csd-berlin-2023-alle-informationen-zur-route-dem-ablauf-und-mehr-li.370535</w:t>
        </w:r>
      </w:hyperlink>
      <w:r>
        <w:t xml:space="preserve"> - The 2023 CSD in Berlin, under the motto 'Be their voice – and ours! ...für mehr Empathie und Solidarität', featured a parade with 75 vehicles and 100 foot groups. The procession began at Leipziger Straße/Spittelmarkt, moving through several Berlin districts, including Potsdamer Platz and Nollendorfplatz, before concluding at the Brandenburg Gate.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tern.de/news/motto--haltung-ist-hot---hunderttausende-zu-csd-demonstration-in-berlin-erwartet-38009028.html" TargetMode="External"/><Relationship Id="rId10" Type="http://schemas.openxmlformats.org/officeDocument/2006/relationships/hyperlink" Target="https://www.swp.de/panorama/csd-2023-berlin-termin-route-programm-71150095.html" TargetMode="External"/><Relationship Id="rId11" Type="http://schemas.openxmlformats.org/officeDocument/2006/relationships/hyperlink" Target="https://www.berliner-kurier.de/berlin/ausgehen/csd-berlin-2023-alle-informationen-zur-route-dem-ablauf-und-mehr-li.370535" TargetMode="External"/><Relationship Id="rId12" Type="http://schemas.openxmlformats.org/officeDocument/2006/relationships/hyperlink" Target="https://www.ffh.de/nachrichten/top-meldungen/371008-500000-menschen-auf-der-strasse-berlin-feiert-csd.html" TargetMode="External"/><Relationship Id="rId13" Type="http://schemas.openxmlformats.org/officeDocument/2006/relationships/hyperlink" Target="https://www.zeit.de/news/2023-07/22/queer-beauftragter-der-berliner-csd-hat-weite-strahlkraft" TargetMode="External"/><Relationship Id="rId14" Type="http://schemas.openxmlformats.org/officeDocument/2006/relationships/hyperlink" Target="https://www.zeit.de/news/2023-07/22/christopher-street-day-in-berlin-ist-gestartet" TargetMode="External"/><Relationship Id="rId15" Type="http://schemas.openxmlformats.org/officeDocument/2006/relationships/hyperlink" Target="https://www.zeit.de/news/2023-07/21/bundestagspraesidentin-bei-eroeffnung-des-berliner-csd-dabe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