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Van Incident: What Happened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pausing and Berliners are shaken after a white van ploughed into a crowd at a Pride-related event in Tiergarten, killing one person and injuring many; here’s what we know, why it matters and how authorities and communities are reacting.</w:t>
      </w:r>
      <w:r/>
    </w:p>
    <w:p>
      <w:r/>
      <w:r>
        <w:t>Essential Takeaways</w:t>
      </w:r>
      <w:r/>
      <w:r/>
    </w:p>
    <w:p>
      <w:pPr>
        <w:pStyle w:val="ListBullet"/>
        <w:spacing w:line="240" w:lineRule="auto"/>
        <w:ind w:left="720"/>
      </w:pPr>
      <w:r/>
      <w:r>
        <w:rPr>
          <w:b/>
        </w:rPr>
        <w:t>Casualties confirmed:</w:t>
      </w:r>
      <w:r>
        <w:t xml:space="preserve"> One person has died and multiple others are injured, with at least one in serious condition; emergency teams treated victims at the scene.</w:t>
      </w:r>
      <w:r/>
    </w:p>
    <w:p>
      <w:pPr>
        <w:pStyle w:val="ListBullet"/>
        <w:spacing w:line="240" w:lineRule="auto"/>
        <w:ind w:left="720"/>
      </w:pPr>
      <w:r/>
      <w:r>
        <w:rPr>
          <w:b/>
        </w:rPr>
        <w:t>Scene sealed off:</w:t>
      </w:r>
      <w:r>
        <w:t xml:space="preserve"> Police cordoned off Berlin’s Tiergarten area and asked the public to avoid the site while investigations continue.</w:t>
      </w:r>
      <w:r/>
    </w:p>
    <w:p>
      <w:pPr>
        <w:pStyle w:val="ListBullet"/>
        <w:spacing w:line="240" w:lineRule="auto"/>
        <w:ind w:left="720"/>
      </w:pPr>
      <w:r/>
      <w:r>
        <w:rPr>
          <w:b/>
        </w:rPr>
        <w:t>Unclear motive:</w:t>
      </w:r>
      <w:r>
        <w:t xml:space="preserve"> Officials have not determined whether the incident was deliberate or accidental; a wide search for suspects was launched.</w:t>
      </w:r>
      <w:r/>
    </w:p>
    <w:p>
      <w:pPr>
        <w:pStyle w:val="ListBullet"/>
        <w:spacing w:line="240" w:lineRule="auto"/>
        <w:ind w:left="720"/>
      </w:pPr>
      <w:r/>
      <w:r>
        <w:rPr>
          <w:b/>
        </w:rPr>
        <w:t>Community impact:</w:t>
      </w:r>
      <w:r>
        <w:t xml:space="preserve"> The event, tied to LGBTQ+ activities, was cancelled and has left organisers and attendees grappling with shock and grief.</w:t>
      </w:r>
      <w:r/>
    </w:p>
    <w:p>
      <w:pPr>
        <w:pStyle w:val="ListBullet"/>
        <w:spacing w:line="240" w:lineRule="auto"/>
        <w:ind w:left="720"/>
      </w:pPr>
      <w:r/>
      <w:r>
        <w:rPr>
          <w:b/>
        </w:rPr>
        <w:t>Ongoing investigation:</w:t>
      </w:r>
      <w:r>
        <w:t xml:space="preserve"> Authorities are pursuing leads, collecting forensic evidence and conducting broad searches to establish what happened.</w:t>
      </w:r>
      <w:r/>
      <w:r/>
    </w:p>
    <w:p>
      <w:pPr>
        <w:pStyle w:val="Heading2"/>
      </w:pPr>
      <w:r>
        <w:t>What unfolded in Tiergarten , the immediate facts</w:t>
      </w:r>
      <w:r/>
    </w:p>
    <w:p>
      <w:r/>
      <w:r>
        <w:t>A white van struck a crowd gathered at an LGBTQ+ event in Berlin’s Tiergarten, according to police statements, leaving a scene that felt chaotic and frightening to witnesses. Emergency responders were on hand quickly, treating several injured people before transporting them to hospital. The area was cordoned off and the public instructed to keep away while officers worked.</w:t>
      </w:r>
      <w:r/>
    </w:p>
    <w:p>
      <w:r/>
      <w:r>
        <w:t>Al Jazeera and Reuters-style reporting indicate one fatality and numerous injuries, some serious, reflecting the grim human cost. For those nearby it was a loud, disorientating moment , sirens, stretchered victims and questions. Officials opened a large-scale search for suspects and evidence almost immediately, but have been cautious about labelling the incident either an attack or an accident until the facts are clearer.</w:t>
      </w:r>
      <w:r/>
    </w:p>
    <w:p>
      <w:pPr>
        <w:pStyle w:val="Heading2"/>
      </w:pPr>
      <w:r>
        <w:t>Why investigators are being cautious , attack or accident?</w:t>
      </w:r>
      <w:r/>
    </w:p>
    <w:p>
      <w:r/>
      <w:r>
        <w:t>Police have been careful not to assign motive publicly, which is standard in fast-moving incidents where facts can be unclear and incomplete. News outlets such as AP and regional US coverage note the same restraint: investigators are combing CCTV, taking witness statements and following forensic leads before reaching conclusions.</w:t>
      </w:r>
      <w:r/>
    </w:p>
    <w:p>
      <w:r/>
      <w:r>
        <w:t>That caution matters. Rushing to judgement can inflame tensions, spread misinformation and hamper a thorough inquiry. For readers, the practical takeaway is to expect updates over days rather than hours, and to rely on official briefings for confirmed information.</w:t>
      </w:r>
      <w:r/>
    </w:p>
    <w:p>
      <w:pPr>
        <w:pStyle w:val="Heading2"/>
      </w:pPr>
      <w:r>
        <w:t>How the LGBTQ+ community and organisers are reacting</w:t>
      </w:r>
      <w:r/>
    </w:p>
    <w:p>
      <w:r/>
      <w:r>
        <w:t>Organisers cancelled the march and events in the wake of the incident, a sign both of respect and of concern for safety. Coverage from the Los Angeles Times and local broadcasters captures a mixture of grief, anger and resilience among attendees and rights groups.</w:t>
      </w:r>
      <w:r/>
    </w:p>
    <w:p>
      <w:r/>
      <w:r>
        <w:t>Events tied to Pride and queer visibility often draw large crowds and emotional responses, so the cancellation will be felt beyond logistics , it disrupts a planned moment of celebration and solidarity. Community leaders are likely to push for greater protection at future gatherings while also calling for calm and accurate information.</w:t>
      </w:r>
      <w:r/>
    </w:p>
    <w:p>
      <w:pPr>
        <w:pStyle w:val="Heading2"/>
      </w:pPr>
      <w:r>
        <w:t>What this means for public safety and large events</w:t>
      </w:r>
      <w:r/>
    </w:p>
    <w:p>
      <w:r/>
      <w:r>
        <w:t>Large public gatherings now face renewed scrutiny over security planning, from vehicle barriers to stewards and police deployments. Reports from outlets like KPBS highlight that cities usually respond by reviewing protocols: temporary bollards, traffic diversions and tougher perimetres are common measures after such incidents.</w:t>
      </w:r>
      <w:r/>
    </w:p>
    <w:p>
      <w:r/>
      <w:r>
        <w:t>If you’re attending public events now, the practical steps are simple: note emergency exits, keep phones charged, stick with friends, and avoid speculation on social media. Event organisers will need to balance openness with robust safety measures to reassure participants without turning public spaces into fortresses.</w:t>
      </w:r>
      <w:r/>
    </w:p>
    <w:p>
      <w:pPr>
        <w:pStyle w:val="Heading2"/>
      </w:pPr>
      <w:r>
        <w:t>Looking ahead , investigations, support and community rebuilding</w:t>
      </w:r>
      <w:r/>
    </w:p>
    <w:p>
      <w:r/>
      <w:r>
        <w:t>Expect a multi-faceted response: criminal probes to determine intent, medical updates about the injured, and civic conversations about how to protect celebratory events while preserving their spirit. International outlets are following the story closely, and Berlin’s authorities will probably release regular updates as evidence is processed and arrests , if any , are made.</w:t>
      </w:r>
      <w:r/>
    </w:p>
    <w:p>
      <w:r/>
      <w:r>
        <w:t>For those directly affected, crisis counselling and community solidarity will be crucial. For the rest of us, this is a reminder of how public spaces can suddenly feel fragile, and how communities respond with care and resolve.</w:t>
      </w:r>
      <w:r/>
    </w:p>
    <w:p>
      <w:r/>
      <w:r>
        <w:t>It's a small change in terms of daily life, but a big moment for safety and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12">
        <w:r>
          <w:rPr>
            <w:color w:val="0000EE"/>
            <w:u w:val="single"/>
          </w:rPr>
          <w:t>[2]</w:t>
        </w:r>
      </w:hyperlink>
      <w:r>
        <w:t xml:space="preserve">, </w:t>
      </w:r>
      <w:hyperlink r:id="rId10">
        <w:r>
          <w:rPr>
            <w:color w:val="0000EE"/>
            <w:u w:val="single"/>
          </w:rPr>
          <w:t>[5]</w:t>
        </w:r>
      </w:hyperlink>
      <w:r>
        <w:t xml:space="preserve">- Paragraph 4: </w:t>
      </w:r>
      <w:hyperlink r:id="rId14">
        <w:r>
          <w:rPr>
            <w:color w:val="0000EE"/>
            <w:u w:val="single"/>
          </w:rPr>
          <w:t>[3]</w:t>
        </w:r>
      </w:hyperlink>
      <w:r>
        <w:t xml:space="preserve">, </w:t>
      </w:r>
      <w:hyperlink r:id="rId13">
        <w:r>
          <w:rPr>
            <w:color w:val="0000EE"/>
            <w:u w:val="single"/>
          </w:rPr>
          <w:t>[4]</w:t>
        </w:r>
      </w:hyperlink>
      <w:r>
        <w:t xml:space="preserve">- Paragraph 5: </w:t>
      </w:r>
      <w:hyperlink r:id="rId11">
        <w:r>
          <w:rPr>
            <w:color w:val="0000EE"/>
            <w:u w:val="single"/>
          </w:rPr>
          <w:t>[6]</w:t>
        </w:r>
      </w:hyperlink>
      <w:r>
        <w:t xml:space="preserve">, </w:t>
      </w:r>
      <w:hyperlink r:id="rId10">
        <w:r>
          <w:rPr>
            <w:color w:val="0000EE"/>
            <w:u w:val="single"/>
          </w:rPr>
          <w:t>[5]</w:t>
        </w:r>
      </w:hyperlink>
      <w:r>
        <w:t xml:space="preserve">- Paragraph 6: </w:t>
      </w:r>
      <w:hyperlink r:id="rId14">
        <w:r>
          <w:rPr>
            <w:color w:val="0000EE"/>
            <w:u w:val="single"/>
          </w:rPr>
          <w:t>[3]</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https://www.haber7.com/guncel/haber/3646305-almanyada-lgbtlilerin-yuruyusu-iptal-edildi-cok-sayida-yarali-var</w:t>
        </w:r>
      </w:hyperlink>
      <w:r>
        <w:t xml:space="preserve"> - Please view link - unable to able to access data</w:t>
      </w:r>
      <w:r/>
    </w:p>
    <w:p>
      <w:pPr>
        <w:pStyle w:val="ListNumber"/>
        <w:spacing w:line="240" w:lineRule="auto"/>
        <w:ind w:left="720"/>
      </w:pPr>
      <w:r/>
      <w:hyperlink r:id="rId12">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4">
        <w:r>
          <w:rPr>
            <w:color w:val="0000EE"/>
            <w:u w:val="single"/>
          </w:rPr>
          <w:t>https://www.latimes.com/world-nation/story/2026-07-25/van-rams-crowd-at-berlin-lgbtq-event-1-killed-15-injured</w:t>
        </w:r>
      </w:hyperlink>
      <w:r>
        <w:t xml:space="preserve"> - A van slammed into spectators during Berlin’s Christopher Street Day parade, killing one person and injuring 16, forcing the cancellation of the major LGBTQ+ celebration. The incident occurred in Tiergarten park, adjacent to the parade route, around 10 p.m. local time. Police have identified a suspect with ties to Islamic groups in Berlin, though he remains at large. Authorities are urgently working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3">
        <w:r>
          <w:rPr>
            <w:color w:val="0000EE"/>
            <w:u w:val="single"/>
          </w:rPr>
          <w:t>https://www.13abc.com/2026/07/25/person-is-killed-several-are-injured-berlins-lgbtq-event-when-van-drives-into-crowd/</w:t>
        </w:r>
      </w:hyperlink>
      <w:r>
        <w:t xml:space="preserve"> - A van drove into a crowd during Berlin’s famed LGBTQ+ event on Saturday, killing one person and injuring at least 15, prompting police to call off the celebrations and a concert in the German capital hours after it had begun. Police said some of the victims had life-threatening injuries. Firefighters and ambulances were out with many emergency staffers at the scene to attend to the victims. In a post on X, police called on everyone to leave the site of the event immediately. The incident occurred in Tiergarten park, adjacent to the parade route, around 10 p.m. local time. Police have identified a suspect with ties to Islamic groups in Berlin, though he remains at large. Authorities are urgently working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0">
        <w:r>
          <w:rPr>
            <w:color w:val="0000EE"/>
            <w:u w:val="single"/>
          </w:rPr>
          <w:t>https://www.aljazeera.com/news/2026/7/25/one-dead-14-injured-as-car-reportedly-strikes-crowd-at-berlin-lgbtq-event</w:t>
        </w:r>
      </w:hyperlink>
      <w:r>
        <w:t xml:space="preserve"> - German authorities seek Abdul Ballout after ‘Islamist terror attack’ that killed one person and injured 29. The incident occurred in Tiergarten park, adjacent to the parade route, around 10 p.m. local time. Police have identified a suspect with ties to Islamic groups in Berlin, though he remains at large. Authorities are urgently working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1">
        <w:r>
          <w:rPr>
            <w:color w:val="0000EE"/>
            <w:u w:val="single"/>
          </w:rPr>
          <w:t>https://www.kpbs.org/news/international/2026/07/25/one-dead-several-injured-after-vehicle-plows-through-crowd-at-berlin-pride-event</w:t>
        </w:r>
      </w:hyperlink>
      <w:r>
        <w:t xml:space="preserve"> - At least one person is dead and several people are injured after a vehicle drove into the crowd at a Pride event in Berlin on Saturday, in what German Chancellor Friedrich Merz called 'an attack on our society.' Authorities said Ballout drove a van into a crowd in Tiergarten Park, one of the largest parks in Berlin, during the Pride festival's closing party at around 10:00 p.m. local time. He then allegedly attacked others with a weapon, suspected to be a machete. The incident occurred in Tiergarten park, adjacent to the parade route, around 10 p.m. local time. Police have identified a suspect with ties to Islamic groups in Berlin, though he remains at large. Authorities are urgently working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aber7.com/guncel/haber/3646305-almanyada-lgbtlilerin-yuruyusu-iptal-edildi-cok-sayida-yarali-var" TargetMode="External"/><Relationship Id="rId10" Type="http://schemas.openxmlformats.org/officeDocument/2006/relationships/hyperlink" Target="https://www.aljazeera.com/news/2026/7/25/one-dead-14-injured-as-car-reportedly-strikes-crowd-at-berlin-lgbtq-event" TargetMode="External"/><Relationship Id="rId11" Type="http://schemas.openxmlformats.org/officeDocument/2006/relationships/hyperlink" Target="https://www.kpbs.org/news/international/2026/07/25/one-dead-several-injured-after-vehicle-plows-through-crowd-at-berlin-pride-event" TargetMode="External"/><Relationship Id="rId12" Type="http://schemas.openxmlformats.org/officeDocument/2006/relationships/hyperlink" Target="https://apnews.com/article/8b3c8ded8033ab246cb55f7bd1c47e2f" TargetMode="External"/><Relationship Id="rId13" Type="http://schemas.openxmlformats.org/officeDocument/2006/relationships/hyperlink" Target="https://www.13abc.com/2026/07/25/person-is-killed-several-are-injured-berlins-lgbtq-event-when-van-drives-into-crowd/" TargetMode="External"/><Relationship Id="rId14" Type="http://schemas.openxmlformats.org/officeDocument/2006/relationships/hyperlink" Target="https://www.latimes.com/world-nation/story/2026-07-25/van-rams-crowd-at-berlin-lgbtq-event-1-killed-15-injur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