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Berlin CSD 2026: Why Pride Is Turning Up the Volume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will see colour and music this weekend, but organisers of Berlin’s Christopher Street Day are pushing a sharper message: hundreds of thousands are gathering to defend queer rights amid rising hostility and growing political pressure. This matters for anyone who cares about safety, visibility and lived freedoms.</w:t>
      </w:r>
      <w:r/>
    </w:p>
    <w:p>
      <w:r/>
      <w:r>
        <w:t>Essential Takeaways</w:t>
      </w:r>
      <w:r/>
      <w:r/>
    </w:p>
    <w:p>
      <w:pPr>
        <w:pStyle w:val="ListBullet"/>
        <w:spacing w:line="240" w:lineRule="auto"/>
        <w:ind w:left="720"/>
      </w:pPr>
      <w:r/>
      <w:r>
        <w:rPr>
          <w:b/>
        </w:rPr>
        <w:t>Large turnout expected:</w:t>
      </w:r>
      <w:r>
        <w:t xml:space="preserve"> Organisers anticipate hundreds of thousands at Berlin’s CSD, a major public show of solidarity and celebration.</w:t>
      </w:r>
      <w:r/>
    </w:p>
    <w:p>
      <w:pPr>
        <w:pStyle w:val="ListBullet"/>
        <w:spacing w:line="240" w:lineRule="auto"/>
        <w:ind w:left="720"/>
      </w:pPr>
      <w:r/>
      <w:r>
        <w:rPr>
          <w:b/>
        </w:rPr>
        <w:t>Heightened concern:</w:t>
      </w:r>
      <w:r>
        <w:t xml:space="preserve"> Leaders warn queer communities face increasing pressure, rising hate crime and rollbacks of rights in some places.</w:t>
      </w:r>
      <w:r/>
    </w:p>
    <w:p>
      <w:pPr>
        <w:pStyle w:val="ListBullet"/>
        <w:spacing w:line="240" w:lineRule="auto"/>
        <w:ind w:left="720"/>
      </w:pPr>
      <w:r/>
      <w:r>
        <w:rPr>
          <w:b/>
        </w:rPr>
        <w:t>Political spotlight:</w:t>
      </w:r>
      <w:r>
        <w:t xml:space="preserve"> Prominent figures including Berlin’s mayor are due to attend, and the city government will participate with its own float.</w:t>
      </w:r>
      <w:r/>
    </w:p>
    <w:p>
      <w:pPr>
        <w:pStyle w:val="ListBullet"/>
        <w:spacing w:line="240" w:lineRule="auto"/>
        <w:ind w:left="720"/>
      </w:pPr>
      <w:r/>
      <w:r>
        <w:rPr>
          <w:b/>
        </w:rPr>
        <w:t>Counter-protest risk:</w:t>
      </w:r>
      <w:r>
        <w:t xml:space="preserve"> Police expect small right‑wing demonstrations; organisers stress vigilance and co‑operation with authorities.</w:t>
      </w:r>
      <w:r/>
    </w:p>
    <w:p>
      <w:pPr>
        <w:pStyle w:val="ListBullet"/>
        <w:spacing w:line="240" w:lineRule="auto"/>
        <w:ind w:left="720"/>
      </w:pPr>
      <w:r/>
      <w:r>
        <w:rPr>
          <w:b/>
        </w:rPr>
        <w:t>Practical vibe:</w:t>
      </w:r>
      <w:r>
        <w:t xml:space="preserve"> The event mixes big-name performances and political demands, with an emphasis on visible, safe queer spaces.</w:t>
      </w:r>
      <w:r/>
      <w:r/>
    </w:p>
    <w:p>
      <w:pPr>
        <w:pStyle w:val="Heading2"/>
      </w:pPr>
      <w:r>
        <w:t>Why this CSD feels different , louder, prouder and more urgent</w:t>
      </w:r>
      <w:r/>
    </w:p>
    <w:p>
      <w:r/>
      <w:r>
        <w:t>The opening line: organisers say the mood is less just-party and more purpose‑driven, with a tangible sense of urgency in the air. After years of incremental rights gains, activists now point to setbacks and louder hostility, which is why the slogan “Haltung ist hot” lands with a bite as well as a wink. According to the organisers, the march will be both festive and forceful, a way to insist queer lives aren’t negotiable.</w:t>
      </w:r>
      <w:r/>
    </w:p>
    <w:p>
      <w:r/>
      <w:r>
        <w:t>Context matters: recent spikes in hostility and political shifts elsewhere have made parade-goers more determined. The CSD has long been a mix of celebration and protest, but this year the emphasis tilts toward defending hard-won freedoms. If you’re going, expect more speeches and political messaging alongside the glitter and DJs.</w:t>
      </w:r>
      <w:r/>
    </w:p>
    <w:p>
      <w:pPr>
        <w:pStyle w:val="Heading2"/>
      </w:pPr>
      <w:r>
        <w:t>What organisers want , concrete demands and visible protection</w:t>
      </w:r>
      <w:r/>
    </w:p>
    <w:p>
      <w:r/>
      <w:r>
        <w:t>At the centre of demands is better protection from hate crime and stronger safeguards for queer venues and spaces. Organisers told the press they want effective policing of hate-motivated attacks and policies that secure safe, long-term places for community life. They’re also watching regional politics closely , rising polls for certain parties worry activists because of those parties’ stances on LGBTQ+ rights.</w:t>
      </w:r>
      <w:r/>
    </w:p>
    <w:p>
      <w:r/>
      <w:r>
        <w:t>Practical tip: if you want to support the demands, learn a few key asks before you go , it makes chanting feel sharper and more useful. And if you’re a venue owner or event host, consider simple security steps: clearer signage, trained stewards and easy reporting routes for incidents.</w:t>
      </w:r>
      <w:r/>
    </w:p>
    <w:p>
      <w:pPr>
        <w:pStyle w:val="Heading2"/>
      </w:pPr>
      <w:r>
        <w:t>Politics on the march , why politicians are showing up</w:t>
      </w:r>
      <w:r/>
    </w:p>
    <w:p>
      <w:r/>
      <w:r>
        <w:t>Berlin’s mayor and the city senate are visible participants this year, and the Senate is even sending its own float. That’s both symbolic and strategic: when the city appears alongside Pride it signals commitment to inclusion and safety. Organisers voiced relief at cooperative relations with the police, even as they stressed the need for practical follow-through on protection.</w:t>
      </w:r>
      <w:r/>
    </w:p>
    <w:p>
      <w:r/>
      <w:r>
        <w:t>Look ahead: municipal involvement can translate into funding or legal protections, but activists warn it mustn’t be merely performative. If your elected officials are at the parade, feel free to ask what concrete steps they’ll take next.</w:t>
      </w:r>
      <w:r/>
    </w:p>
    <w:p>
      <w:pPr>
        <w:pStyle w:val="Heading2"/>
      </w:pPr>
      <w:r>
        <w:t>Counter‑protests and safety , what to expect on the ground</w:t>
      </w:r>
      <w:r/>
    </w:p>
    <w:p>
      <w:r/>
      <w:r>
        <w:t>Authorities anticipate some counter-protest activity from the right, though organisers say the numbers look small compared with the Pride turnout. Still, past years in other German cities have shown how quickly tensions can rise, so there’s a cautious mood about crowd control and stewarding. Organisers emphasise trustful co‑operation with police while urging attendees to report harassment.</w:t>
      </w:r>
      <w:r/>
    </w:p>
    <w:p>
      <w:r/>
      <w:r>
        <w:t>Safety advice: travel in groups, note the location of first-aid tents, and keep an eye on exit routes. If you see or experience hate speech or violence, document it if it’s safe to do so and pass information to marshals or police , every report helps build a case for better protection.</w:t>
      </w:r>
      <w:r/>
    </w:p>
    <w:p>
      <w:pPr>
        <w:pStyle w:val="Heading2"/>
      </w:pPr>
      <w:r>
        <w:t>Culture, music and the human side , celebration with a spine</w:t>
      </w:r>
      <w:r/>
    </w:p>
    <w:p>
      <w:r/>
      <w:r>
        <w:t>Amid the political messaging there’s still room for joy: headline performances and colourful floats will keep the atmosphere celebratory. Big names on the bill attract families and curious passers-by, which is part of the point , visibility changes hearts as much as laws do. Organisers say they intend to stay loud until queer people can live freely and safely everywhere.</w:t>
      </w:r>
      <w:r/>
    </w:p>
    <w:p>
      <w:r/>
      <w:r>
        <w:t>Final thought: bring your dancing shoes and your protest pin; it’s a party with purpose and it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5">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https://www.mopo.de/news/panorama/organisatoren-des-csd-queere-menschen-staerker-unter-druck/4900656</w:t>
        </w:r>
      </w:hyperlink>
      <w:r>
        <w:t xml:space="preserve"> - Please view link - unable to able to access data</w:t>
      </w:r>
      <w:r/>
    </w:p>
    <w:p>
      <w:pPr>
        <w:pStyle w:val="ListNumber"/>
        <w:spacing w:line="240" w:lineRule="auto"/>
        <w:ind w:left="720"/>
      </w:pPr>
      <w:r/>
      <w:hyperlink r:id="rId10">
        <w:r>
          <w:rPr>
            <w:color w:val="0000EE"/>
            <w:u w:val="single"/>
          </w:rPr>
          <w:t>https://www.t-online.de/nachrichten/panorama/gesellschaft/id_101359454/organisatoren-des-csd-queere-menschen-staerker-unter-druck.html</w:t>
        </w:r>
      </w:hyperlink>
      <w:r>
        <w:t xml:space="preserve"> - Organisers of the Christopher Street Day (CSD) in Berlin warn of a more hostile societal climate for queer individuals. Thomas Hoffmann, a board member, stated that queer people worldwide are under increased pressure, with existing rights being rolled back and hate crimes on the rise. The organisers aim to counteract this trend with their two-day CSD, emphasising that they will not become smaller or quieter until all people in Germany can live freely, safely, and self-determined.</w:t>
      </w:r>
      <w:r/>
    </w:p>
    <w:p>
      <w:pPr>
        <w:pStyle w:val="ListNumber"/>
        <w:spacing w:line="240" w:lineRule="auto"/>
        <w:ind w:left="720"/>
      </w:pPr>
      <w:r/>
      <w:hyperlink r:id="rId12">
        <w:r>
          <w:rPr>
            <w:color w:val="0000EE"/>
            <w:u w:val="single"/>
          </w:rPr>
          <w:t>https://www.tagesschau.de/inland/gesellschaft/csd-anfeindungen-100.html</w:t>
        </w:r>
      </w:hyperlink>
      <w:r>
        <w:t xml:space="preserve"> - CSD parades, representing diversity and tolerance, are increasingly under threat from hate and hostility towards queer individuals. In cities like Bautzen and Braunschweig, these events are taking place with significant police presence due to potential right-wing disruptions. The rise in hate crimes has led to heightened security measures to protect participants and ensure the peaceful demonstration of LGBTQ+ rights.</w:t>
      </w:r>
      <w:r/>
    </w:p>
    <w:p>
      <w:pPr>
        <w:pStyle w:val="ListNumber"/>
        <w:spacing w:line="240" w:lineRule="auto"/>
        <w:ind w:left="720"/>
      </w:pPr>
      <w:r/>
      <w:hyperlink r:id="rId11">
        <w:r>
          <w:rPr>
            <w:color w:val="0000EE"/>
            <w:u w:val="single"/>
          </w:rPr>
          <w:t>https://www.zeit.de/news/2024-07/27/glitzer-regenbogen-und-politische-forderungen-beim-csd</w:t>
        </w:r>
      </w:hyperlink>
      <w:r>
        <w:t xml:space="preserve"> - Tens of thousands participated in the 46th Berlin Christopher Street Day under the motto 'Only together strong – for democracy and diversity'. The organisers reported a larger turnout than expected, with at least 250,000 people joining the demonstration. The event highlighted the community's commitment to LGBTQ+ rights and its opposition to increasing societal pressures and hate crimes.</w:t>
      </w:r>
      <w:r/>
    </w:p>
    <w:p>
      <w:pPr>
        <w:pStyle w:val="ListNumber"/>
        <w:spacing w:line="240" w:lineRule="auto"/>
        <w:ind w:left="720"/>
      </w:pPr>
      <w:r/>
      <w:hyperlink r:id="rId15">
        <w:r>
          <w:rPr>
            <w:color w:val="0000EE"/>
            <w:u w:val="single"/>
          </w:rPr>
          <w:t>https://www.berlin.de/sen/inneres/verfassungsschutz/publikationen/verfassungsschutzberichte/web_vsb_2024_endfassung.pdf?ts=1760108501</w:t>
        </w:r>
      </w:hyperlink>
      <w:r>
        <w:t xml:space="preserve"> - The Berlin Office for the Protection of the Constitution's 2024 report indicates that the LGBTQIA+ community has become a focal point for right-wing extremist groups. These groups have intensified their activities against queer individuals, with numerous right-wing extremist counteractions to CSD events in several federal states. This trend underscores the growing challenges faced by the queer community in Germany.</w:t>
      </w:r>
      <w:r/>
    </w:p>
    <w:p>
      <w:pPr>
        <w:pStyle w:val="ListNumber"/>
        <w:spacing w:line="240" w:lineRule="auto"/>
        <w:ind w:left="720"/>
      </w:pPr>
      <w:r/>
      <w:hyperlink r:id="rId13">
        <w:r>
          <w:rPr>
            <w:color w:val="0000EE"/>
            <w:u w:val="single"/>
          </w:rPr>
          <w:t>https://www.queer.de/detail.php?article_id=50400</w:t>
        </w:r>
      </w:hyperlink>
      <w:r>
        <w:t xml:space="preserve"> - Despite attempts by right-wing and anti-Semitic groups to disrupt the Berlin CSD, the event remained largely peaceful. Approximately 250,000 people participated, demonstrating for queer rights and against increasing hate crimes. The organisers emphasised the importance of unity and resilience in the face of such challenges, highlighting the community's strength and determination.</w:t>
      </w:r>
      <w:r/>
    </w:p>
    <w:p>
      <w:pPr>
        <w:pStyle w:val="ListNumber"/>
        <w:spacing w:line="240" w:lineRule="auto"/>
        <w:ind w:left="720"/>
      </w:pPr>
      <w:r/>
      <w:hyperlink r:id="rId14">
        <w:r>
          <w:rPr>
            <w:color w:val="0000EE"/>
            <w:u w:val="single"/>
          </w:rPr>
          <w:t>https://www.evangelisch.de/inhalte/232229/27-07-2024/csd-berlin-wegner-ruft-zur-verteidigung-von-vielfalt-und-respekt-auf</w:t>
        </w:r>
      </w:hyperlink>
      <w:r>
        <w:t xml:space="preserve"> - At the start of the Berlin Christopher Street Day, Mayor Kai Wegner called for the defence of diversity and tolerance in society. He stated that Berlin remains the city of freedom and human rights, emphasising the commitment to values like diversity, respect, and tolerance. Wegner acknowledged concerns within the queer community about the potential threat to Berlin's open and tolerant climate.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news/panorama/organisatoren-des-csd-queere-menschen-staerker-unter-druck/4900656" TargetMode="External"/><Relationship Id="rId10" Type="http://schemas.openxmlformats.org/officeDocument/2006/relationships/hyperlink" Target="https://www.t-online.de/nachrichten/panorama/gesellschaft/id_101359454/organisatoren-des-csd-queere-menschen-staerker-unter-druck.html" TargetMode="External"/><Relationship Id="rId11" Type="http://schemas.openxmlformats.org/officeDocument/2006/relationships/hyperlink" Target="https://www.zeit.de/news/2024-07/27/glitzer-regenbogen-und-politische-forderungen-beim-csd" TargetMode="External"/><Relationship Id="rId12" Type="http://schemas.openxmlformats.org/officeDocument/2006/relationships/hyperlink" Target="https://www.tagesschau.de/inland/gesellschaft/csd-anfeindungen-100.html" TargetMode="External"/><Relationship Id="rId13" Type="http://schemas.openxmlformats.org/officeDocument/2006/relationships/hyperlink" Target="https://www.queer.de/detail.php?article_id=50400" TargetMode="External"/><Relationship Id="rId14" Type="http://schemas.openxmlformats.org/officeDocument/2006/relationships/hyperlink" Target="https://www.evangelisch.de/inhalte/232229/27-07-2024/csd-berlin-wegner-ruft-zur-verteidigung-von-vielfalt-und-respekt-auf" TargetMode="External"/><Relationship Id="rId15" Type="http://schemas.openxmlformats.org/officeDocument/2006/relationships/hyperlink" Target="https://www.berlin.de/sen/inneres/verfassungsschutz/publikationen/verfassungsschutzberichte/web_vsb_2024_endfassung.pdf?ts=17601085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