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Campy Snapbacks and Pride Picks for Your Summer Wardrobe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snapping up campy pastel snapbacks and queer-owned brands this summer, from Y2K-inspired caps to protein pancakes and bourbon coffee that make brunch feel celebratory; here’s what’s trending, why it matters, and how to weave these fun finds into your midsummer rotation.</w:t>
      </w:r>
      <w:r/>
    </w:p>
    <w:p>
      <w:r/>
      <w:r>
        <w:t>Essential Takeaways</w:t>
      </w:r>
      <w:r/>
      <w:r/>
    </w:p>
    <w:p>
      <w:pPr>
        <w:pStyle w:val="ListBullet"/>
        <w:spacing w:line="240" w:lineRule="auto"/>
        <w:ind w:left="720"/>
      </w:pPr>
      <w:r/>
      <w:r>
        <w:rPr>
          <w:b/>
        </w:rPr>
        <w:t>Retro vibe:</w:t>
      </w:r>
      <w:r>
        <w:t xml:space="preserve"> Campy snapbacks with pastel palettes and cyber fonts are trending, offering a nostalgic Y2K feel and a playful, wearable statement.</w:t>
      </w:r>
      <w:r/>
    </w:p>
    <w:p>
      <w:pPr>
        <w:pStyle w:val="ListBullet"/>
        <w:spacing w:line="240" w:lineRule="auto"/>
        <w:ind w:left="720"/>
      </w:pPr>
      <w:r/>
      <w:r>
        <w:rPr>
          <w:b/>
        </w:rPr>
        <w:t>Trans-owned brands:</w:t>
      </w:r>
      <w:r>
        <w:t xml:space="preserve"> Buying from labels like Awarewolf supports trans creators and their communities while delivering bold, unapologetic style.</w:t>
      </w:r>
      <w:r/>
    </w:p>
    <w:p>
      <w:pPr>
        <w:pStyle w:val="ListBullet"/>
        <w:spacing w:line="240" w:lineRule="auto"/>
        <w:ind w:left="720"/>
      </w:pPr>
      <w:r/>
      <w:r>
        <w:rPr>
          <w:b/>
        </w:rPr>
        <w:t>Everyday treats:</w:t>
      </w:r>
      <w:r>
        <w:t xml:space="preserve"> Easy groceries and small luxuries , think Trader Joe’s Protein Pancakes and bourbon-infused coffee , are resonating as affordable, feel-good upgrades.</w:t>
      </w:r>
      <w:r/>
    </w:p>
    <w:p>
      <w:pPr>
        <w:pStyle w:val="ListBullet"/>
        <w:spacing w:line="240" w:lineRule="auto"/>
        <w:ind w:left="720"/>
      </w:pPr>
      <w:r/>
      <w:r>
        <w:rPr>
          <w:b/>
        </w:rPr>
        <w:t>Multipurpose picks:</w:t>
      </w:r>
      <w:r>
        <w:t xml:space="preserve"> Items such as a compact YETI Roadie cooler or protein-packed snacks suit busy summers, from beach trips to reality-TV watching nights.</w:t>
      </w:r>
      <w:r/>
      <w:r/>
    </w:p>
    <w:p>
      <w:pPr>
        <w:pStyle w:val="Heading2"/>
      </w:pPr>
      <w:r>
        <w:t>Why campy snapbacks are having a moment</w:t>
      </w:r>
      <w:r/>
    </w:p>
    <w:p>
      <w:r/>
      <w:r>
        <w:t>There’s something immediately tactile about a pastel cap , the soft colour, the slight give of the strap, the way it sits just so on a sweaty summer day. These snapbacks tap into Y2K nostalgia while feeling fresh for Pride season and festival line-ups. According to the queer fashion scene, pastel colours and playful clipart signals not only a style choice but an identity flex: bold, flirty and a little bit ironic. If you’re buying one, pick your size for a snug fit (look for adjustable snapbacks), and consider how the colour plays with your typical outfits , they’re brilliant with denim, swimwear or an oversized tee.</w:t>
      </w:r>
      <w:r/>
    </w:p>
    <w:p>
      <w:pPr>
        <w:pStyle w:val="Heading2"/>
      </w:pPr>
      <w:r>
        <w:t>Buying from trans-owned labels actually changes things</w:t>
      </w:r>
      <w:r/>
    </w:p>
    <w:p>
      <w:r/>
      <w:r>
        <w:t>When a brand is trans-owned, your purchase is more than a transaction , it helps pay for operations, visibility and in some cases, healthcare advocacy. Awarewolf, for instance, was launched to support top surgery funding and now sells colourful, camp-forward apparel. Shopping with intention means you’re supporting creators who shape queer aesthetics and culture, rather than just borrowing the look. Tip: follow the brand’s social channels to catch drops and limited editions before they sell out.</w:t>
      </w:r>
      <w:r/>
    </w:p>
    <w:p>
      <w:pPr>
        <w:pStyle w:val="Heading2"/>
      </w:pPr>
      <w:r>
        <w:t>Everyday upgrades that feel like treats</w:t>
      </w:r>
      <w:r/>
    </w:p>
    <w:p>
      <w:r/>
      <w:r>
        <w:t>Small comforts make a long summer feel cozier. Trader Joe’s Protein Pancakes, for many, are a secret weekday delight: quick to heat, mildly sweet and satisfying after morning workouts. Likewise, bourbon-infused coffee gives your cup a smoky-sweet twist without the alcohol content , ideal for brunch lovers who want novelty without compromise. Both are affordable ways to level up routine mornings or fuel a late-night viewing of that reality TV chaos everyone’s talking about.</w:t>
      </w:r>
      <w:r/>
    </w:p>
    <w:p>
      <w:pPr>
        <w:pStyle w:val="Heading2"/>
      </w:pPr>
      <w:r>
        <w:t>Practical picks for dog days and beach days</w:t>
      </w:r>
      <w:r/>
    </w:p>
    <w:p>
      <w:r/>
      <w:r>
        <w:t>A compact hard cooler like the YETI Roadie is one of those purchases you don’t regret: it’s small enough to stash in a car, sturdy enough to survive a sandy towel pile and stylish in bubblegum pink if you’d like. Look for capacity (how many cans you’ll need), weight when loaded, and a lid that doubles as a seat. Combine that cooler with portable snacks, a pastel cap for sun protection, and you’ve got a ready-made summer kit for picnics, pride picnics or post-festival wind-downs.</w:t>
      </w:r>
      <w:r/>
    </w:p>
    <w:p>
      <w:pPr>
        <w:pStyle w:val="Heading2"/>
      </w:pPr>
      <w:r>
        <w:t>Culture, kitsch and the internet’s mood</w:t>
      </w:r>
      <w:r/>
    </w:p>
    <w:p>
      <w:r/>
      <w:r>
        <w:t>From viral reality-TV moments to celeb-studded ad campaigns, queer culture is steering mainstream style in playful directions. Music stars dropping new singles, actors fronting athletic brands and influencer dogs with cult followings all create a backdrop where camp and utility coexist. That means your wardrobe choices can be both humorous and practical, a little performative and deeply useful. Wear it with a grin, because style in 2026 is about joy first.</w:t>
      </w:r>
      <w:r/>
    </w:p>
    <w:p>
      <w:r/>
      <w:r>
        <w:t>It’s a small, stylish shift that can make summer feel brighter and a lot more fun.</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[3]</w:t>
        </w:r>
      </w:hyperlink>
      <w:r>
        <w:t xml:space="preserve">, </w:t>
      </w:r>
      <w:hyperlink r:id="rId11">
        <w:r>
          <w:rPr>
            <w:color w:val="0000EE"/>
            <w:u w:val="single"/>
          </w:rPr>
          <w:t>[4]</w:t>
        </w:r>
      </w:hyperlink>
      <w:r>
        <w:t xml:space="preserve">- Paragraph 2: </w:t>
      </w:r>
      <w:hyperlink r:id="rId10">
        <w:r>
          <w:rPr>
            <w:color w:val="0000EE"/>
            <w:u w:val="single"/>
          </w:rPr>
          <w:t>[3]</w:t>
        </w:r>
      </w:hyperlink>
      <w:r>
        <w:t xml:space="preserve">, </w:t>
      </w:r>
      <w:hyperlink r:id="rId11">
        <w:r>
          <w:rPr>
            <w:color w:val="0000EE"/>
            <w:u w:val="single"/>
          </w:rPr>
          <w:t>[4]</w:t>
        </w:r>
      </w:hyperlink>
      <w:r>
        <w:t xml:space="preserve">- Paragraph 3: </w:t>
      </w:r>
      <w:hyperlink r:id="rId12">
        <w:r>
          <w:rPr>
            <w:color w:val="0000EE"/>
            <w:u w:val="single"/>
          </w:rPr>
          <w:t>[6]</w:t>
        </w:r>
      </w:hyperlink>
      <w:r>
        <w:t xml:space="preserve">, </w:t>
      </w:r>
      <w:hyperlink r:id="rId13">
        <w:r>
          <w:rPr>
            <w:color w:val="0000EE"/>
            <w:u w:val="single"/>
          </w:rPr>
          <w:t>[7]</w:t>
        </w:r>
      </w:hyperlink>
      <w:r>
        <w:t xml:space="preserve">- Paragraph 4: , </w:t>
      </w:r>
      <w:hyperlink r:id="rId10">
        <w:r>
          <w:rPr>
            <w:color w:val="0000EE"/>
            <w:u w:val="single"/>
          </w:rPr>
          <w:t>[3]</w:t>
        </w:r>
      </w:hyperlink>
      <w:r>
        <w:t xml:space="preserve">- Paragraph 5: </w:t>
      </w:r>
      <w:hyperlink r:id="rId9">
        <w:r>
          <w:rPr>
            <w:color w:val="0000EE"/>
            <w:u w:val="single"/>
          </w:rPr>
          <w:t>[1]</w:t>
        </w:r>
      </w:hyperlink>
      <w:r>
        <w:t xml:space="preserve">, </w:t>
      </w:r>
      <w:hyperlink r:id="rId10">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https://www.queerty.com/dogs-dudes-dad-caps-10-things-were-obsessed-with-this-week-20260725/</w:t>
        </w:r>
      </w:hyperlink>
      <w:r>
        <w:t xml:space="preserve"> - Please view link - unable to able to access data</w:t>
      </w:r>
      <w:r/>
    </w:p>
    <w:p>
      <w:pPr>
        <w:pStyle w:val="ListNumber"/>
        <w:spacing w:line="240" w:lineRule="auto"/>
        <w:ind w:left="720"/>
      </w:pPr>
      <w:r/>
      <w:hyperlink r:id="rId14">
        <w:r>
          <w:rPr>
            <w:color w:val="0000EE"/>
            <w:u w:val="single"/>
          </w:rPr>
          <w:t>https://mitpressbookstore.mit.edu/book/9798874876821</w:t>
        </w:r>
      </w:hyperlink>
      <w:r>
        <w:t xml:space="preserve"> - Jeffery Self's 'Self-Sabotage: And Other Ways I've Spent My Time' is a candid memoir-in-essays that delves into his experiences of gay adolescence in the American South, his ventures into various professions, and his journey towards self-acceptance. The book offers a humorous and heartfelt exploration of his life, filled with personal anecdotes and reflections.</w:t>
      </w:r>
      <w:r/>
    </w:p>
    <w:p>
      <w:pPr>
        <w:pStyle w:val="ListNumber"/>
        <w:spacing w:line="240" w:lineRule="auto"/>
        <w:ind w:left="720"/>
      </w:pPr>
      <w:r/>
      <w:hyperlink r:id="rId10">
        <w:r>
          <w:rPr>
            <w:color w:val="0000EE"/>
            <w:u w:val="single"/>
          </w:rPr>
          <w:t>https://awarewolfapparel.com/</w:t>
        </w:r>
      </w:hyperlink>
      <w:r>
        <w:t xml:space="preserve"> - Awarewolf is a trans-owned clothing brand founded by Landon Reed in 2015. The brand offers a range of queer lifestyle apparel, including the 'Crazy Snapbacks' collection, which features pastel colours and cyber-inspired fonts. Awarewolf is dedicated to crafting authentic queer clothing, with all screen printing and embroidery done in-house to ensure quality and personal touch.</w:t>
      </w:r>
      <w:r/>
    </w:p>
    <w:p>
      <w:pPr>
        <w:pStyle w:val="ListNumber"/>
        <w:spacing w:line="240" w:lineRule="auto"/>
        <w:ind w:left="720"/>
      </w:pPr>
      <w:r/>
      <w:hyperlink r:id="rId11">
        <w:r>
          <w:rPr>
            <w:color w:val="0000EE"/>
            <w:u w:val="single"/>
          </w:rPr>
          <w:t>https://www.lgbtqnation.com/2026/03/8-unapologetically-trans-owned-businesses-redefining-fashion-art-and-more/</w:t>
        </w:r>
      </w:hyperlink>
      <w:r>
        <w:t xml:space="preserve"> - LGBTQ Nation highlights eight unapologetically trans-owned businesses that are redefining fashion, art, and more. Among them is Awarewolf, a trans-owned clothing brand founded by Landon Reed in 2015, known for its queer lifestyle apparel and commitment to authenticity.</w:t>
      </w:r>
      <w:r/>
    </w:p>
    <w:p>
      <w:pPr>
        <w:pStyle w:val="ListNumber"/>
        <w:spacing w:line="240" w:lineRule="auto"/>
        <w:ind w:left="720"/>
      </w:pPr>
      <w:r/>
      <w:hyperlink r:id="rId15">
        <w:r>
          <w:rPr>
            <w:color w:val="0000EE"/>
            <w:u w:val="single"/>
          </w:rPr>
          <w:t>https://www.publishersweekly.com/9780063328778</w:t>
        </w:r>
      </w:hyperlink>
      <w:r>
        <w:t xml:space="preserve"> - Publishers Weekly reviews 'Self-Sabotage: And Other Ways I've Spent My Time' by Jeffery Self, describing it as a rollicking adult debut that charts his passage from shame to self-acceptance. The review praises Self's candidness and the book's engaging narrative.</w:t>
      </w:r>
      <w:r/>
    </w:p>
    <w:p>
      <w:pPr>
        <w:pStyle w:val="ListNumber"/>
        <w:spacing w:line="240" w:lineRule="auto"/>
        <w:ind w:left="720"/>
      </w:pPr>
      <w:r/>
      <w:hyperlink r:id="rId12">
        <w:r>
          <w:rPr>
            <w:color w:val="0000EE"/>
            <w:u w:val="single"/>
          </w:rPr>
          <w:t>https://www.bookscrolling.com/books/jeffery-self-self-sabotage-and-other-ways-i-ve-spent-my-time/</w:t>
        </w:r>
      </w:hyperlink>
      <w:r>
        <w:t xml:space="preserve"> - Book Scrolling features 'Self-Sabotage: And Other Ways I've Spent My Time' by Jeffery Self, listing it among the best books of 2025 in the Biography and Memoir category. The book is noted for its honest and humorous exploration of Self's life and experiences.</w:t>
      </w:r>
      <w:r/>
    </w:p>
    <w:p>
      <w:pPr>
        <w:pStyle w:val="ListNumber"/>
        <w:spacing w:line="240" w:lineRule="auto"/>
        <w:ind w:left="720"/>
      </w:pPr>
      <w:r/>
      <w:hyperlink r:id="rId13">
        <w:r>
          <w:rPr>
            <w:color w:val="0000EE"/>
            <w:u w:val="single"/>
          </w:rPr>
          <w:t>https://www.audioeditions.com/self-sabotage</w:t>
        </w:r>
      </w:hyperlink>
      <w:r>
        <w:t xml:space="preserve"> - Audio Editions offers the audiobook version of 'Self-Sabotage: And Other Ways I've Spent My Time' by Jeffery Self. The audiobook is read by the author himself and provides an engaging listening experience of his candid memoir.</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queerty.com/dogs-dudes-dad-caps-10-things-were-obsessed-with-this-week-20260725/" TargetMode="External"/><Relationship Id="rId10" Type="http://schemas.openxmlformats.org/officeDocument/2006/relationships/hyperlink" Target="https://awarewolfapparel.com/" TargetMode="External"/><Relationship Id="rId11" Type="http://schemas.openxmlformats.org/officeDocument/2006/relationships/hyperlink" Target="https://www.lgbtqnation.com/2026/03/8-unapologetically-trans-owned-businesses-redefining-fashion-art-and-more/" TargetMode="External"/><Relationship Id="rId12" Type="http://schemas.openxmlformats.org/officeDocument/2006/relationships/hyperlink" Target="https://www.bookscrolling.com/books/jeffery-self-self-sabotage-and-other-ways-i-ve-spent-my-time/" TargetMode="External"/><Relationship Id="rId13" Type="http://schemas.openxmlformats.org/officeDocument/2006/relationships/hyperlink" Target="https://www.audioeditions.com/self-sabotage" TargetMode="External"/><Relationship Id="rId14" Type="http://schemas.openxmlformats.org/officeDocument/2006/relationships/hyperlink" Target="https://mitpressbookstore.mit.edu/book/9798874876821" TargetMode="External"/><Relationship Id="rId15" Type="http://schemas.openxmlformats.org/officeDocument/2006/relationships/hyperlink" Target="https://www.publishersweekly.com/9780063328778"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