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Bride Pride St. Pete 2027 Guide: Cynthia Nixon to Officiate Mass Sapphic Weddings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celebrants are already buzzing: actor and activist Cynthia Nixon will serve as “Reverend‑for‑the‑Day” at Bride Pride St. Pete on 21 February 2027, a mass sapphic wedding and vow‑renewal during Winter Pride that could draw 100 couples and a Guinness World Record attempt.</w:t>
      </w:r>
      <w:r/>
    </w:p>
    <w:p>
      <w:r/>
      <w:r>
        <w:t>Essential Takeaways</w:t>
      </w:r>
      <w:r/>
      <w:r/>
    </w:p>
    <w:p>
      <w:pPr>
        <w:pStyle w:val="ListBullet"/>
        <w:spacing w:line="240" w:lineRule="auto"/>
        <w:ind w:left="720"/>
      </w:pPr>
      <w:r/>
      <w:r>
        <w:rPr>
          <w:b/>
        </w:rPr>
        <w:t>Star officiant:</w:t>
      </w:r>
      <w:r>
        <w:t xml:space="preserve"> Cynthia Nixon will officiate the mass ceremony, bringing visibility and advocacy to the event.</w:t>
      </w:r>
      <w:r/>
    </w:p>
    <w:p>
      <w:pPr>
        <w:pStyle w:val="ListBullet"/>
        <w:spacing w:line="240" w:lineRule="auto"/>
        <w:ind w:left="720"/>
      </w:pPr>
      <w:r/>
      <w:r>
        <w:rPr>
          <w:b/>
        </w:rPr>
        <w:t>Big ambition:</w:t>
      </w:r>
      <w:r>
        <w:t xml:space="preserve"> Organisers aim to include up to 100 couples, which could set a Guinness World Record.</w:t>
      </w:r>
      <w:r/>
    </w:p>
    <w:p>
      <w:pPr>
        <w:pStyle w:val="ListBullet"/>
        <w:spacing w:line="240" w:lineRule="auto"/>
        <w:ind w:left="720"/>
      </w:pPr>
      <w:r/>
      <w:r>
        <w:rPr>
          <w:b/>
        </w:rPr>
        <w:t>Inclusive scope:</w:t>
      </w:r>
      <w:r>
        <w:t xml:space="preserve"> Bride Pride welcomes sapphic, queer and lesbian couples, including trans people and non‑binary partners.</w:t>
      </w:r>
      <w:r/>
    </w:p>
    <w:p>
      <w:pPr>
        <w:pStyle w:val="ListBullet"/>
        <w:spacing w:line="240" w:lineRule="auto"/>
        <w:ind w:left="720"/>
      </w:pPr>
      <w:r/>
      <w:r>
        <w:rPr>
          <w:b/>
        </w:rPr>
        <w:t>Week of events:</w:t>
      </w:r>
      <w:r>
        <w:t xml:space="preserve"> Winter Pride runs from 14 February with celebrations, activities and sign‑ups through bridepridestpete.com.</w:t>
      </w:r>
      <w:r/>
    </w:p>
    <w:p>
      <w:pPr>
        <w:pStyle w:val="ListBullet"/>
        <w:spacing w:line="240" w:lineRule="auto"/>
        <w:ind w:left="720"/>
      </w:pPr>
      <w:r/>
      <w:r>
        <w:rPr>
          <w:b/>
        </w:rPr>
        <w:t>Sponsor and tone:</w:t>
      </w:r>
      <w:r>
        <w:t xml:space="preserve"> TomboyX sponsors the event; the mood is deliberately joyful and public‑facing in a politically charged state.</w:t>
      </w:r>
      <w:r/>
      <w:r/>
    </w:p>
    <w:p>
      <w:pPr>
        <w:pStyle w:val="Heading2"/>
      </w:pPr>
      <w:r>
        <w:t>Why Cynthia Nixon’s role matters right now</w:t>
      </w:r>
      <w:r/>
    </w:p>
    <w:p>
      <w:r/>
      <w:r>
        <w:t>Cynthia Nixon isn’t just a celebrity name on a programme; she’s a long‑time LGBTQ+ advocate whose visibility brings attention and gravitas. The actor released a statement underlining how public celebrations of love matter in moments of heightened political pressure, and that sentiment will be front and centre in St. Petersburg. For many attendees it won’t just feel celebratory , it’ll feel like a communal stand, with the warm, noisy energy you get when strangers cheer a couple exchanging vows.</w:t>
      </w:r>
      <w:r/>
    </w:p>
    <w:p>
      <w:pPr>
        <w:pStyle w:val="Heading2"/>
      </w:pPr>
      <w:r>
        <w:t>What Bride Pride actually is and how it started</w:t>
      </w:r>
      <w:r/>
    </w:p>
    <w:p>
      <w:r/>
      <w:r>
        <w:t>Bride Pride began in Provincetown in 2016 when two women turned a personal vow renewal into a group celebration during Women’s Week. The idea spread because it’s simple and inclusive: make marriage public, joyful and visible. According to organisers, the St. Pete edition keeps that original spirit but on a larger scale, pairing a mass ceremony with a week of Winter Pride events that invite community, art and activism. If you love the idea of a wedding that feels like a parade, this is it.</w:t>
      </w:r>
      <w:r/>
    </w:p>
    <w:p>
      <w:pPr>
        <w:pStyle w:val="Heading2"/>
      </w:pPr>
      <w:r>
        <w:t>Who can take part and how to sign up</w:t>
      </w:r>
      <w:r/>
    </w:p>
    <w:p>
      <w:r/>
      <w:r>
        <w:t>This ceremony is explicitly for sapphic, queer and lesbian couples, and the organisers name‑check trans and non‑binary people as welcome participants. Practical detail: visit bridepridestpete.com to register, check eligibility and find logistics. If you’re thinking of attending, pick your category early (marriage or vow renewal), confirm any documents required, and aim to sign up sooner rather than later if the goal is 100 couples , organisers have publicly discussed the record attempt and capacity matters.</w:t>
      </w:r>
      <w:r/>
    </w:p>
    <w:p>
      <w:pPr>
        <w:pStyle w:val="Heading2"/>
      </w:pPr>
      <w:r>
        <w:t>The wider context: why holding this in Florida is significant</w:t>
      </w:r>
      <w:r/>
    </w:p>
    <w:p>
      <w:r/>
      <w:r>
        <w:t>St. Petersburg will host Bride Pride at a time when Florida has passed several measures seen as unfriendly to LGBTQ+ communities. That tension makes the event feel larger than a ceremony: it’s a public, joyful reply to exclusion. Axios and other outlets noted the potential Guinness World Record angle, which adds a spotlight and may draw national coverage. For locals and visitors alike, the ceremony doubles as a civic statement and a celebration.</w:t>
      </w:r>
      <w:r/>
    </w:p>
    <w:p>
      <w:pPr>
        <w:pStyle w:val="Heading2"/>
      </w:pPr>
      <w:r>
        <w:t>What to expect during Winter Pride week</w:t>
      </w:r>
      <w:r/>
    </w:p>
    <w:p>
      <w:r/>
      <w:r>
        <w:t>Winter Pride runs from 14 February, offering a full week of events and activities leading up to the mass ceremony on 21 February. Expect mixers, panels, performances and pop‑ups that lean playful and political in equal measure. Sponsors like TomboyX are on board, which hints at lively, community‑centred programming and accessible retail or gear pop‑ups. If you’re planning to attend, book travel and accommodation early, and aim to arrive for the week so you don’t miss workshops or gatherings that make the main ceremony feel like the crescendo.</w:t>
      </w:r>
      <w:r/>
    </w:p>
    <w:p>
      <w:pPr>
        <w:pStyle w:val="Heading2"/>
      </w:pPr>
      <w:r>
        <w:t>Practical tips for couples and guests</w:t>
      </w:r>
      <w:r/>
    </w:p>
    <w:p>
      <w:r/>
      <w:r>
        <w:t>If you’re signing up, double‑check registration requirements on bridepridestpete.com and plan outfits for outdoor ceremony weather , layers are your friend in February by the Gulf. Bring a small support crew if you want photos, and think about accessibility or pronoun needs when you register. For guests, arrive with good cheer, pack sunscreen and a camera, and remember this is both a celebration and, for many, an act of solidarity.</w:t>
      </w:r>
      <w:r/>
    </w:p>
    <w:p>
      <w:r/>
      <w:r>
        <w:t>It's a small ritual with big meaning , celebrate love and consider joining the crowd.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13">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5">
        <w:r>
          <w:rPr>
            <w:color w:val="0000EE"/>
            <w:u w:val="single"/>
          </w:rPr>
          <w:t>[6]</w:t>
        </w:r>
      </w:hyperlink>
      <w:r>
        <w:t xml:space="preserve">, </w:t>
      </w:r>
      <w:hyperlink r:id="rId12">
        <w:r>
          <w:rPr>
            <w:color w:val="0000EE"/>
            <w:u w:val="single"/>
          </w:rPr>
          <w:t>[3]</w:t>
        </w:r>
      </w:hyperlink>
      <w:r>
        <w:t xml:space="preserve">- Paragraph 6: </w:t>
      </w:r>
      <w:hyperlink r:id="rId12">
        <w:r>
          <w:rPr>
            <w:color w:val="0000EE"/>
            <w:u w:val="single"/>
          </w:rPr>
          <w:t>[3]</w:t>
        </w:r>
      </w:hyperlink>
      <w:r>
        <w:t xml:space="preserve">, </w:t>
      </w:r>
      <w:hyperlink r:id="rId13">
        <w:r>
          <w:rPr>
            <w:color w:val="0000EE"/>
            <w:u w:val="single"/>
          </w:rPr>
          <w:t>[2]</w:t>
        </w:r>
      </w:hyperlink>
      <w:r>
        <w:t xml:space="preserve">- Paragraph 7: </w:t>
      </w:r>
      <w:hyperlink r:id="rId12">
        <w:r>
          <w:rPr>
            <w:color w:val="0000EE"/>
            <w:u w:val="single"/>
          </w:rPr>
          <w:t>[3]</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https://gcn.ie/cynthia-nixon-officiate-all-girl-wedding/</w:t>
        </w:r>
      </w:hyperlink>
      <w:r>
        <w:t xml:space="preserve"> - Please view link - unable to able to access data</w:t>
      </w:r>
      <w:r/>
    </w:p>
    <w:p>
      <w:pPr>
        <w:pStyle w:val="ListNumber"/>
        <w:spacing w:line="240" w:lineRule="auto"/>
        <w:ind w:left="720"/>
      </w:pPr>
      <w:r/>
      <w:hyperlink r:id="rId13">
        <w:r>
          <w:rPr>
            <w:color w:val="0000EE"/>
            <w:u w:val="single"/>
          </w:rPr>
          <w:t>https://www.bridepridestpete.com/faqs</w:t>
        </w:r>
      </w:hyperlink>
      <w:r>
        <w:t xml:space="preserve"> - The Bride Pride St. Pete FAQ page provides detailed information about the upcoming event on February 21, 2027, in St. Petersburg, Florida. It covers the ceremony's location, schedule, legal aspects, dress code, and guidelines for attendees, including the inclusion of friends, family, and pets. The page also addresses safety concerns, marriage license requirements for Florida residents and out-of-state couples, and accommodation options in St. Petersburg. Additionally, it offers insights into the marriage license application process and post-ceremony procedures, ensuring participants are well-prepared for the event.</w:t>
      </w:r>
      <w:r/>
    </w:p>
    <w:p>
      <w:pPr>
        <w:pStyle w:val="ListNumber"/>
        <w:spacing w:line="240" w:lineRule="auto"/>
        <w:ind w:left="720"/>
      </w:pPr>
      <w:r/>
      <w:hyperlink r:id="rId12">
        <w:r>
          <w:rPr>
            <w:color w:val="0000EE"/>
            <w:u w:val="single"/>
          </w:rPr>
          <w:t>https://www.bridepridestpete.com/</w:t>
        </w:r>
      </w:hyperlink>
      <w:r>
        <w:t xml:space="preserve"> - Bride Pride St. Pete is organising the world's largest all-women wedding and renewal ceremony on February 21, 2027, in St. Petersburg, Florida. The event, presented by TomboyX, aims to unite hundreds of women in a simultaneous declaration of love. Officiated by Cynthia Nixon, the ceremony seeks to set a Guinness World Record by including 100 couples. The event is part of Winter Pride St. Pete, a week-long celebration of love, diversity, and inclusion, featuring various events leading up to the ceremony.</w:t>
      </w:r>
      <w:r/>
    </w:p>
    <w:p>
      <w:pPr>
        <w:pStyle w:val="ListNumber"/>
        <w:spacing w:line="240" w:lineRule="auto"/>
        <w:ind w:left="720"/>
      </w:pPr>
      <w:r/>
      <w:hyperlink r:id="rId10">
        <w:r>
          <w:rPr>
            <w:color w:val="0000EE"/>
            <w:u w:val="single"/>
          </w:rPr>
          <w:t>https://www.cltampa.com/news/cynthia-nixon-to-officiate-lesbian-weddings-in-st-pete-for-bride-pride/</w:t>
        </w:r>
      </w:hyperlink>
      <w:r>
        <w:t xml:space="preserve"> - Cynthia Nixon, known for her role in 'Sex and the City' and her advocacy for LGBTQ+ rights, is set to officiate at Bride Pride, an all-women wedding and renewal ceremony in St. Petersburg, Florida, on February 21, 2027. The event aims to set a Guinness World Record for the largest all-women wedding and renewal ceremony. This marks the third Bride Pride event, following successful ceremonies in Provincetown, Massachusetts, in 2016 and 2017, each with over 50 couples participating.</w:t>
      </w:r>
      <w:r/>
    </w:p>
    <w:p>
      <w:pPr>
        <w:pStyle w:val="ListNumber"/>
        <w:spacing w:line="240" w:lineRule="auto"/>
        <w:ind w:left="720"/>
      </w:pPr>
      <w:r/>
      <w:hyperlink r:id="rId14">
        <w:r>
          <w:rPr>
            <w:color w:val="0000EE"/>
            <w:u w:val="single"/>
          </w:rPr>
          <w:t>https://www.axios.com/local/tampa-bay/2026/07/17/st-pete-bride-pride-cynthia-nixon-world-record</w:t>
        </w:r>
      </w:hyperlink>
      <w:r>
        <w:t xml:space="preserve"> - Bride Pride is organising a large-scale event in St. Petersburg aiming to break the record for the world’s largest all-women wedding and renewal ceremony. Scheduled for the following year, the ceremony will be officiated by actor and LGBTQ+ advocate Cynthia Nixon. The event celebrates love and inclusivity within the LGBTQ+ community and offers couples a chance to participate for a registration fee of $150. Additional information and FAQs are available on the official Bride Pride St. Pete website.</w:t>
      </w:r>
      <w:r/>
    </w:p>
    <w:p>
      <w:pPr>
        <w:pStyle w:val="ListNumber"/>
        <w:spacing w:line="240" w:lineRule="auto"/>
        <w:ind w:left="720"/>
      </w:pPr>
      <w:r/>
      <w:hyperlink r:id="rId15">
        <w:r>
          <w:rPr>
            <w:color w:val="0000EE"/>
            <w:u w:val="single"/>
          </w:rPr>
          <w:t>https://winterpridesaintpete.com/</w:t>
        </w:r>
      </w:hyperlink>
      <w:r>
        <w:t xml:space="preserve"> - Winter Pride St. Pete is St. Petersburg's only LGBTQ+ hotel, located in the Grand Central District, the birthplace of Pride in St. Pete and the main hub of all things Pride. The hotel partners with Bride Pride to host the world's largest all-girl wedding and vow renewal ceremony on February 21, 2027, during Winter Pride St. Pete. The event is officiated by the legendary Cynthia Nixon herself, adding to the festivities and inclusivity of the LGBTQ+ community.</w:t>
      </w:r>
      <w:r/>
    </w:p>
    <w:p>
      <w:pPr>
        <w:pStyle w:val="ListNumber"/>
        <w:spacing w:line="240" w:lineRule="auto"/>
        <w:ind w:left="720"/>
      </w:pPr>
      <w:r/>
      <w:hyperlink r:id="rId11">
        <w:r>
          <w:rPr>
            <w:color w:val="0000EE"/>
            <w:u w:val="single"/>
          </w:rPr>
          <w:t>https://www.advocate.com/news/culture/cynthia-nixon-officiating-sapphic-wedding-2677252457</w:t>
        </w:r>
      </w:hyperlink>
      <w:r>
        <w:t xml:space="preserve"> - Cynthia Nixon will be the 'Reverend-for-the-Day' at Bride Pride, billed as the 'World’s Largest All-Girl Wedding &amp; Renewal Ceremony.' The event will take place on February 21, 2027, in St. Petersburg, Florida. Participants can sign up to be either legally married or choose to renew their vows and be 'gloriously re-married' by Nixon. The ceremony aims to set a Guinness World Record by including 100 couples, celebrating love and inclusivity within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cynthia-nixon-officiate-all-girl-wedding/" TargetMode="External"/><Relationship Id="rId10" Type="http://schemas.openxmlformats.org/officeDocument/2006/relationships/hyperlink" Target="https://www.cltampa.com/news/cynthia-nixon-to-officiate-lesbian-weddings-in-st-pete-for-bride-pride/" TargetMode="External"/><Relationship Id="rId11" Type="http://schemas.openxmlformats.org/officeDocument/2006/relationships/hyperlink" Target="https://www.advocate.com/news/culture/cynthia-nixon-officiating-sapphic-wedding-2677252457" TargetMode="External"/><Relationship Id="rId12" Type="http://schemas.openxmlformats.org/officeDocument/2006/relationships/hyperlink" Target="https://www.bridepridestpete.com/" TargetMode="External"/><Relationship Id="rId13" Type="http://schemas.openxmlformats.org/officeDocument/2006/relationships/hyperlink" Target="https://www.bridepridestpete.com/faqs" TargetMode="External"/><Relationship Id="rId14" Type="http://schemas.openxmlformats.org/officeDocument/2006/relationships/hyperlink" Target="https://www.axios.com/local/tampa-bay/2026/07/17/st-pete-bride-pride-cynthia-nixon-world-record" TargetMode="External"/><Relationship Id="rId15" Type="http://schemas.openxmlformats.org/officeDocument/2006/relationships/hyperlink" Target="https://winterpridesaintpet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