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Bride Pride Plans: Cynthia Nixon to Officiate World’s Largest All-Girl Wedding in St. Petersburg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spectacle and lovers of love are buzzing: Cynthia Nixon will serve as “Reverend‑for‑the‑Day” at Bride Pride’s huge all-girl wedding and renewal ceremony during St. Petersburg Pride next February, a sunlit spectacle organisers say could set a Guinness world record and bring a week of women‑centred events.</w:t>
      </w:r>
      <w:r/>
    </w:p>
    <w:p>
      <w:r/>
      <w:r>
        <w:t>Essential Takeaways</w:t>
      </w:r>
      <w:r/>
      <w:r/>
    </w:p>
    <w:p>
      <w:pPr>
        <w:pStyle w:val="ListBullet"/>
        <w:spacing w:line="240" w:lineRule="auto"/>
        <w:ind w:left="720"/>
      </w:pPr>
      <w:r/>
      <w:r>
        <w:rPr>
          <w:b/>
        </w:rPr>
        <w:t>Big, celebratory scale:</w:t>
      </w:r>
      <w:r>
        <w:t xml:space="preserve"> Bride Pride aims to gather dozens , possibly 100+ , couples for a mass vows ceremony under St. Pete’s February sky.</w:t>
      </w:r>
      <w:r/>
    </w:p>
    <w:p>
      <w:pPr>
        <w:pStyle w:val="ListBullet"/>
        <w:spacing w:line="240" w:lineRule="auto"/>
        <w:ind w:left="720"/>
      </w:pPr>
      <w:r/>
      <w:r>
        <w:rPr>
          <w:b/>
        </w:rPr>
        <w:t>Cynthia Nixon officiates:</w:t>
      </w:r>
      <w:r>
        <w:t xml:space="preserve"> The actor, activist and one‑time NYC mayoral candidate will preside as “Reverend‑for‑the‑Day,” adding star power and cultural cachet.</w:t>
      </w:r>
      <w:r/>
    </w:p>
    <w:p>
      <w:pPr>
        <w:pStyle w:val="ListBullet"/>
        <w:spacing w:line="240" w:lineRule="auto"/>
        <w:ind w:left="720"/>
      </w:pPr>
      <w:r/>
      <w:r>
        <w:rPr>
          <w:b/>
        </w:rPr>
        <w:t>Roots in Provincetown:</w:t>
      </w:r>
      <w:r>
        <w:t xml:space="preserve"> The event grew out of a spontaneous vows tradition in P‑town’s Women’s Week that organisers expanded into a festival format.</w:t>
      </w:r>
      <w:r/>
    </w:p>
    <w:p>
      <w:pPr>
        <w:pStyle w:val="ListBullet"/>
        <w:spacing w:line="240" w:lineRule="auto"/>
        <w:ind w:left="720"/>
      </w:pPr>
      <w:r/>
      <w:r>
        <w:rPr>
          <w:b/>
        </w:rPr>
        <w:t>Legal practicalities covered:</w:t>
      </w:r>
      <w:r>
        <w:t xml:space="preserve"> Bride Pride provides guidance on marriage licences and renewal logistics, so couples can make ceremonies official in Florida.</w:t>
      </w:r>
      <w:r/>
    </w:p>
    <w:p>
      <w:pPr>
        <w:pStyle w:val="ListBullet"/>
        <w:spacing w:line="240" w:lineRule="auto"/>
        <w:ind w:left="720"/>
      </w:pPr>
      <w:r/>
      <w:r>
        <w:rPr>
          <w:b/>
        </w:rPr>
        <w:t>Festival atmosphere:</w:t>
      </w:r>
      <w:r>
        <w:t xml:space="preserve"> The wedding sits inside a week of women‑focused programming , parties, performances and experiences aimed at sapphic communities.</w:t>
      </w:r>
      <w:r/>
      <w:r/>
    </w:p>
    <w:p>
      <w:pPr>
        <w:pStyle w:val="Heading2"/>
      </w:pPr>
      <w:r>
        <w:t>A headline wedding with a sunny spin</w:t>
      </w:r>
      <w:r/>
    </w:p>
    <w:p>
      <w:r/>
      <w:r>
        <w:t>Picture hundreds of women gathered, vows hanging in the warm February air , that’s the visual Bride Pride is selling for St. Petersburg Pride next year, and it’s a striking one. Organisers explicitly promise a bold, communal moment that’s part celebration, part community statement. Cynthia Nixon’s involvement turns the ceremony into a cultural event rather than just a local festival slot, and that star presence is exactly the kind of draw that can fill streets and hotel rooms alike.</w:t>
      </w:r>
      <w:r/>
    </w:p>
    <w:p>
      <w:r/>
      <w:r>
        <w:t>The idea isn’t new; it’s a bigger version of something intimate. Brides Pride founders took a simple vow renewal in Provincetown and asked, what if we invite everyone? That grassroots origin gives the St. Pete edition a buoyant, inclusive tone , more festival than courtroom , while still handling the paperwork couples need.</w:t>
      </w:r>
      <w:r/>
    </w:p>
    <w:p>
      <w:pPr>
        <w:pStyle w:val="Heading2"/>
      </w:pPr>
      <w:r>
        <w:t>Why Cynthia Nixon matters here</w:t>
      </w:r>
      <w:r/>
    </w:p>
    <w:p>
      <w:r/>
      <w:r>
        <w:t>Nixon’s name brings more than celebrity. She’s known for activism, queer visibility and even a run for New York City mayor, so her role as “Reverend‑for‑the‑Day” reads as both symbolic and practical. For couples, having a recognisable officiant feels celebratory; for media and attendees, it guarantees coverage and conversation.</w:t>
      </w:r>
      <w:r/>
    </w:p>
    <w:p>
      <w:r/>
      <w:r>
        <w:t>Organisers have leaned into that cultural resonance. Expect interviews, photo ops and genuinely emotional moments when hundreds of voices repeat vows. That combination of intimacy and spectacle is why local papers and national outlets picked up the story quickly.</w:t>
      </w:r>
      <w:r/>
    </w:p>
    <w:p>
      <w:pPr>
        <w:pStyle w:val="Heading2"/>
      </w:pPr>
      <w:r>
        <w:t>From Provincetown to St. Pete: the route of Bride Pride</w:t>
      </w:r>
      <w:r/>
    </w:p>
    <w:p>
      <w:r/>
      <w:r>
        <w:t>Bride Pride began as a spontaneous, community‑led renewal in Provincetown’s Women’s Week, where seaside streets already thrummed with queer women celebrating together. Founders Ilene Mitnick and Alli Baldwin expanded that energy into a template people want to repeat elsewhere , and St. Petersburg has the climate, infrastructure and Pride calendar to host it.</w:t>
      </w:r>
      <w:r/>
    </w:p>
    <w:p>
      <w:r/>
      <w:r>
        <w:t>The move south also taps into a trend of large, themed ceremonies and record‑seeking events that double as tourism draws. If organisers hit their 100‑couple target, they’ll likely pitch for a Guinness recognition, which would be useful local PR and a bragging right for future festivals.</w:t>
      </w:r>
      <w:r/>
    </w:p>
    <w:p>
      <w:pPr>
        <w:pStyle w:val="Heading2"/>
      </w:pPr>
      <w:r>
        <w:t>Practical tips for couples thinking of saying “I do”</w:t>
      </w:r>
      <w:r/>
    </w:p>
    <w:p>
      <w:r/>
      <w:r>
        <w:t>If you’re tempted, start with the Bride Pride FAQ , organisers say they’ll walk you through licence requirements and renewal options so your ceremony is legally sound in Florida. Book travel and accommodation early; these events pull a crowd and February weather in St. Pete is a selling point. Think about ceremony logistics: smaller entourages make mass ceremonies smoother, and consider whether you want a private moment apart from the communal vows.</w:t>
      </w:r>
      <w:r/>
    </w:p>
    <w:p>
      <w:r/>
      <w:r>
        <w:t>Also, if you’re after a record, aim to register early as a couple so organisers can confirm numbers. And bring sensible shoes , festival venues can mean cobbles, sand or grass underfoot.</w:t>
      </w:r>
      <w:r/>
    </w:p>
    <w:p>
      <w:pPr>
        <w:pStyle w:val="Heading2"/>
      </w:pPr>
      <w:r>
        <w:t>What this means politically and culturally</w:t>
      </w:r>
      <w:r/>
    </w:p>
    <w:p>
      <w:r/>
      <w:r>
        <w:t>It’s no accident this is happening in Florida, a state at the centre of national debates about LGBTQ+ rights. The event is cheerful and celebratory, but it’s also a visible assertion of queer community presence in a landscape where political tensions simmer. Expect local and national outlets to note both the joy and the context , a large, public show of sapphic love can be both party and protest.</w:t>
      </w:r>
      <w:r/>
    </w:p>
    <w:p>
      <w:r/>
      <w:r>
        <w:t>For many attendees, the ceremony will be a welcomed, festive reclaiming of space. For others it’s a tourism boost with cultural heft. Either way, having a well‑known queer figure officiate underscores the ceremony’s dual role as personal milestone and communal statement.</w:t>
      </w:r>
      <w:r/>
    </w:p>
    <w:p>
      <w:r/>
      <w:r>
        <w:t>It’s a small change that can make every vow feel louder, brighter and very public.</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2">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https://www.lgbtqnation.com/2026/07/cynthia-nixon-will-officiate-one-of-the-worlds-biggest-lesbian-wedding-ceremonies/</w:t>
        </w:r>
      </w:hyperlink>
      <w:r>
        <w:t xml:space="preserve"> - Please view link - unable to able to access data</w:t>
      </w:r>
      <w:r/>
    </w:p>
    <w:p>
      <w:pPr>
        <w:pStyle w:val="ListNumber"/>
        <w:spacing w:line="240" w:lineRule="auto"/>
        <w:ind w:left="720"/>
      </w:pPr>
      <w:r/>
      <w:hyperlink r:id="rId10">
        <w:r>
          <w:rPr>
            <w:color w:val="0000EE"/>
            <w:u w:val="single"/>
          </w:rPr>
          <w:t>https://www.tampabay.com/news/st-petersburg/2026/07/21/bride-pride-cynthia-nixon-wedding-st-petersburg-winter-lesbian/</w:t>
        </w:r>
      </w:hyperlink>
      <w:r>
        <w:t xml:space="preserve"> - Cynthia Nixon, known for her role in 'Sex and the City', is set to officiate 'Bride Pride St Pete: The World’s Largest All-Girl Wedding &amp; Renewal Ceremony' in St. Petersburg, Florida, during Winter Pride. The event aims to set a Guinness World Record for the largest all-women wedding and renewal ceremony. Organisers are encouraging at least 100 couples to participate, with the ceremony scheduled for February 21, 2027. (</w:t>
      </w:r>
      <w:hyperlink r:id="rId16">
        <w:r>
          <w:rPr>
            <w:color w:val="0000EE"/>
            <w:u w:val="single"/>
          </w:rPr>
          <w:t>tampabay.com</w:t>
        </w:r>
      </w:hyperlink>
      <w:r>
        <w:t>)</w:t>
      </w:r>
      <w:r/>
    </w:p>
    <w:p>
      <w:pPr>
        <w:pStyle w:val="ListNumber"/>
        <w:spacing w:line="240" w:lineRule="auto"/>
        <w:ind w:left="720"/>
      </w:pPr>
      <w:r/>
      <w:hyperlink r:id="rId11">
        <w:r>
          <w:rPr>
            <w:color w:val="0000EE"/>
            <w:u w:val="single"/>
          </w:rPr>
          <w:t>https://www.axios.com/local/tampa-bay/2026/07/17/st-pete-bride-pride-cynthia-nixon-world-record</w:t>
        </w:r>
      </w:hyperlink>
      <w:r>
        <w:t xml:space="preserve"> - Bride Pride is organising a large-scale event in St. Petersburg aiming to break the record for the world’s largest all-women wedding and renewal ceremony. Scheduled for the following year, the ceremony will be officiated by actor and LGBTQ+ advocate Cynthia Nixon. The event celebrates love and inclusivity within the LGBTQ+ community and offers couples a chance to participate for a registration fee of $150. (</w:t>
      </w:r>
      <w:hyperlink r:id="rId17">
        <w:r>
          <w:rPr>
            <w:color w:val="0000EE"/>
            <w:u w:val="single"/>
          </w:rPr>
          <w:t>axios.com</w:t>
        </w:r>
      </w:hyperlink>
      <w:r>
        <w:t>)</w:t>
      </w:r>
      <w:r/>
    </w:p>
    <w:p>
      <w:pPr>
        <w:pStyle w:val="ListNumber"/>
        <w:spacing w:line="240" w:lineRule="auto"/>
        <w:ind w:left="720"/>
      </w:pPr>
      <w:r/>
      <w:hyperlink r:id="rId12">
        <w:r>
          <w:rPr>
            <w:color w:val="0000EE"/>
            <w:u w:val="single"/>
          </w:rPr>
          <w:t>https://www.cltampa.com/news/cynthia-nixon-to-officiate-lesbian-weddings-in-st-pete-for-bride-pride/</w:t>
        </w:r>
      </w:hyperlink>
      <w:r>
        <w:t xml:space="preserve"> - Cynthia Nixon, the 'Sex and the City' star and former New York gubernatorial candidate, is set to officiate Bride Pride, an 'all-girl' wedding and renewal ceremony, in St. Petersburg, Florida. The ceremony, scheduled for February 21, 2027, aims to set a Guinness World Record for the 'World’s Largest All-Girl Wedding and Renewal Ceremony'. This is the third Bride Pride event, following previous ceremonies in Provincetown, MA, in 2016 and 2017. (</w:t>
      </w:r>
      <w:hyperlink r:id="rId18">
        <w:r>
          <w:rPr>
            <w:color w:val="0000EE"/>
            <w:u w:val="single"/>
          </w:rPr>
          <w:t>cltampa.com</w:t>
        </w:r>
      </w:hyperlink>
      <w:r>
        <w:t>)</w:t>
      </w:r>
      <w:r/>
    </w:p>
    <w:p>
      <w:pPr>
        <w:pStyle w:val="ListNumber"/>
        <w:spacing w:line="240" w:lineRule="auto"/>
        <w:ind w:left="720"/>
      </w:pPr>
      <w:r/>
      <w:hyperlink r:id="rId13">
        <w:r>
          <w:rPr>
            <w:color w:val="0000EE"/>
            <w:u w:val="single"/>
          </w:rPr>
          <w:t>https://www.them.us/cynthia-nixon-officiating-sapphic-wedding</w:t>
        </w:r>
      </w:hyperlink>
      <w:r>
        <w:t xml:space="preserve"> - Cynthia Nixon will serve as the 'Reverend-for-the-Day' at Bride Pride, billed as the 'World’s Largest All-Girl Wedding &amp; Renewal Ceremony.' The event is scheduled for February 21, 2027, in St. Petersburg, Florida. Participants can choose to be legally married or renew their vows, with the possibility of setting a Guinness World Record if 100 couples participate. (</w:t>
      </w:r>
      <w:hyperlink r:id="rId19">
        <w:r>
          <w:rPr>
            <w:color w:val="0000EE"/>
            <w:u w:val="single"/>
          </w:rPr>
          <w:t>them.us</w:t>
        </w:r>
      </w:hyperlink>
      <w:r>
        <w:t>)</w:t>
      </w:r>
      <w:r/>
    </w:p>
    <w:p>
      <w:pPr>
        <w:pStyle w:val="ListNumber"/>
        <w:spacing w:line="240" w:lineRule="auto"/>
        <w:ind w:left="720"/>
      </w:pPr>
      <w:r/>
      <w:hyperlink r:id="rId14">
        <w:r>
          <w:rPr>
            <w:color w:val="0000EE"/>
            <w:u w:val="single"/>
          </w:rPr>
          <w:t>https://www.advocate.com/news/culture/cynthia-nixon-officiating-sapphic-wedding-2677252457</w:t>
        </w:r>
      </w:hyperlink>
      <w:r>
        <w:t xml:space="preserve"> - Cynthia Nixon will officiate Bride Pride, an event aiming to break the record for the largest all-women wedding ceremony. The ceremony is scheduled for February 21, 2027, in St. Petersburg, Florida, as part of Winter Pride St. Pete, a week-long celebration of love, diversity, and inclusion. Couples can participate in the ceremony and other events during Winter Pride. (</w:t>
      </w:r>
      <w:hyperlink r:id="rId20">
        <w:r>
          <w:rPr>
            <w:color w:val="0000EE"/>
            <w:u w:val="single"/>
          </w:rPr>
          <w:t>advocate.com</w:t>
        </w:r>
      </w:hyperlink>
      <w:r>
        <w:t>)</w:t>
      </w:r>
      <w:r/>
    </w:p>
    <w:p>
      <w:pPr>
        <w:pStyle w:val="ListNumber"/>
        <w:spacing w:line="240" w:lineRule="auto"/>
        <w:ind w:left="720"/>
      </w:pPr>
      <w:r/>
      <w:hyperlink r:id="rId15">
        <w:r>
          <w:rPr>
            <w:color w:val="0000EE"/>
            <w:u w:val="single"/>
          </w:rPr>
          <w:t>https://gomag.com/article/cynthia-nixon-will-officiate-worlds-largest-sapphic-wedding-in-florida/</w:t>
        </w:r>
      </w:hyperlink>
      <w:r>
        <w:t xml:space="preserve"> - Cynthia Nixon will officiate 'Bride Pride St. Pete — The World’s Largest All-Girl Wedding &amp; Renewal Ceremony' in St. Petersburg, Florida. The ceremony, open to weddings and vow renewals, will be held in the Grand Central District on February 21, 2027. The event is part of Winter Pride St. Pete, a week-long celebration of love, diversity, and inclusion. (</w:t>
      </w:r>
      <w:hyperlink r:id="rId21">
        <w:r>
          <w:rPr>
            <w:color w:val="0000EE"/>
            <w:u w:val="single"/>
          </w:rPr>
          <w:t>gomag.com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cynthia-nixon-will-officiate-one-of-the-worlds-biggest-lesbian-wedding-ceremonies/" TargetMode="External"/><Relationship Id="rId10" Type="http://schemas.openxmlformats.org/officeDocument/2006/relationships/hyperlink" Target="https://www.tampabay.com/news/st-petersburg/2026/07/21/bride-pride-cynthia-nixon-wedding-st-petersburg-winter-lesbian/" TargetMode="External"/><Relationship Id="rId11" Type="http://schemas.openxmlformats.org/officeDocument/2006/relationships/hyperlink" Target="https://www.axios.com/local/tampa-bay/2026/07/17/st-pete-bride-pride-cynthia-nixon-world-record" TargetMode="External"/><Relationship Id="rId12" Type="http://schemas.openxmlformats.org/officeDocument/2006/relationships/hyperlink" Target="https://www.cltampa.com/news/cynthia-nixon-to-officiate-lesbian-weddings-in-st-pete-for-bride-pride/" TargetMode="External"/><Relationship Id="rId13" Type="http://schemas.openxmlformats.org/officeDocument/2006/relationships/hyperlink" Target="https://www.them.us/cynthia-nixon-officiating-sapphic-wedding" TargetMode="External"/><Relationship Id="rId14" Type="http://schemas.openxmlformats.org/officeDocument/2006/relationships/hyperlink" Target="https://www.advocate.com/news/culture/cynthia-nixon-officiating-sapphic-wedding-2677252457" TargetMode="External"/><Relationship Id="rId15" Type="http://schemas.openxmlformats.org/officeDocument/2006/relationships/hyperlink" Target="https://gomag.com/article/cynthia-nixon-will-officiate-worlds-largest-sapphic-wedding-in-florida/" TargetMode="External"/><Relationship Id="rId16" Type="http://schemas.openxmlformats.org/officeDocument/2006/relationships/hyperlink" Target="https://www.tampabay.com/news/st-petersburg/2026/07/21/bride-pride-cynthia-nixon-wedding-st-petersburg-winter-lesbian/?utm_source=openai" TargetMode="External"/><Relationship Id="rId17" Type="http://schemas.openxmlformats.org/officeDocument/2006/relationships/hyperlink" Target="https://www.axios.com/local/tampa-bay/2026/07/17/st-pete-bride-pride-cynthia-nixon-world-record?utm_source=openai" TargetMode="External"/><Relationship Id="rId18" Type="http://schemas.openxmlformats.org/officeDocument/2006/relationships/hyperlink" Target="https://www.cltampa.com/news/cynthia-nixon-to-officiate-lesbian-weddings-in-st-pete-for-bride-pride/?utm_source=openai" TargetMode="External"/><Relationship Id="rId19" Type="http://schemas.openxmlformats.org/officeDocument/2006/relationships/hyperlink" Target="https://www.them.us/cynthia-nixon-officiating-sapphic-wedding?utm_source=openai" TargetMode="External"/><Relationship Id="rId20" Type="http://schemas.openxmlformats.org/officeDocument/2006/relationships/hyperlink" Target="https://www.advocate.com/news/culture/cynthia-nixon-officiating-sapphic-wedding-2677252457?utm_source=openai" TargetMode="External"/><Relationship Id="rId21" Type="http://schemas.openxmlformats.org/officeDocument/2006/relationships/hyperlink" Target="https://gomag.com/article/cynthia-nixon-will-officiate-worlds-largest-sapphic-wedding-in-florid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