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Belfast Pride Traffic Tips: Plan Ahead for Parade Day Disruption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Expect big crowds and road closures , plan journeys around the city centre on Saturday as Belfast Pride brings parades, parties and family events to town. Here’s what to know, where to go and simple ways to keep your day running smoothly.</w:t>
      </w:r>
      <w:r/>
    </w:p>
    <w:p>
      <w:r/>
      <w:r>
        <w:t>Essential Takeaways</w:t>
      </w:r>
      <w:r/>
      <w:r/>
    </w:p>
    <w:p>
      <w:pPr>
        <w:pStyle w:val="ListBullet"/>
        <w:spacing w:line="240" w:lineRule="auto"/>
        <w:ind w:left="720"/>
      </w:pPr>
      <w:r/>
      <w:r>
        <w:rPr>
          <w:b/>
        </w:rPr>
        <w:t>Large crowds:</w:t>
      </w:r>
      <w:r>
        <w:t xml:space="preserve"> Around 8,000 parade participants and up to 50,000 festival visitors are expected in the city centre.</w:t>
      </w:r>
      <w:r/>
    </w:p>
    <w:p>
      <w:pPr>
        <w:pStyle w:val="ListBullet"/>
        <w:spacing w:line="240" w:lineRule="auto"/>
        <w:ind w:left="720"/>
      </w:pPr>
      <w:r/>
      <w:r>
        <w:rPr>
          <w:b/>
        </w:rPr>
        <w:t>Route and timing:</w:t>
      </w:r>
      <w:r>
        <w:t xml:space="preserve"> The parade sets off from Custom House Square at about 1pm and affects High Street, Bridge Street, Waring Street, Donegall Street, Royal Avenue and surrounding streets.</w:t>
      </w:r>
      <w:r/>
    </w:p>
    <w:p>
      <w:pPr>
        <w:pStyle w:val="ListBullet"/>
        <w:spacing w:line="240" w:lineRule="auto"/>
        <w:ind w:left="720"/>
      </w:pPr>
      <w:r/>
      <w:r>
        <w:rPr>
          <w:b/>
        </w:rPr>
        <w:t>Traffic advice:</w:t>
      </w:r>
      <w:r>
        <w:t xml:space="preserve"> PSNI warns of hours-long restrictions , plan journeys, park legally and avoid blocking residential or business access.</w:t>
      </w:r>
      <w:r/>
    </w:p>
    <w:p>
      <w:pPr>
        <w:pStyle w:val="ListBullet"/>
        <w:spacing w:line="240" w:lineRule="auto"/>
        <w:ind w:left="720"/>
      </w:pPr>
      <w:r/>
      <w:r>
        <w:rPr>
          <w:b/>
        </w:rPr>
        <w:t>Family-friendly options:</w:t>
      </w:r>
      <w:r>
        <w:t xml:space="preserve"> Pride Village at Donegall Quay offers quiet space, children’s activities and food stalls for a more relaxed experience.</w:t>
      </w:r>
      <w:r/>
    </w:p>
    <w:p>
      <w:pPr>
        <w:pStyle w:val="ListBullet"/>
        <w:spacing w:line="240" w:lineRule="auto"/>
        <w:ind w:left="720"/>
      </w:pPr>
      <w:r/>
      <w:r>
        <w:rPr>
          <w:b/>
        </w:rPr>
        <w:t>Evening entertainment:</w:t>
      </w:r>
      <w:r>
        <w:t xml:space="preserve"> Custom House Square hosts the Pride Party in the Square with performers, tributes and accessibility provisions from midday until early evening.</w:t>
      </w:r>
      <w:r/>
      <w:r/>
    </w:p>
    <w:p>
      <w:pPr>
        <w:pStyle w:val="Heading2"/>
      </w:pPr>
      <w:r>
        <w:t>What’s happening and why you’ll notice the traffic</w:t>
      </w:r>
      <w:r/>
    </w:p>
    <w:p>
      <w:r/>
      <w:r>
        <w:t>If you’re commuting or heading into Belfast, you’ll feel it: louder streets, rainbow flags and road barriers. Police are reminding drivers that the parade and associated festival events will create significant restrictions across the city centre for several hours. The scene will be colourful and busy, with a crowd that’s both celebratory and engaged , expect queues near the route and limited short-term parking.</w:t>
      </w:r>
      <w:r/>
    </w:p>
    <w:p>
      <w:r/>
      <w:r>
        <w:t>This year’s festival marks a milestone , a 35th anniversary of events across the city , so numbers will be higher than on a typical Saturday. For locals, it’s a much-loved fixture; for visitors, it’s an opportunity to see the city at its most vibrant. If you can, delay non-essential trips into the affected area or choose a different route.</w:t>
      </w:r>
      <w:r/>
    </w:p>
    <w:p>
      <w:pPr>
        <w:pStyle w:val="Heading2"/>
      </w:pPr>
      <w:r>
        <w:t>The parade route and best viewing spots</w:t>
      </w:r>
      <w:r/>
    </w:p>
    <w:p>
      <w:r/>
      <w:r>
        <w:t>The parade departs Custom House Square at around 1pm and moves along High Street, Bridge Street, Waring Street, Donegall Street and Royal Avenue before looping through Donegall Place, Donegall Square North, Chichester Street, Victoria Street and Anne Street. Those not marching are encouraged to line the route from the 11am build-up, bringing layers for weather and something comfy to stand on.</w:t>
      </w:r>
      <w:r/>
    </w:p>
    <w:p>
      <w:r/>
      <w:r>
        <w:t>Custom House Square and Donegall Place are the natural hubs for atmosphere and performances. If you want a quieter, family-friendly spot, Pride Village by the Big Fish at Donegall Quay is designed for that: information stalls, children’s entertainment, bouncy castles and a quiet space for anyone who needs it.</w:t>
      </w:r>
      <w:r/>
    </w:p>
    <w:p>
      <w:pPr>
        <w:pStyle w:val="Heading2"/>
      </w:pPr>
      <w:r>
        <w:t>How to get there , and how to avoid parking headaches</w:t>
      </w:r>
      <w:r/>
    </w:p>
    <w:p>
      <w:r/>
      <w:r>
        <w:t>Police advice is clear: plan journeys in advance and park legally. Streets around the parade will be closed or restricted for a number of hours, and illegal parking can block access to homes and businesses. If you’re driving, consider drop-offs outside the core zone and use public transport, cycling or walking for the final leg.</w:t>
      </w:r>
      <w:r/>
    </w:p>
    <w:p>
      <w:r/>
      <w:r>
        <w:t>Public transport will be busier than usual; arrive early, expect delays and allow plenty of time for return journeys. If you must drive, check local council updates and parking apps before you go. That small bit of planning will save you time and a stressed start to the evening.</w:t>
      </w:r>
      <w:r/>
    </w:p>
    <w:p>
      <w:pPr>
        <w:pStyle w:val="Heading2"/>
      </w:pPr>
      <w:r>
        <w:t>Events beyond the parade , music, drag, and community spaces</w:t>
      </w:r>
      <w:r/>
    </w:p>
    <w:p>
      <w:r/>
      <w:r>
        <w:t>Belfast Pride isn’t just a march. Revolución de Cuba hosts an afternoon party with Una Healy plus drag artists and DJs from 2pm to 7pm, while the main stage back at Custom House Square features local LGBTQIA+ performers, tribute acts and DJs into the evening. Food vendors and licensed bars will be on site, and event organisers have arranged accessibility measures such as a dedicated viewing area and signed interpretation.</w:t>
      </w:r>
      <w:r/>
    </w:p>
    <w:p>
      <w:r/>
      <w:r>
        <w:t>For families or anyone wanting less sensory overload, Pride Village offers a calmer, more informative experience. Bring ears and eyes that enjoy colour and music, but also a quiet plan , whether that’s stepping away for a rest or locating the quiet space in advance.</w:t>
      </w:r>
      <w:r/>
    </w:p>
    <w:p>
      <w:pPr>
        <w:pStyle w:val="Heading2"/>
      </w:pPr>
      <w:r>
        <w:t>Safety, etiquette and a small ask to visitors</w:t>
      </w:r>
      <w:r/>
    </w:p>
    <w:p>
      <w:r/>
      <w:r>
        <w:t>Respect the mix of celebration and protest that defines Pride. Police will be on the ground to help manage flows, and organisers stress legal parking and unobstructed access to properties. Keep pathways clear for emergency access, be mindful of nearby businesses, and if you’re photographing people, ask consent , many attendees are there to be seen, but consent keeps it respectful.</w:t>
      </w:r>
      <w:r/>
    </w:p>
    <w:p>
      <w:r/>
      <w:r>
        <w:t>If you’re joining, wear comfy shoes, carry a reusable water bottle, and factor in the weather. Bring a small bag for essentials and, if you’re sensitive to crowds, identify quiet refuges like the Donegall Quay space before you arrive.</w:t>
      </w:r>
      <w:r/>
    </w:p>
    <w:p>
      <w:r/>
      <w:r>
        <w:t>It’s a small change that can make every part of your day easier and every celebration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1">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https://www.belfasttelegraph.co.uk/news/police-warn-of-city-centre-traffic-disruption-in-city-centre-as-pride-gets-underway/a/159188275.html</w:t>
        </w:r>
      </w:hyperlink>
      <w:r>
        <w:t xml:space="preserve"> - Please view link - unable to able to access data</w:t>
      </w:r>
      <w:r/>
    </w:p>
    <w:p>
      <w:pPr>
        <w:pStyle w:val="ListNumber"/>
        <w:spacing w:line="240" w:lineRule="auto"/>
        <w:ind w:left="720"/>
      </w:pPr>
      <w:r/>
      <w:hyperlink r:id="rId10">
        <w:r>
          <w:rPr>
            <w:color w:val="0000EE"/>
            <w:u w:val="single"/>
          </w:rPr>
          <w:t>https://belfastpride.com/parade-route/</w:t>
        </w:r>
      </w:hyperlink>
      <w:r>
        <w:t xml:space="preserve"> - The Belfast Pride Parade is scheduled for Saturday, 25 July 2026, at 1.00 pm, with the parade build-up starting from 11.30 am. The route remains the same as in 2025, aiming to ensure safety and maximum visibility for the community. The parade is a significant event in the LGBTQIA+ calendar, serving as both a protest and a celebration, advocating for equality and solidarity.</w:t>
      </w:r>
      <w:r/>
    </w:p>
    <w:p>
      <w:pPr>
        <w:pStyle w:val="ListNumber"/>
        <w:spacing w:line="240" w:lineRule="auto"/>
        <w:ind w:left="720"/>
      </w:pPr>
      <w:r/>
      <w:hyperlink r:id="rId13">
        <w:r>
          <w:rPr>
            <w:color w:val="0000EE"/>
            <w:u w:val="single"/>
          </w:rPr>
          <w:t>https://www.belfastcity.gov.uk/events/belfast-pride</w:t>
        </w:r>
      </w:hyperlink>
      <w:r>
        <w:t xml:space="preserve"> - Belfast Pride Festival 2026 marks its 35th anniversary, running from Friday, 17 July, to Sunday, 26 July. The main parade is set for Saturday, 25 July, at 1 pm, with the build-up commencing at 11 am. The festival is one of the largest in Belfast, featuring over 150 events across ten days, celebrating LGBTQIA+ culture and promoting equality.</w:t>
      </w:r>
      <w:r/>
    </w:p>
    <w:p>
      <w:pPr>
        <w:pStyle w:val="ListNumber"/>
        <w:spacing w:line="240" w:lineRule="auto"/>
        <w:ind w:left="720"/>
      </w:pPr>
      <w:r/>
      <w:hyperlink r:id="rId11">
        <w:r>
          <w:rPr>
            <w:color w:val="0000EE"/>
            <w:u w:val="single"/>
          </w:rPr>
          <w:t>https://visitbelfast.com/event/belfast-pride-party-in-the-square/107331101/</w:t>
        </w:r>
      </w:hyperlink>
      <w:r>
        <w:t xml:space="preserve"> - The Belfast Pride Party in the Square is scheduled for Saturday, 25 July 2026, from 12:00 to 18:30. The event will feature local LGBTQIA+ performers, drag artists, and tribute acts, including performances from the Union Street Queens, Maverick Queens, Elle Vosque, Onya Becks, and tributes to Taylor Swift and Lady Gaga. Food vendors and a licensed bar will be available, with enhanced accessibility measures, including a dedicated viewing area and signed interpretation for the show.</w:t>
      </w:r>
      <w:r/>
    </w:p>
    <w:p>
      <w:pPr>
        <w:pStyle w:val="ListNumber"/>
        <w:spacing w:line="240" w:lineRule="auto"/>
        <w:ind w:left="720"/>
      </w:pPr>
      <w:r/>
      <w:hyperlink r:id="rId12">
        <w:r>
          <w:rPr>
            <w:color w:val="0000EE"/>
            <w:u w:val="single"/>
          </w:rPr>
          <w:t>https://visitbelfast.com/event/belfast-pride-parade/107328101/</w:t>
        </w:r>
      </w:hyperlink>
      <w:r>
        <w:t xml:space="preserve"> - The Belfast Pride Parade is set for Saturday, 25 July 2026, at 1:00 pm, with the pre-parade buzz starting from 11:30 am. The parade is a joyful celebration of LGBTQIA+ lives and identities, and a powerful protest for rights still sought. Participants are encouraged to follow instructions from Pride Officials and Stewards to ensure a fantastic and safe time. The parade adheres to parading laws, and attendees can review the Parades Commission's Code of Conduct.</w:t>
      </w:r>
      <w:r/>
    </w:p>
    <w:p>
      <w:pPr>
        <w:pStyle w:val="ListNumber"/>
        <w:spacing w:line="240" w:lineRule="auto"/>
        <w:ind w:left="720"/>
      </w:pPr>
      <w:r/>
      <w:hyperlink r:id="rId15">
        <w:r>
          <w:rPr>
            <w:color w:val="0000EE"/>
            <w:u w:val="single"/>
          </w:rPr>
          <w:t>https://www.taboopresents.com/events/taboo-belfast-pride-party-2026-telegraph-building</w:t>
        </w:r>
      </w:hyperlink>
      <w:r>
        <w:t xml:space="preserve"> - Taboo's Pride Party 2026 is scheduled for Saturday, 25 July 2026, from 9:30 pm to 3:00 am at The Telegraph Building, Belfast. The event is the official Belfast Pride after-party, with a portion of the proceeds helping fund the festival. The party will feature two rooms of entertainment, including resident DJs and performances by The Queens of Belfast. Tickets are available for purchase online.</w:t>
      </w:r>
      <w:r/>
    </w:p>
    <w:p>
      <w:pPr>
        <w:pStyle w:val="ListNumber"/>
        <w:spacing w:line="240" w:lineRule="auto"/>
        <w:ind w:left="720"/>
      </w:pPr>
      <w:r/>
      <w:hyperlink r:id="rId14">
        <w:r>
          <w:rPr>
            <w:color w:val="0000EE"/>
            <w:u w:val="single"/>
          </w:rPr>
          <w:t>https://www.gaydio.co.uk/uk/events/the-guide/event/belfast-pride1/</w:t>
        </w:r>
      </w:hyperlink>
      <w:r>
        <w:t xml:space="preserve"> - Belfast Pride Festival 2026 celebrates its 35th anniversary from 17 to 26 July, with the parade on Saturday, 25 July, starting at 1 pm. The festival features over 150 events across ten days, making it the biggest LGBTQIA+ festival on the island of Ireland. The parade is the biggest cross-community parade in Belfast and a major moment in the city's LGBTQIA+ calendar, with 85,000 in attendance in 2025. The parade typically begins at Custom House Square, travelling down High Street and through the city centre, with Custom House Square hosting the main party afterwards, six hours of live music, drag, DJs, and family entertainment.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elfasttelegraph.co.uk/news/police-warn-of-city-centre-traffic-disruption-in-city-centre-as-pride-gets-underway/a/159188275.html" TargetMode="External"/><Relationship Id="rId10" Type="http://schemas.openxmlformats.org/officeDocument/2006/relationships/hyperlink" Target="https://belfastpride.com/parade-route/" TargetMode="External"/><Relationship Id="rId11" Type="http://schemas.openxmlformats.org/officeDocument/2006/relationships/hyperlink" Target="https://visitbelfast.com/event/belfast-pride-party-in-the-square/107331101/" TargetMode="External"/><Relationship Id="rId12" Type="http://schemas.openxmlformats.org/officeDocument/2006/relationships/hyperlink" Target="https://visitbelfast.com/event/belfast-pride-parade/107328101/" TargetMode="External"/><Relationship Id="rId13" Type="http://schemas.openxmlformats.org/officeDocument/2006/relationships/hyperlink" Target="https://www.belfastcity.gov.uk/events/belfast-pride" TargetMode="External"/><Relationship Id="rId14" Type="http://schemas.openxmlformats.org/officeDocument/2006/relationships/hyperlink" Target="https://www.gaydio.co.uk/uk/events/the-guide/event/belfast-pride1/" TargetMode="External"/><Relationship Id="rId15" Type="http://schemas.openxmlformats.org/officeDocument/2006/relationships/hyperlink" Target="https://www.taboopresents.com/events/taboo-belfast-pride-party-2026-telegraph-buil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