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Pride Parade Guide 2026 — route, times and party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planning around rainbow crowds as Belfast prepares for its biggest Pride yet; here's who’s marching, where to watch, when roads will be closed and where the celebrations spill into the night. Everything you need to enjoy Pride in every colour on Saturday 25 July.</w:t>
      </w:r>
      <w:r/>
    </w:p>
    <w:p>
      <w:r/>
      <w:r>
        <w:t>Essential Takeaways</w:t>
      </w:r>
      <w:r/>
      <w:r/>
    </w:p>
    <w:p>
      <w:pPr>
        <w:pStyle w:val="ListBullet"/>
        <w:spacing w:line="240" w:lineRule="auto"/>
        <w:ind w:left="720"/>
      </w:pPr>
      <w:r/>
      <w:r>
        <w:rPr>
          <w:b/>
        </w:rPr>
        <w:t>Date and time:</w:t>
      </w:r>
      <w:r>
        <w:t xml:space="preserve"> The parade kicks off at 1pm on Saturday 25 July, with build-up from 11.30am and a likely finish around 4pm. </w:t>
      </w:r>
      <w:r/>
    </w:p>
    <w:p>
      <w:pPr>
        <w:pStyle w:val="ListBullet"/>
        <w:spacing w:line="240" w:lineRule="auto"/>
        <w:ind w:left="720"/>
      </w:pPr>
      <w:r/>
      <w:r>
        <w:rPr>
          <w:b/>
        </w:rPr>
        <w:t>Route highlights:</w:t>
      </w:r>
      <w:r>
        <w:t xml:space="preserve"> Starts at the Albert Clock, moves via High Street, Donegall Street, Royal Avenue and Donegall Place, passes Belfast City Hall and ends on Victoria Street. </w:t>
      </w:r>
      <w:r/>
    </w:p>
    <w:p>
      <w:pPr>
        <w:pStyle w:val="ListBullet"/>
        <w:spacing w:line="240" w:lineRule="auto"/>
        <w:ind w:left="720"/>
      </w:pPr>
      <w:r/>
      <w:r>
        <w:rPr>
          <w:b/>
        </w:rPr>
        <w:t>Traffic impact:</w:t>
      </w:r>
      <w:r>
        <w:t xml:space="preserve"> Expect city-centre road restrictions for several hours; PSNI advise planning journeys and parking legally. </w:t>
      </w:r>
      <w:r/>
    </w:p>
    <w:p>
      <w:pPr>
        <w:pStyle w:val="ListBullet"/>
        <w:spacing w:line="240" w:lineRule="auto"/>
        <w:ind w:left="720"/>
      </w:pPr>
      <w:r/>
      <w:r>
        <w:rPr>
          <w:b/>
        </w:rPr>
        <w:t>Festival hub:</w:t>
      </w:r>
      <w:r>
        <w:t xml:space="preserve"> Custom House Square hosts Party in the Square immediately after the parade, with local drag, tributes and headline DJs. </w:t>
      </w:r>
      <w:r/>
    </w:p>
    <w:p>
      <w:pPr>
        <w:pStyle w:val="ListBullet"/>
        <w:spacing w:line="240" w:lineRule="auto"/>
        <w:ind w:left="720"/>
      </w:pPr>
      <w:r/>
      <w:r>
        <w:rPr>
          <w:b/>
        </w:rPr>
        <w:t>After-party options:</w:t>
      </w:r>
      <w:r>
        <w:t xml:space="preserve"> The Telegraph Building’s Taboo is the official late-night after-party from 9.30pm until 3am , tickets remain online.</w:t>
      </w:r>
      <w:r/>
      <w:r/>
    </w:p>
    <w:p>
      <w:pPr>
        <w:pStyle w:val="Heading2"/>
      </w:pPr>
      <w:r>
        <w:t>A colourful start at the Albert Clock , what to expect on arrival</w:t>
      </w:r>
      <w:r/>
    </w:p>
    <w:p>
      <w:r/>
      <w:r>
        <w:t>The sound of drums, laughter and a few megaphones usually greets the Albert Clock at parade start, and that’s where thousands will gather on 25 July. According to organisers, the build-up begins from 11.30am, giving you time to stake out a good vantage point or pop to a nearby café for last-minute flags. Local coverage from ITV and event pages note the city becomes a sea of colour quickly, so bring water, sun protection and comfy shoes. If you’re timing photos, aim for the stretch as the parade passes Donegall Place , it’s where the route opens up and the floats get their best light.</w:t>
      </w:r>
      <w:r/>
    </w:p>
    <w:p>
      <w:pPr>
        <w:pStyle w:val="Heading2"/>
      </w:pPr>
      <w:r>
        <w:t>The route mapped out , streets to watch and quieter viewing spots</w:t>
      </w:r>
      <w:r/>
    </w:p>
    <w:p>
      <w:r/>
      <w:r>
        <w:t>The parade route weaves through some of Belfast’s busiest thoroughfares: High Street, Bridge Street, Waring Street, Donegall Street, Royal Avenue and Donegall Place before sweeping past City Hall and finishing on Victoria Street. Organisers have published full maps, and city pages confirm the route’s order, so you can pick a spot based on crowd density. For families or anyone wanting a slightly calmer watch, parts of Donegall Street and sections near Chichester Street are often less packed than the square around City Hall. If you’re seeking the loudest atmosphere, Royal Avenue and Donegall Place deliver.</w:t>
      </w:r>
      <w:r/>
    </w:p>
    <w:p>
      <w:pPr>
        <w:pStyle w:val="Heading2"/>
      </w:pPr>
      <w:r>
        <w:t>Roads, travel and sensible planning , avoiding parade disruption</w:t>
      </w:r>
      <w:r/>
    </w:p>
    <w:p>
      <w:r/>
      <w:r>
        <w:t>PSNI and council advice is straightforward: plan journeys in advance and expect traffic restrictions across the city centre for a number of hours. Officers will be present to manage flows, but several streets will be temporarily closed or congested, so avoid driving through the core area between late morning and early evening if you can. For public transport users, check bus routes in advance as detours are common on parade days. And a practical tip: park legally well outside the immediate centre and enjoy a short walk in , it avoids the stress of trying to leave as crowds thin.</w:t>
      </w:r>
      <w:r/>
    </w:p>
    <w:p>
      <w:pPr>
        <w:pStyle w:val="Heading2"/>
      </w:pPr>
      <w:r>
        <w:t>Party in the Square and what’s on the main stage</w:t>
      </w:r>
      <w:r/>
    </w:p>
    <w:p>
      <w:r/>
      <w:r>
        <w:t>Custom House Square returns as the festival hub, hosting Party in the Square right after the parade. The main stage features a lively mix of local LGBTQIA+ performers, drag acts and surprise treats , organisers have promised tributes, established drag collectives and DJ sets to keep the energy high. Expect a festival-style crowd, accessible facilities and plenty of stalls and community groups to explore. If you want a quieter moment, arrive early for the first acts; later in the afternoon the square fills fast.</w:t>
      </w:r>
      <w:r/>
    </w:p>
    <w:p>
      <w:pPr>
        <w:pStyle w:val="Heading2"/>
      </w:pPr>
      <w:r>
        <w:t>Night-time plans , Taboo and late-night celebrations</w:t>
      </w:r>
      <w:r/>
    </w:p>
    <w:p>
      <w:r/>
      <w:r>
        <w:t>When the sun goes down, Belfast’s warehouse party scene takes over. Taboo at the Telegraph Building is the official after-party from 9.30pm with resident DJs, guest performances and plenty of confetti until the early hours. Tickets are available through the promoter’s site, and venues around the city typically stage after-parties of their own, from hotel pop-ups to intimate drag brunch previews. If you’re joining the late-night crowd, book tickets in advance and plan your safe journey home , taxis and ride-hailing can be in high demand.</w:t>
      </w:r>
      <w:r/>
    </w:p>
    <w:p>
      <w:pPr>
        <w:pStyle w:val="Heading2"/>
      </w:pPr>
      <w:r>
        <w:t>Why this year matters , Pride’s past, present and future in Belfast</w:t>
      </w:r>
      <w:r/>
    </w:p>
    <w:p>
      <w:r/>
      <w:r>
        <w:t>This year marks the 35th anniversary of Belfast Pride, framed under the theme 'Love in Every Colour' , a nod to history and a clear protest line as much as a celebration. Organisers stress the event is both a demonstration for equality and a joyful gathering, and that dual purpose has drawn bigger crowds each year. For many attendees it’s an emotional, colourful reminder of how community and visibility have evolved in Northern Ireland. Whether you come for politics, performance or party, the day works because it holds space for all of it.</w:t>
      </w:r>
      <w:r/>
    </w:p>
    <w:p>
      <w:r/>
      <w:r>
        <w:t>It's a small plan that makes a big day run smoother , pick your spot, pack smart and celebrate safely.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[4]</w:t>
        </w:r>
      </w:hyperlink>
      <w:r>
        <w:t xml:space="preserve">, </w:t>
      </w:r>
      <w:hyperlink r:id="rId13">
        <w:r>
          <w:rPr>
            <w:color w:val="0000EE"/>
            <w:u w:val="single"/>
          </w:rPr>
          <w:t>[7]</w:t>
        </w:r>
      </w:hyperlink>
      <w:r>
        <w:t xml:space="preserve">- Paragraph 4: </w:t>
      </w:r>
      <w:hyperlink r:id="rId12">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https://www.belfastlive.co.uk/whats-on/belfast-pride-parade-route-road-34344350</w:t>
        </w:r>
      </w:hyperlink>
      <w:r>
        <w:t xml:space="preserve"> - Please view link - unable to able to access data</w:t>
      </w:r>
      <w:r/>
    </w:p>
    <w:p>
      <w:pPr>
        <w:pStyle w:val="ListNumber"/>
        <w:spacing w:line="240" w:lineRule="auto"/>
        <w:ind w:left="720"/>
      </w:pPr>
      <w:r/>
      <w:hyperlink r:id="rId12">
        <w:r>
          <w:rPr>
            <w:color w:val="0000EE"/>
            <w:u w:val="single"/>
          </w:rPr>
          <w:t>https://belfastpride.com/parade-route/</w:t>
        </w:r>
      </w:hyperlink>
      <w:r>
        <w:t xml:space="preserve"> - The official Belfast Pride website provides detailed information about the 2026 parade route, which is identical to the 2025 route. The parade is scheduled to depart at 1:00 pm on Saturday, July 25, 2026, with the build-up starting at 11:30 am. The route aims to ensure safety and maximum visibility for the community. Applications for participation closed on June 30, 2026. The website also offers details on terms, conditions, and associated costs for the parade.</w:t>
      </w:r>
      <w:r/>
    </w:p>
    <w:p>
      <w:pPr>
        <w:pStyle w:val="ListNumber"/>
        <w:spacing w:line="240" w:lineRule="auto"/>
        <w:ind w:left="720"/>
      </w:pPr>
      <w:r/>
      <w:hyperlink r:id="rId14">
        <w:r>
          <w:rPr>
            <w:color w:val="0000EE"/>
            <w:u w:val="single"/>
          </w:rPr>
          <w:t>https://www.taboopresents.com/events/taboo-belfast-pride-party-2026-telegraph-building</w:t>
        </w:r>
      </w:hyperlink>
      <w:r>
        <w:t xml:space="preserve"> - Taboo Presents is hosting the official Belfast Pride After Party at The Telegraph Building on Saturday, July 25, 2026, from 9:30 pm to 3:00 am. The event features pop and club anthems from resident DJs, Froot Factory, and performances by The Queens of Belfast. The venue is located at 14 Little Donegal Street, Belfast BT1 2JD. Tickets are available for purchase on the Taboo Presents website.</w:t>
      </w:r>
      <w:r/>
    </w:p>
    <w:p>
      <w:pPr>
        <w:pStyle w:val="ListNumber"/>
        <w:spacing w:line="240" w:lineRule="auto"/>
        <w:ind w:left="720"/>
      </w:pPr>
      <w:r/>
      <w:hyperlink r:id="rId10">
        <w:r>
          <w:rPr>
            <w:color w:val="0000EE"/>
            <w:u w:val="single"/>
          </w:rPr>
          <w:t>https://www.itv.com/news/utv/2026-07-25/crowds-gather-for-belfast-pride-parade</w:t>
        </w:r>
      </w:hyperlink>
      <w:r>
        <w:t xml:space="preserve"> - UTV News reports on the Belfast Pride parade held on July 25, 2026, with the theme 'Love in every colour'. Crowds gathered in the city centre to celebrate and protest for equality and solidarity. Alexa Moore from the Rainbow Project emphasized the message that Northern Ireland is no place for hate, highlighting the importance of inclusion and solidarity. The 35th anniversary of the first Pride parade in Belfast was marked, with tens of thousands in attendance.</w:t>
      </w:r>
      <w:r/>
    </w:p>
    <w:p>
      <w:pPr>
        <w:pStyle w:val="ListNumber"/>
        <w:spacing w:line="240" w:lineRule="auto"/>
        <w:ind w:left="720"/>
      </w:pPr>
      <w:r/>
      <w:hyperlink r:id="rId11">
        <w:r>
          <w:rPr>
            <w:color w:val="0000EE"/>
            <w:u w:val="single"/>
          </w:rPr>
          <w:t>https://www.hellorayo.co.uk/downtown/local/events/belfast-pride-2026-parade-route-times</w:t>
        </w:r>
      </w:hyperlink>
      <w:r>
        <w:t xml:space="preserve"> - Hello Rayo provides an overview of the Belfast Pride Festival 2026, celebrating its 35th anniversary from July 17 to 26, 2026. The festival includes over 150 events, with the main parade taking place on Saturday, July 25, 2026, at 1:00 pm. The theme for this year is 'Love In Every Colour'. The article highlights various events and details about the festival, including the parade route and timings.</w:t>
      </w:r>
      <w:r/>
    </w:p>
    <w:p>
      <w:pPr>
        <w:pStyle w:val="ListNumber"/>
        <w:spacing w:line="240" w:lineRule="auto"/>
        <w:ind w:left="720"/>
      </w:pPr>
      <w:r/>
      <w:hyperlink r:id="rId15">
        <w:r>
          <w:rPr>
            <w:color w:val="0000EE"/>
            <w:u w:val="single"/>
          </w:rPr>
          <w:t>https://www.ents24.com/belfast-events/balmoral-hotel/drag-me-to-balmoral-pride-after-party/7476470</w:t>
        </w:r>
      </w:hyperlink>
      <w:r>
        <w:t xml:space="preserve"> - Ents24 lists the 'Drag Me To Balmoral: Pride After Party' at the Balmoral Hotel in Belfast on Sunday, July 26, 2026, from 2:00 pm to 6:00 pm. The event features performances by TikTok sensation Etta Stilletta, Titti Von Tramp, Becca Boots, and Electra Le Cnt. The party offers a vibrant daytime celebration with drag excellence, lip-syncs, comedy, and crowd interaction. Tickets are available through Ents24.</w:t>
      </w:r>
      <w:r/>
    </w:p>
    <w:p>
      <w:pPr>
        <w:pStyle w:val="ListNumber"/>
        <w:spacing w:line="240" w:lineRule="auto"/>
        <w:ind w:left="720"/>
      </w:pPr>
      <w:r/>
      <w:hyperlink r:id="rId13">
        <w:r>
          <w:rPr>
            <w:color w:val="0000EE"/>
            <w:u w:val="single"/>
          </w:rPr>
          <w:t>https://www.belfastcity.gov.uk/events/belfast-pride</w:t>
        </w:r>
      </w:hyperlink>
      <w:r>
        <w:t xml:space="preserve"> - The Belfast City Council website provides information about the Belfast Pride Festival 2026, running from July 17 to 26, 2026, with the main parade on Saturday, July 25, 2026, at 1:00 pm. The event is described as the biggest event of the year for LGBTQIA+ people in Belfast, marking its 35th anniversary. The website offers details on various events and activities taking place during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live.co.uk/whats-on/belfast-pride-parade-route-road-34344350" TargetMode="External"/><Relationship Id="rId10" Type="http://schemas.openxmlformats.org/officeDocument/2006/relationships/hyperlink" Target="https://www.itv.com/news/utv/2026-07-25/crowds-gather-for-belfast-pride-parade" TargetMode="External"/><Relationship Id="rId11" Type="http://schemas.openxmlformats.org/officeDocument/2006/relationships/hyperlink" Target="https://www.hellorayo.co.uk/downtown/local/events/belfast-pride-2026-parade-route-times" TargetMode="External"/><Relationship Id="rId12" Type="http://schemas.openxmlformats.org/officeDocument/2006/relationships/hyperlink" Target="https://belfastpride.com/parade-route/" TargetMode="External"/><Relationship Id="rId13" Type="http://schemas.openxmlformats.org/officeDocument/2006/relationships/hyperlink" Target="https://www.belfastcity.gov.uk/events/belfast-pride" TargetMode="External"/><Relationship Id="rId14" Type="http://schemas.openxmlformats.org/officeDocument/2006/relationships/hyperlink" Target="https://www.taboopresents.com/events/taboo-belfast-pride-party-2026-telegraph-building" TargetMode="External"/><Relationship Id="rId15" Type="http://schemas.openxmlformats.org/officeDocument/2006/relationships/hyperlink" Target="https://www.ents24.com/belfast-events/balmoral-hotel/drag-me-to-balmoral-pride-after-party/74764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