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Belfast Pride Moments: Why This Year’s Parade Felt Different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Celebrate the colour and courage of Belfast: crowds poured into the city for the 35th Belfast Pride festival, which ran for 10 days and culminated in a vibrant parade under the theme Love in Every Colour , and for the first time in years the festival opted out of corporate sponsorship, shifting reliance to public funding and community support.</w:t>
      </w:r>
      <w:r/>
    </w:p>
    <w:p>
      <w:r/>
      <w:r>
        <w:t>Essential Takeaways</w:t>
      </w:r>
      <w:r/>
      <w:r/>
    </w:p>
    <w:p>
      <w:pPr>
        <w:pStyle w:val="ListBullet"/>
        <w:spacing w:line="240" w:lineRule="auto"/>
        <w:ind w:left="720"/>
      </w:pPr>
      <w:r/>
      <w:r>
        <w:rPr>
          <w:b/>
        </w:rPr>
        <w:t>35th anniversary:</w:t>
      </w:r>
      <w:r>
        <w:t xml:space="preserve"> Belfast Pride ran a 10-day programme of talks, culture and nightlife before the parade, bringing renewed buzz to the city.</w:t>
      </w:r>
      <w:r/>
    </w:p>
    <w:p>
      <w:pPr>
        <w:pStyle w:val="ListBullet"/>
        <w:spacing w:line="240" w:lineRule="auto"/>
        <w:ind w:left="720"/>
      </w:pPr>
      <w:r/>
      <w:r>
        <w:rPr>
          <w:b/>
        </w:rPr>
        <w:t>Big turnout:</w:t>
      </w:r>
      <w:r>
        <w:t xml:space="preserve"> Organisers estimated roughly 8,000 marchers and tens of thousands of spectators, with hopes to match last year’s 80,000-plus attendance.</w:t>
      </w:r>
      <w:r/>
    </w:p>
    <w:p>
      <w:pPr>
        <w:pStyle w:val="ListBullet"/>
        <w:spacing w:line="240" w:lineRule="auto"/>
        <w:ind w:left="720"/>
      </w:pPr>
      <w:r/>
      <w:r>
        <w:rPr>
          <w:b/>
        </w:rPr>
        <w:t>No corporate cash:</w:t>
      </w:r>
      <w:r>
        <w:t xml:space="preserve"> This year’s festival accepted public funds and in-kind support only, so branding was visible but direct financial sponsorship was paused.</w:t>
      </w:r>
      <w:r/>
    </w:p>
    <w:p>
      <w:pPr>
        <w:pStyle w:val="ListBullet"/>
        <w:spacing w:line="240" w:lineRule="auto"/>
        <w:ind w:left="720"/>
      </w:pPr>
      <w:r/>
      <w:r>
        <w:rPr>
          <w:b/>
        </w:rPr>
        <w:t>Inclusive vibe:</w:t>
      </w:r>
      <w:r>
        <w:t xml:space="preserve"> The Love in Every Colour theme emphasised multiculturalism, trans visibility and broad queer identities, with family-friendly spaces and alcohol-free zones.</w:t>
      </w:r>
      <w:r/>
    </w:p>
    <w:p>
      <w:pPr>
        <w:pStyle w:val="ListBullet"/>
        <w:spacing w:line="240" w:lineRule="auto"/>
        <w:ind w:left="720"/>
      </w:pPr>
      <w:r/>
      <w:r>
        <w:rPr>
          <w:b/>
        </w:rPr>
        <w:t>Community-led energy:</w:t>
      </w:r>
      <w:r>
        <w:t xml:space="preserve"> Local performers, community stalls and grassroots groups filled the Pride village, giving the event a neighbourly, activist feel.</w:t>
      </w:r>
      <w:r/>
      <w:r/>
    </w:p>
    <w:p>
      <w:pPr>
        <w:pStyle w:val="Heading2"/>
      </w:pPr>
      <w:r>
        <w:t>A parade with a punch , colourful, loud and defiantly joyful</w:t>
      </w:r>
      <w:r/>
    </w:p>
    <w:p>
      <w:r/>
      <w:r>
        <w:t>The parade threaded through the city at 1pm and wrapped up mid-afternoon, leaving streets awash in rainbow and sound. There was a tactile sense of relief and celebration in the air , the sort of warmth that only a public party with a purpose can deliver. According to reports, organisers put the marcher count at about 8,000, while the wider festival aims to draw the same large crowd the city welcomed last year. For anyone who’s been to Belfast before, the scale felt both intimate and energising; it’s a city that knows how to make noise, and it did.</w:t>
      </w:r>
      <w:r/>
    </w:p>
    <w:p>
      <w:pPr>
        <w:pStyle w:val="Heading2"/>
      </w:pPr>
      <w:r>
        <w:t>Why the theme matters: Love in Every Colour</w:t>
      </w:r>
      <w:r/>
    </w:p>
    <w:p>
      <w:r/>
      <w:r>
        <w:t>Love in Every Colour wasn’t just pretty branding , it was a deliberate nod to the activists and everyday people whose visibility has expanded over decades. Festival organisers said the theme recognises those who came before and the rising voices who are securing the community’s future. Coverage and festival notes highlighted how the festival has broadened from early gay and lesbian representation to include non-binary, trans and ethnically diverse groups, and that shift was visible in the stalls, performances and messaging across events.</w:t>
      </w:r>
      <w:r/>
    </w:p>
    <w:p>
      <w:pPr>
        <w:pStyle w:val="Heading2"/>
      </w:pPr>
      <w:r>
        <w:t>The sponsorship shift: visible names, invisible cash</w:t>
      </w:r>
      <w:r/>
    </w:p>
    <w:p>
      <w:r/>
      <w:r>
        <w:t>This year’s notable change was the decision to halt corporate financial sponsorship. The festival accepted public funding and in-kind support , so you still saw business logos on flyers and stages, but the cheque book came from public funders instead. The organisers framed it as ensuring partners align with charitable and community aims. It’s a move that changes the tone: less about big brand visibility, more about community ownership. For volunteers and small groups, it meant a stronger sense that Pride is by and for the city.</w:t>
      </w:r>
      <w:r/>
    </w:p>
    <w:p>
      <w:pPr>
        <w:pStyle w:val="Heading2"/>
      </w:pPr>
      <w:r>
        <w:t>Community spaces and accessibility , a Pride village for everyone</w:t>
      </w:r>
      <w:r/>
    </w:p>
    <w:p>
      <w:r/>
      <w:r>
        <w:t>Donegall Quay became the Pride village, combining community stalls, a family area, kids’ entertainment and a dedicated alcohol, smoke and vape-free zone. That layout matters; it signals that Pride is for families, for those who don’t drink, and for younger people experiencing visibility safely. Local performers filled the Custom House Square stage, and the mix of grassroots groups meant conversations and support services were front and centre, not buried behind commercial activation.</w:t>
      </w:r>
      <w:r/>
    </w:p>
    <w:p>
      <w:pPr>
        <w:pStyle w:val="Heading2"/>
      </w:pPr>
      <w:r>
        <w:t>Personal stories: protest alongside celebration</w:t>
      </w:r>
      <w:r/>
    </w:p>
    <w:p>
      <w:r/>
      <w:r>
        <w:t>For many attendees, the event was both joyful and political. First-time marcher Nazir Uddin spoke about Pride as protest , a demand for the right to live honestly without fear. Other participants highlighted visibility and safety, with grassroots groups like ROSA raising transgender awareness and local drag artists drawing proud family members to the kerbside. Those personal notes are what make Pride more than a parade: it’s a living, changing community statement.</w:t>
      </w:r>
      <w:r/>
    </w:p>
    <w:p>
      <w:r/>
      <w:r>
        <w:t>It's a small change that can make every celebration feel more rooted in the people it serves.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[5]</w:t>
        </w:r>
      </w:hyperlink>
      <w:r>
        <w:t xml:space="preserve">- Paragraph 2: </w:t>
      </w:r>
      <w:hyperlink r:id="rId12">
        <w:r>
          <w:rPr>
            <w:color w:val="0000EE"/>
            <w:u w:val="single"/>
          </w:rPr>
          <w:t>[2]</w:t>
        </w:r>
      </w:hyperlink>
      <w:r>
        <w:t xml:space="preserve">, </w:t>
      </w:r>
      <w:hyperlink r:id="rId13">
        <w:r>
          <w:rPr>
            <w:color w:val="0000EE"/>
            <w:u w:val="single"/>
          </w:rPr>
          <w:t>[4]</w:t>
        </w:r>
      </w:hyperlink>
      <w:r>
        <w:t xml:space="preserve">- Paragraph 3: </w:t>
      </w:r>
      <w:hyperlink r:id="rId9">
        <w:r>
          <w:rPr>
            <w:color w:val="0000EE"/>
            <w:u w:val="single"/>
          </w:rPr>
          <w:t>[1]</w:t>
        </w:r>
      </w:hyperlink>
      <w:r>
        <w:t xml:space="preserve">, </w:t>
      </w:r>
      <w:hyperlink r:id="rId10">
        <w:r>
          <w:rPr>
            <w:color w:val="0000EE"/>
            <w:u w:val="single"/>
          </w:rPr>
          <w:t>[3]</w:t>
        </w:r>
      </w:hyperlink>
      <w:r>
        <w:t xml:space="preserve">- Paragraph 4: </w:t>
      </w:r>
      <w:hyperlink r:id="rId9">
        <w:r>
          <w:rPr>
            <w:color w:val="0000EE"/>
            <w:u w:val="single"/>
          </w:rPr>
          <w:t>[1]</w:t>
        </w:r>
      </w:hyperlink>
      <w:r>
        <w:t xml:space="preserve">, </w:t>
      </w:r>
      <w:hyperlink r:id="rId11">
        <w:r>
          <w:rPr>
            <w:color w:val="0000EE"/>
            <w:u w:val="single"/>
          </w:rPr>
          <w:t>[5]</w:t>
        </w:r>
      </w:hyperlink>
      <w:r>
        <w:t xml:space="preserve">- Paragraph 5: </w:t>
      </w:r>
      <w:hyperlink r:id="rId9">
        <w:r>
          <w:rPr>
            <w:color w:val="0000EE"/>
            <w:u w:val="single"/>
          </w:rPr>
          <w:t>[1]</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https://ca.news.yahoo.com/no-corporate-sponsorship-years-belfast-064230379.html</w:t>
        </w:r>
      </w:hyperlink>
      <w:r>
        <w:t xml:space="preserve"> - Please view link - unable to able to access data</w:t>
      </w:r>
      <w:r/>
    </w:p>
    <w:p>
      <w:pPr>
        <w:pStyle w:val="ListNumber"/>
        <w:spacing w:line="240" w:lineRule="auto"/>
        <w:ind w:left="720"/>
      </w:pPr>
      <w:r/>
      <w:hyperlink r:id="rId12">
        <w:r>
          <w:rPr>
            <w:color w:val="0000EE"/>
            <w:u w:val="single"/>
          </w:rPr>
          <w:t>https://belfastpride.com/theme/</w:t>
        </w:r>
      </w:hyperlink>
      <w:r>
        <w:t xml:space="preserve"> - The official Belfast Pride website announces the theme for the 2026 festival as 'Love In Every Colour'. This theme honours the journey of the LGBTQIA+ community, recognising the courage of those who came before and the rising voices working to protect the future of the community. The festival is set to run from 17th July to 26th July 2026, with the parade on 25th July. The website also mentions the unveiling of a new giant flag at the parade to celebrate this theme.</w:t>
      </w:r>
      <w:r/>
    </w:p>
    <w:p>
      <w:pPr>
        <w:pStyle w:val="ListNumber"/>
        <w:spacing w:line="240" w:lineRule="auto"/>
        <w:ind w:left="720"/>
      </w:pPr>
      <w:r/>
      <w:hyperlink r:id="rId10">
        <w:r>
          <w:rPr>
            <w:color w:val="0000EE"/>
            <w:u w:val="single"/>
          </w:rPr>
          <w:t>https://www.itv.com/news/utv/2026-07-25/crowds-gather-for-belfast-pride-parade</w:t>
        </w:r>
      </w:hyperlink>
      <w:r>
        <w:t xml:space="preserve"> - ITV News reports on the Belfast Pride parade held on 25th July 2026, highlighting the theme 'Love in every colour'. The article features Alexa Moore from the Rainbow Project, who emphasises the message that Northern Ireland is no place for hate, especially in light of recent racist violence. The piece also notes the 35th anniversary of the first Pride parade in Belfast, which began with around a hundred people and has now grown to tens of thousands attending.</w:t>
      </w:r>
      <w:r/>
    </w:p>
    <w:p>
      <w:pPr>
        <w:pStyle w:val="ListNumber"/>
        <w:spacing w:line="240" w:lineRule="auto"/>
        <w:ind w:left="720"/>
      </w:pPr>
      <w:r/>
      <w:hyperlink r:id="rId13">
        <w:r>
          <w:rPr>
            <w:color w:val="0000EE"/>
            <w:u w:val="single"/>
          </w:rPr>
          <w:t>https://thebelfasttimes.com/blogs/festival-focus/belfast-pride-2026-love-in-every-colour</w:t>
        </w:r>
      </w:hyperlink>
      <w:r>
        <w:t xml:space="preserve"> - The Belfast Times discusses the launch of the 'Love In Every Colour' theme for the 2026 Belfast Pride festival. The article notes that 2026 marks the 35th anniversary of Belfast Pride, which has evolved from a smaller event to one of the city's defining cultural moments. The theme is described as a clear and confident message, reflecting the city's progress and the ongoing journey towards inclusivity and openness.</w:t>
      </w:r>
      <w:r/>
    </w:p>
    <w:p>
      <w:pPr>
        <w:pStyle w:val="ListNumber"/>
        <w:spacing w:line="240" w:lineRule="auto"/>
        <w:ind w:left="720"/>
      </w:pPr>
      <w:r/>
      <w:hyperlink r:id="rId11">
        <w:r>
          <w:rPr>
            <w:color w:val="0000EE"/>
            <w:u w:val="single"/>
          </w:rPr>
          <w:t>https://www.belfasttelegraph.co.uk/news/the-streets-of-belfast-alive-with-the-colour-of-pride.../a/159193292.html</w:t>
        </w:r>
      </w:hyperlink>
      <w:r>
        <w:t xml:space="preserve"> - The Belfast Telegraph reports on the 35th anniversary of the Belfast Pride parade held on 25th July 2026. The article mentions that around 8,000 people participated in the main parade, with thousands more attending over the 10-day festival. The theme 'Love in Every Colour' is highlighted, recognising the courage of individuals who have come before and those working to protect the future of the community. The piece also notes the multicultural nature of Belfast and the inclusivity of the event.</w:t>
      </w:r>
      <w:r/>
    </w:p>
    <w:p>
      <w:pPr>
        <w:pStyle w:val="ListNumber"/>
        <w:spacing w:line="240" w:lineRule="auto"/>
        <w:ind w:left="720"/>
      </w:pPr>
      <w:r/>
      <w:hyperlink r:id="rId15">
        <w:r>
          <w:rPr>
            <w:color w:val="0000EE"/>
            <w:u w:val="single"/>
          </w:rPr>
          <w:t>https://www.itv.com/news/utv/2024-07-27/crowds-gather-in-belfast-for-pride-parade</w:t>
        </w:r>
      </w:hyperlink>
      <w:r>
        <w:t xml:space="preserve"> - ITV News covers the Belfast Pride parade held on 27th July 2024, led by the city's first openly gay Lord Mayor, Councillor Micky Murray. The theme for that year was 'Love Your Mind', focusing on physical and mental health. The article highlights the participation of various mental health charities and the importance of addressing mental health issues within the LGBTQIA+ community, noting that poor mental health disproportionately affects members due to intolerance and discrimination.</w:t>
      </w:r>
      <w:r/>
    </w:p>
    <w:p>
      <w:pPr>
        <w:pStyle w:val="ListNumber"/>
        <w:spacing w:line="240" w:lineRule="auto"/>
        <w:ind w:left="720"/>
      </w:pPr>
      <w:r/>
      <w:hyperlink r:id="rId14">
        <w:r>
          <w:rPr>
            <w:color w:val="0000EE"/>
            <w:u w:val="single"/>
          </w:rPr>
          <w:t>https://www.nus-usi.org/belfast_pride_2024</w:t>
        </w:r>
      </w:hyperlink>
      <w:r>
        <w:t xml:space="preserve"> - The National Union of Students – Union of Students in Ireland (NUS-USI) invites students to join the Pride parade on 27th July 2024. The event includes a Rainbow Breakfast and a Student Bloc for the parade. The article emphasises the role of students in championing LGBTQIA+ rights and the importance of coming together to demonstrate strength as a movement. It also highlights the significance of the 'Love Your Mind' theme, focusing on mental health within the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ca.news.yahoo.com/no-corporate-sponsorship-years-belfast-064230379.html" TargetMode="External"/><Relationship Id="rId10" Type="http://schemas.openxmlformats.org/officeDocument/2006/relationships/hyperlink" Target="https://www.itv.com/news/utv/2026-07-25/crowds-gather-for-belfast-pride-parade" TargetMode="External"/><Relationship Id="rId11" Type="http://schemas.openxmlformats.org/officeDocument/2006/relationships/hyperlink" Target="https://www.belfasttelegraph.co.uk/news/the-streets-of-belfast-alive-with-the-colour-of-pride.../a/159193292.html" TargetMode="External"/><Relationship Id="rId12" Type="http://schemas.openxmlformats.org/officeDocument/2006/relationships/hyperlink" Target="https://belfastpride.com/theme/" TargetMode="External"/><Relationship Id="rId13" Type="http://schemas.openxmlformats.org/officeDocument/2006/relationships/hyperlink" Target="https://thebelfasttimes.com/blogs/festival-focus/belfast-pride-2026-love-in-every-colour" TargetMode="External"/><Relationship Id="rId14" Type="http://schemas.openxmlformats.org/officeDocument/2006/relationships/hyperlink" Target="https://www.nus-usi.org/belfast_pride_2024" TargetMode="External"/><Relationship Id="rId15" Type="http://schemas.openxmlformats.org/officeDocument/2006/relationships/hyperlink" Target="https://www.itv.com/news/utv/2024-07-27/crowds-gather-in-belfast-for-pride-para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