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Weekend Events in Campo Grande: Music, Pride and Family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lively mix of concerts, cultural shows and community festas in Campo Grande this weekend , free and ticketed options for families, music fans and anyone keen on local arts between Friday and Sunday. Highlights include Moacyr Franco’s 70th‑anniversary set, Karol Conká headlining Pride and a string of kid‑friendly and charity arraiás.</w:t>
      </w:r>
      <w:r/>
    </w:p>
    <w:p>
      <w:r/>
      <w:r>
        <w:t>Essential Takeaways</w:t>
      </w:r>
      <w:r/>
      <w:r/>
    </w:p>
    <w:p>
      <w:pPr>
        <w:pStyle w:val="ListBullet"/>
        <w:spacing w:line="240" w:lineRule="auto"/>
        <w:ind w:left="720"/>
      </w:pPr>
      <w:r/>
      <w:r>
        <w:rPr>
          <w:b/>
        </w:rPr>
        <w:t>Big names:</w:t>
      </w:r>
      <w:r>
        <w:t xml:space="preserve"> Moacyr Franco brings a nostalgic “70 years” show and Karol Conká closes the city’s Pride parade. </w:t>
      </w:r>
      <w:r/>
    </w:p>
    <w:p>
      <w:pPr>
        <w:pStyle w:val="ListBullet"/>
        <w:spacing w:line="240" w:lineRule="auto"/>
        <w:ind w:left="720"/>
      </w:pPr>
      <w:r/>
      <w:r>
        <w:rPr>
          <w:b/>
        </w:rPr>
        <w:t>Family friendly:</w:t>
      </w:r>
      <w:r>
        <w:t xml:space="preserve"> Bioparque, Arraiá Cãopira and craft fairs offer daytime activities and gentle sensory experiences for kids. </w:t>
      </w:r>
      <w:r/>
    </w:p>
    <w:p>
      <w:pPr>
        <w:pStyle w:val="ListBullet"/>
        <w:spacing w:line="240" w:lineRule="auto"/>
        <w:ind w:left="720"/>
      </w:pPr>
      <w:r/>
      <w:r>
        <w:rPr>
          <w:b/>
        </w:rPr>
        <w:t>Mix of free and ticketed:</w:t>
      </w:r>
      <w:r>
        <w:t xml:space="preserve"> Many events are free , Pride, art shows and the lambe‑lambe meetup , while headline concerts and dinners require tickets. </w:t>
      </w:r>
      <w:r/>
    </w:p>
    <w:p>
      <w:pPr>
        <w:pStyle w:val="ListBullet"/>
        <w:spacing w:line="240" w:lineRule="auto"/>
        <w:ind w:left="720"/>
      </w:pPr>
      <w:r/>
      <w:r>
        <w:rPr>
          <w:b/>
        </w:rPr>
        <w:t>Local flavour:</w:t>
      </w:r>
      <w:r>
        <w:t xml:space="preserve"> Community arraiás, brechó markets and forró acts give a warm, regional feel and a chance to support local sellers. </w:t>
      </w:r>
      <w:r/>
      <w:r/>
    </w:p>
    <w:p>
      <w:pPr>
        <w:pStyle w:val="Heading2"/>
      </w:pPr>
      <w:r>
        <w:t>Moacyr Franco: a warm, musical trip through seven decades</w:t>
      </w:r>
      <w:r/>
    </w:p>
    <w:p>
      <w:r/>
      <w:r>
        <w:t>Moacyr Franco’s “Especial 70 anos” is the weekend’s gentlest throwback, warm on the ear and chatty between songs. According to local coverage, the veteran entertainer blends music and storytelling at the Palácio Popular da Cultura, revisiting hits from radio, TV and stage with the easy charm he’s known for. This is the sort of show where you’ll hear a familiar refrain and a funny backstage anecdote, perfect for older audiences and anyone who likes a quieter, narrative‑led concert. If you’re going, aim to arrive early for good seats and expect some nostalgic singalongs rather than a full‑on dance party.</w:t>
      </w:r>
      <w:r/>
    </w:p>
    <w:p>
      <w:pPr>
        <w:pStyle w:val="Heading2"/>
      </w:pPr>
      <w:r>
        <w:t>Karol Conká and Pride: big energy, community spotlight</w:t>
      </w:r>
      <w:r/>
    </w:p>
    <w:p>
      <w:r/>
      <w:r>
        <w:t>Karol Conká headlines the 23rd Parada da Cidadania e do Orgulho LGBTQIAPN+, a day of performances and marches concentrated at Praça do Rádio Clube. Reports highlight the parade’s long history in Campo Grande and how the event this year brings together collectives and movements for visibility and celebration. It’s free to attend and builds from an afternoon of activism into an evening concert; bring water, a small flag or a comfortable pair of shoes for standing. For many residents, the parade is both party and protest , loud, proud and an important cultural moment for the city.</w:t>
      </w:r>
      <w:r/>
    </w:p>
    <w:p>
      <w:pPr>
        <w:pStyle w:val="Heading2"/>
      </w:pPr>
      <w:r>
        <w:t>Family and animal‑loving plans: workshops, shows and charity arraiás</w:t>
      </w:r>
      <w:r/>
    </w:p>
    <w:p>
      <w:r/>
      <w:r>
        <w:t>If you’ve got kids or pets, there are plenty of gentle, hands‑on options: the Bioparque Pantanal runs environmental theatre and activities, while Arraiá Cãopira mixes family fun with a pet food drive. Events like the Arraiá Bosque da Paz include forró, crafts and adoption stalls, giving a relaxed, community atmosphere and good sensory variety for little ones. Organisers are often asking for small donations, like 1 kg of pet food, so you can take part and help a local cause at the same time. Practical tip: bring snacks and a light foldable chair for longer daytime programmes.</w:t>
      </w:r>
      <w:r/>
    </w:p>
    <w:p>
      <w:pPr>
        <w:pStyle w:val="Heading2"/>
      </w:pPr>
      <w:r>
        <w:t>Markets, brechós and the sustainable shopping scene</w:t>
      </w:r>
      <w:r/>
    </w:p>
    <w:p>
      <w:r/>
      <w:r>
        <w:t>Desapega Campo Grande brings more than 90 vendors and about 25,000 second‑hand items to Parque Ayrton Senna , a treasure trove for vintage lovers and bargain hunters. The fair pushes circular consumption and is a good place to find quirky homewares, clothes with a story, and soft textiles that smell faintly of history. If you’re hunting for something specific, arrive early when racks are freshly sorted; later in the day you may find better haggles as sellers start discounting. It’s also a social outing: friends can split stalls, compare finds and make a morning of it.</w:t>
      </w:r>
      <w:r/>
    </w:p>
    <w:p>
      <w:pPr>
        <w:pStyle w:val="Heading2"/>
      </w:pPr>
      <w:r>
        <w:t>Nightlife and niche gigs: DJs, comedy and a mass‑and‑music dinner</w:t>
      </w:r>
      <w:r/>
    </w:p>
    <w:p>
      <w:r/>
      <w:r>
        <w:t>For an evening out, the city’s offerings are wide: electronic showcases at Vizú Ateliê Bar, Desier Party for a 30+ crowd, and a themed dinner show with Ratto at Clube Estoril. Comedy fans can catch Tiago Santineli’s “Anticristo” at Teatro Dom Bosco, a sharp, ironic set exploring faith and doubt with a dry sensibility. These ticketed nights suit different moods , from a sleek club vibe to intimate theatre , so choose by energy level rather than genre alone. Pro tip: check entry times carefully; some events seat or serve dinner before the performance, so bookings are essential.</w:t>
      </w:r>
      <w:r/>
    </w:p>
    <w:p>
      <w:r/>
      <w:r>
        <w:t>It’s a small weekend lineup but with something for most tastes , pick a parade, a nostalgic concert or a lazy market stroll and enjoy Campo Grande’s local rhythm.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https://www.campograndenews.com.br/lado-b/diversao/fim-de-semana-tem-moacyr-franco-karol-conka-e-arraia-do-latino</w:t>
        </w:r>
      </w:hyperlink>
      <w:r>
        <w:t xml:space="preserve"> - Please view link - unable to able to access data</w:t>
      </w:r>
      <w:r/>
    </w:p>
    <w:p>
      <w:pPr>
        <w:pStyle w:val="ListNumber"/>
        <w:spacing w:line="240" w:lineRule="auto"/>
        <w:ind w:left="720"/>
      </w:pPr>
      <w:r/>
      <w:hyperlink r:id="rId9">
        <w:r>
          <w:rPr>
            <w:color w:val="0000EE"/>
            <w:u w:val="single"/>
          </w:rPr>
          <w:t>https://www.campograndenews.com.br/lado-b/diversao/fim-de-semana-tem-moacyr-franco-karol-conka-e-arraia-do-latino</w:t>
        </w:r>
      </w:hyperlink>
      <w:r>
        <w:t xml:space="preserve"> - Campo Grande News provides a comprehensive guide to the cultural events happening in Campo Grande from July 24 to July 26, 2026. The agenda includes exhibitions, shows, parties, flea markets, 'arraiás' (traditional Brazilian festivals), children's programming, comedy, and the LGBTQIAPN+ Pride Parade. Notable events are Moacyr Franco's 'Especial 70 anos' show, Karol Conká's performance at the Pride Parade, and the Arraiá Beneficente do Latino. The article offers details on event timings, locations, and ticket information, catering to a diverse audience seeking weekend entertainment.</w:t>
      </w:r>
      <w:r/>
    </w:p>
    <w:p>
      <w:pPr>
        <w:pStyle w:val="ListNumber"/>
        <w:spacing w:line="240" w:lineRule="auto"/>
        <w:ind w:left="720"/>
      </w:pPr>
      <w:r/>
      <w:hyperlink r:id="rId11">
        <w:r>
          <w:rPr>
            <w:color w:val="0000EE"/>
            <w:u w:val="single"/>
          </w:rPr>
          <w:t>https://www.campograndenews.com.br/lado-b/diversao/moacyr-franco-traz-70-anos-de-historia-para-palco-em-campo-grande</w:t>
        </w:r>
      </w:hyperlink>
      <w:r>
        <w:t xml:space="preserve"> - Campo Grande News highlights Moacyr Franco's upcoming performance in Campo Grande on July 25, 2026. The show, titled 'Especial 70 anos', will be held at the Palácio Popular da Cultura and combines music with storytelling. Franco, with over 70 years of life and decades of career, will share anecdotes from his time on TV, radio, and stage, while performing hits like 'Ainda Ontem Chorei de Saudade' and 'Seu Amor Ainda é Tudo'. The article provides ticket pricing and purchasing details for attendees.</w:t>
      </w:r>
      <w:r/>
    </w:p>
    <w:p>
      <w:pPr>
        <w:pStyle w:val="ListNumber"/>
        <w:spacing w:line="240" w:lineRule="auto"/>
        <w:ind w:left="720"/>
      </w:pPr>
      <w:r/>
      <w:hyperlink r:id="rId12">
        <w:r>
          <w:rPr>
            <w:color w:val="0000EE"/>
            <w:u w:val="single"/>
          </w:rPr>
          <w:t>https://www.campograndenews.com.br/lado-b/diversao/moacyr-franco-traz-a-campo-grande-show-especial-que-celebra-70-anos-de-trajetoria</w:t>
        </w:r>
      </w:hyperlink>
      <w:r>
        <w:t xml:space="preserve"> - Correio do Estado reports on Moacyr Franco's special performance in Campo Grande on July 25, 2026. The event, titled 'Moacyr Franco Especial 70 Anos', will take place at the Palácio Popular da Cultura at 8 PM. The show celebrates over five decades of Franco's career, featuring a repertoire that spans generations, including classics like 'Ainda Ontem Chorei de Saudade' and 'Suave é a Noite'. The performance also showcases Franco's comedic side, with stories from his television and radio career.</w:t>
      </w:r>
      <w:r/>
    </w:p>
    <w:p>
      <w:pPr>
        <w:pStyle w:val="ListNumber"/>
        <w:spacing w:line="240" w:lineRule="auto"/>
        <w:ind w:left="720"/>
      </w:pPr>
      <w:r/>
      <w:hyperlink r:id="rId14">
        <w:r>
          <w:rPr>
            <w:color w:val="0000EE"/>
            <w:u w:val="single"/>
          </w:rPr>
          <w:t>https://www.campograndenews.com.br/lado-b/diversao/karol-conka-se-apresenta-em-campo-grande-neste-sabado</w:t>
        </w:r>
      </w:hyperlink>
      <w:r>
        <w:t xml:space="preserve"> - A Crítica reports that Karol Conká will perform a free concert in Campo Grande on Saturday, July 25, 2026. The show is scheduled to begin at 9 PM at Praça do Rádio Clube and is part of the 23rd Parada da Diversidade (Pride Parade). The article provides details about the event's schedule and location, highlighting Conká's role as the main attraction of the parade.</w:t>
      </w:r>
      <w:r/>
    </w:p>
    <w:p>
      <w:pPr>
        <w:pStyle w:val="ListNumber"/>
        <w:spacing w:line="240" w:lineRule="auto"/>
        <w:ind w:left="720"/>
      </w:pPr>
      <w:r/>
      <w:hyperlink r:id="rId13">
        <w:r>
          <w:rPr>
            <w:color w:val="0000EE"/>
            <w:u w:val="single"/>
          </w:rPr>
          <w:t>https://www.bra1.com.br/geral/id-669428/karol_conka_e_a_atracao_principal_da_parada_lgbtqiapn__em_campo_grande</w:t>
        </w:r>
      </w:hyperlink>
      <w:r>
        <w:t xml:space="preserve"> - BRA 1 announces that Karol Conká is the main attraction of the 23rd Parada da Diversidade and Orgulho LGBTQIAPN+ in Campo Grande. The event is set for Saturday, July 25, 2026, at Praça do Rádio Clube. The article mentions that the artist's performance was confirmed by the Fundação de Cultura de Mato Grosso do Sul, with an investment of R$ 80,000 for the show.</w:t>
      </w:r>
      <w:r/>
    </w:p>
    <w:p>
      <w:pPr>
        <w:pStyle w:val="ListNumber"/>
        <w:spacing w:line="240" w:lineRule="auto"/>
        <w:ind w:left="720"/>
      </w:pPr>
      <w:r/>
      <w:hyperlink r:id="rId10">
        <w:r>
          <w:rPr>
            <w:color w:val="0000EE"/>
            <w:u w:val="single"/>
          </w:rPr>
          <w:t>https://midiamax.com.br/midiamais/2026/agendao-karol-conka-oficinas-feiras-shows-e-mais-no-fim-de-semana-em-campo-grande/</w:t>
        </w:r>
      </w:hyperlink>
      <w:r>
        <w:t xml:space="preserve"> - Midiamax provides an agenda of free events happening in Campo Grande over the weekend of July 24 to July 26, 2026. The list includes Karol Conká's concert, cultural workshops, creative fairs, and more. The article offers a comprehensive overview of activities suitable for families, individuals, couples, and friends, emphasizing the diversity of events available in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lado-b/diversao/fim-de-semana-tem-moacyr-franco-karol-conka-e-arraia-do-latino" TargetMode="External"/><Relationship Id="rId10" Type="http://schemas.openxmlformats.org/officeDocument/2006/relationships/hyperlink" Target="https://midiamax.com.br/midiamais/2026/agendao-karol-conka-oficinas-feiras-shows-e-mais-no-fim-de-semana-em-campo-grande/" TargetMode="External"/><Relationship Id="rId11" Type="http://schemas.openxmlformats.org/officeDocument/2006/relationships/hyperlink" Target="https://www.campograndenews.com.br/lado-b/diversao/moacyr-franco-traz-70-anos-de-historia-para-palco-em-campo-grande" TargetMode="External"/><Relationship Id="rId12" Type="http://schemas.openxmlformats.org/officeDocument/2006/relationships/hyperlink" Target="https://www.campograndenews.com.br/lado-b/diversao/moacyr-franco-traz-a-campo-grande-show-especial-que-celebra-70-anos-de-trajetoria" TargetMode="External"/><Relationship Id="rId13" Type="http://schemas.openxmlformats.org/officeDocument/2006/relationships/hyperlink" Target="https://www.bra1.com.br/geral/id-669428/karol_conka_e_a_atracao_principal_da_parada_lgbtqiapn__em_campo_grande" TargetMode="External"/><Relationship Id="rId14" Type="http://schemas.openxmlformats.org/officeDocument/2006/relationships/hyperlink" Target="https://www.campograndenews.com.br/lado-b/diversao/karol-conka-se-apresenta-em-campo-grande-neste-saba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