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Underrated Lesbian Films on Netflix to Add to Your Queue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gap in your Netflix watchlist? Dive into these underrated lesbian films that deliver heart, tension and vivid characters , from historical drama to thrillers , and why they matter for queer representation right now.</w:t>
      </w:r>
      <w:r/>
    </w:p>
    <w:p>
      <w:r/>
      <w:r>
        <w:t>Essential Takeaways</w:t>
      </w:r>
      <w:r/>
      <w:r/>
    </w:p>
    <w:p>
      <w:pPr>
        <w:pStyle w:val="ListBullet"/>
        <w:spacing w:line="240" w:lineRule="auto"/>
        <w:ind w:left="720"/>
      </w:pPr>
      <w:r/>
      <w:r>
        <w:rPr>
          <w:b/>
        </w:rPr>
        <w:t>Standout variety:</w:t>
      </w:r>
      <w:r>
        <w:t xml:space="preserve"> These picks span period drama, thriller, rom‑com experiment, music biopic‑adjacent drama and tender coming‑of‑age tales.</w:t>
      </w:r>
      <w:r/>
    </w:p>
    <w:p>
      <w:pPr>
        <w:pStyle w:val="ListBullet"/>
        <w:spacing w:line="240" w:lineRule="auto"/>
        <w:ind w:left="720"/>
      </w:pPr>
      <w:r/>
      <w:r>
        <w:rPr>
          <w:b/>
        </w:rPr>
        <w:t>Strong performances:</w:t>
      </w:r>
      <w:r>
        <w:t xml:space="preserve"> Lead actors carry complex emotional cores , intimate, raw or quietly powerful.</w:t>
      </w:r>
      <w:r/>
    </w:p>
    <w:p>
      <w:pPr>
        <w:pStyle w:val="ListBullet"/>
        <w:spacing w:line="240" w:lineRule="auto"/>
        <w:ind w:left="720"/>
      </w:pPr>
      <w:r/>
      <w:r>
        <w:rPr>
          <w:b/>
        </w:rPr>
        <w:t>Visual tones differ:</w:t>
      </w:r>
      <w:r>
        <w:t xml:space="preserve"> Expect black‑and‑white elegance, sleek modern cinematography, and even a 19‑minute short that punches above its weight.</w:t>
      </w:r>
      <w:r/>
    </w:p>
    <w:p>
      <w:pPr>
        <w:pStyle w:val="ListBullet"/>
        <w:spacing w:line="240" w:lineRule="auto"/>
        <w:ind w:left="720"/>
      </w:pPr>
      <w:r/>
      <w:r>
        <w:rPr>
          <w:b/>
        </w:rPr>
        <w:t>Emotional pay‑off:</w:t>
      </w:r>
      <w:r>
        <w:t xml:space="preserve"> Many are slow burns or uneasy thrillers, so they reward patience with resonance.</w:t>
      </w:r>
      <w:r/>
    </w:p>
    <w:p>
      <w:pPr>
        <w:pStyle w:val="ListBullet"/>
        <w:spacing w:line="240" w:lineRule="auto"/>
        <w:ind w:left="720"/>
      </w:pPr>
      <w:r/>
      <w:r>
        <w:rPr>
          <w:b/>
        </w:rPr>
        <w:t>Good for dipping in:</w:t>
      </w:r>
      <w:r>
        <w:t xml:space="preserve"> Short runtime options and diverse genres make these easy to sample between bigger series.</w:t>
      </w:r>
      <w:r/>
      <w:r/>
    </w:p>
    <w:p>
      <w:pPr>
        <w:pStyle w:val="Heading2"/>
      </w:pPr>
      <w:r>
        <w:t>Why Elisa &amp; Marcela feels cinematic and necessary</w:t>
      </w:r>
      <w:r/>
    </w:p>
    <w:p>
      <w:r/>
      <w:r>
        <w:t>This black‑and‑white period piece frames a real, defiant love story with a hushed, intimate tone that lingers. According to reviews on Rotten Tomatoes and critiques in Italian outlets, Isabel Coixet’s direction gives the film a measured, melancholic grace that suits its century‑old setting. It’s the sort of drama that asks you to sit with silence and small gestures, so bring patience. If you love costume detail and historical queer milestones, this one rewards close attention and makes you appreciate how far representation has come.</w:t>
      </w:r>
      <w:r/>
    </w:p>
    <w:p>
      <w:pPr>
        <w:pStyle w:val="Heading2"/>
      </w:pPr>
      <w:r>
        <w:t>Ride or Die: a sapphic thriller that refuses easy answers</w:t>
      </w:r>
      <w:r/>
    </w:p>
    <w:p>
      <w:r/>
      <w:r>
        <w:t>Ryuichi Hiroki’s adaptation of a manga becomes a dark, messy examination of obsession and loyalty, and it’s not for the fainthearted. Aggregated reactions show the film divides critics and audiences, which is often a sign of risk‑taking , it leans into violence and psychological dread rather than tidy romance. Watch it if you want a story that unsettles and challenges the “happy ending” script; pick subtitles if you’d rather keep the original Japanese performances intact. It’s a bold change of pace from gentler queer cinema.</w:t>
      </w:r>
      <w:r/>
    </w:p>
    <w:p>
      <w:pPr>
        <w:pStyle w:val="Heading2"/>
      </w:pPr>
      <w:r>
        <w:t>Duck Butter: intimacy stripped down and gloriously awkward</w:t>
      </w:r>
      <w:r/>
    </w:p>
    <w:p>
      <w:r/>
      <w:r>
        <w:t>This experimental rom‑com swaps montage‑friendly meet‑cute beats for a 24‑hour marathon of confessions, sex and very human cringe. It’s intermittently funny and uncomfortably honest, the sort of film that makes you squirm and sympathise in equal measure. The tight premise means the characters’ flaws are on full display, so it’s a smart pick if you want raw chemistry over glossy fantasy. Try watching with a friend who likes to pause and discuss awkward lines , you’ll have opinions to chew on.</w:t>
      </w:r>
      <w:r/>
    </w:p>
    <w:p>
      <w:pPr>
        <w:pStyle w:val="Heading2"/>
      </w:pPr>
      <w:r>
        <w:t>Heart Shot proves shorts can hit like features</w:t>
      </w:r>
      <w:r/>
    </w:p>
    <w:p>
      <w:r/>
      <w:r>
        <w:t>Clocking in at just 19 minutes, this short condenses suspense and tenderness into a compact, watchable package. The soundless elements and lean storytelling make the emotional beats feel immediate, and it’s a handy palate cleanser between longer titles. If you’re looking for proof that queer storytelling doesn’t need a long runtime to land, start here. It’s ideal for a quick evening watch that still leaves a mark.</w:t>
      </w:r>
      <w:r/>
    </w:p>
    <w:p>
      <w:pPr>
        <w:pStyle w:val="Heading2"/>
      </w:pPr>
      <w:r>
        <w:t>Beauty: a music‑set drama that asks bigger questions</w:t>
      </w:r>
      <w:r/>
    </w:p>
    <w:p>
      <w:r/>
      <w:r>
        <w:t>Loosely channelled by the energy of pop stardom, Beauty focuses on a Black lesbian singer juggling ambition, family pressure and secrecy. The film’s mixed critical reception doesn’t erase the moments when identity, fame and love collide in thoughtful ways. For viewers interested in queer stories intersecting with race and the music industry, it offers worthwhile material and strong lead presence. Consider it if you want drama with a socio‑cultural edge rather than pure romance.</w:t>
      </w:r>
      <w:r/>
    </w:p>
    <w:p>
      <w:pPr>
        <w:pStyle w:val="Heading2"/>
      </w:pPr>
      <w:r>
        <w:t>Anne+: a grounded dramedy that feels like your twenties</w:t>
      </w:r>
      <w:r/>
    </w:p>
    <w:p>
      <w:r/>
      <w:r>
        <w:t>This Dutch film expands on a familiar TV‑era voice with warmth and awkward honesty, tackling career jitters, friendships and a budding nonbinary relationship. It’s refreshingly low on melodrama and high on lived‑in detail, which is why viewers who crave authenticity over tropey coming‑out arcs will find it comforting. Think of it as a warm, messy companion piece for anyone navigating late‑twenties uncertainty.</w:t>
      </w:r>
      <w:r/>
    </w:p>
    <w:p>
      <w:pPr>
        <w:pStyle w:val="Heading2"/>
      </w:pPr>
      <w:r>
        <w:t>You Can Live Forever: faith, first love and quiet heartbreak</w:t>
      </w:r>
      <w:r/>
    </w:p>
    <w:p>
      <w:r/>
      <w:r>
        <w:t>Set inside a Jehovah’s Witness community, this slow‑burn romance places two teenage girls at the mercy of belief systems and family expectations. The film’s tenderness and moral tension make it quietly devastating; it’s the sort of story that hangs with you after the credits. If you like character studies about impossible choices and small moments of defiance, it’s an essential add to a sapphic queue.</w:t>
      </w:r>
      <w:r/>
    </w:p>
    <w:p>
      <w:r/>
      <w:r>
        <w:t>It's a small tweak to your evening routine, but these films will expand what sapphic stories on streaming can feel 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Paragraph 4: </w:t>
      </w:r>
      <w:hyperlink r:id="rId13">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[5]</w:t>
        </w:r>
      </w:hyperlink>
      <w:r>
        <w:t xml:space="preserve">- Paragraph 6: </w:t>
      </w:r>
      <w:hyperlink r:id="rId15">
        <w:r>
          <w:rPr>
            <w:color w:val="0000EE"/>
            <w:u w:val="single"/>
          </w:rPr>
          <w:t>[7]</w:t>
        </w:r>
      </w:hyperlink>
      <w:r>
        <w:t xml:space="preserve">- Paragraph 7: </w:t>
      </w:r>
      <w:hyperlink r:id="rId12">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https://gomag.com/article/7-underrated-lesbian-films-on-netflix-that-deserve-more-love/</w:t>
        </w:r>
      </w:hyperlink>
      <w:r>
        <w:t xml:space="preserve"> - Please view link - unable to able to access data</w:t>
      </w:r>
      <w:r/>
    </w:p>
    <w:p>
      <w:pPr>
        <w:pStyle w:val="ListNumber"/>
        <w:spacing w:line="240" w:lineRule="auto"/>
        <w:ind w:left="720"/>
      </w:pPr>
      <w:r/>
      <w:hyperlink r:id="rId10">
        <w:r>
          <w:rPr>
            <w:color w:val="0000EE"/>
            <w:u w:val="single"/>
          </w:rPr>
          <w:t>https://www.rottentomatoes.com/m/elisa_and_marcela</w:t>
        </w:r>
      </w:hyperlink>
      <w:r>
        <w:t xml:space="preserve"> - 'Elisa &amp; Marcela' is a 2019 Spanish film directed by Isabel Coixet, depicting the true story of Spain's first recorded same-sex marriage in 1901. The film received a 47% approval rating on Rotten Tomatoes, with critics noting its visual appeal but critiquing its lack of passion and energy. (</w:t>
      </w:r>
      <w:hyperlink r:id="rId16">
        <w:r>
          <w:rPr>
            <w:color w:val="0000EE"/>
            <w:u w:val="single"/>
          </w:rPr>
          <w:t>rottentomatoes.com</w:t>
        </w:r>
      </w:hyperlink>
      <w:r>
        <w:t>)</w:t>
      </w:r>
      <w:r/>
    </w:p>
    <w:p>
      <w:pPr>
        <w:pStyle w:val="ListNumber"/>
        <w:spacing w:line="240" w:lineRule="auto"/>
        <w:ind w:left="720"/>
      </w:pPr>
      <w:r/>
      <w:hyperlink r:id="rId12">
        <w:r>
          <w:rPr>
            <w:color w:val="0000EE"/>
            <w:u w:val="single"/>
          </w:rPr>
          <w:t>https://www.rottentomatoes.com/m/ride_or_die</w:t>
        </w:r>
      </w:hyperlink>
      <w:r>
        <w:t xml:space="preserve"> - 'Ride or Die' is a 2021 Japanese film directed by Ryuichi Hiroki, adapted from Ching Nakamura's manga 'Gunjō'. The film holds a 69% approval rating on Rotten Tomatoes, with critics praising its strong performances and beautiful cinematography, though some noted its overlong runtime. (</w:t>
      </w:r>
      <w:hyperlink r:id="rId17">
        <w:r>
          <w:rPr>
            <w:color w:val="0000EE"/>
            <w:u w:val="single"/>
          </w:rPr>
          <w:t>rottentomatoes.com</w:t>
        </w:r>
      </w:hyperlink>
      <w:r>
        <w:t>)</w:t>
      </w:r>
      <w:r/>
    </w:p>
    <w:p>
      <w:pPr>
        <w:pStyle w:val="ListNumber"/>
        <w:spacing w:line="240" w:lineRule="auto"/>
        <w:ind w:left="720"/>
      </w:pPr>
      <w:r/>
      <w:hyperlink r:id="rId14">
        <w:r>
          <w:rPr>
            <w:color w:val="0000EE"/>
            <w:u w:val="single"/>
          </w:rPr>
          <w:t>https://www.rottentomatoes.com/m/ride_or_die/reviews</w:t>
        </w:r>
      </w:hyperlink>
      <w:r>
        <w:t xml:space="preserve"> - Audience reviews for 'Ride or Die' on Rotten Tomatoes highlight the film's provocative themes and strong performances. Some critics draw parallels to 'Persona', noting its sexually provocative nature and the need for multiple viewings to fully appreciate its depth. (</w:t>
      </w:r>
      <w:hyperlink r:id="rId18">
        <w:r>
          <w:rPr>
            <w:color w:val="0000EE"/>
            <w:u w:val="single"/>
          </w:rPr>
          <w:t>rottentomatoes.com</w:t>
        </w:r>
      </w:hyperlink>
      <w:r>
        <w:t>)</w:t>
      </w:r>
      <w:r/>
    </w:p>
    <w:p>
      <w:pPr>
        <w:pStyle w:val="ListNumber"/>
        <w:spacing w:line="240" w:lineRule="auto"/>
        <w:ind w:left="720"/>
      </w:pPr>
      <w:r/>
      <w:hyperlink r:id="rId11">
        <w:r>
          <w:rPr>
            <w:color w:val="0000EE"/>
            <w:u w:val="single"/>
          </w:rPr>
          <w:t>https://www.cinematographe.it/recensioni/elisa-y-marcela-recensione-netflix/</w:t>
        </w:r>
      </w:hyperlink>
      <w:r>
        <w:t xml:space="preserve"> - 'Elisa y Marcela' is a 2019 film presented by Netflix at the Berlinale, depicting the first same-sex marriage in history. The review criticizes the film for being excessively sentimental and, at times, in poor taste, despite the delicate subject matter. (</w:t>
      </w:r>
      <w:hyperlink r:id="rId19">
        <w:r>
          <w:rPr>
            <w:color w:val="0000EE"/>
            <w:u w:val="single"/>
          </w:rPr>
          <w:t>cinematographe.it</w:t>
        </w:r>
      </w:hyperlink>
      <w:r>
        <w:t>)</w:t>
      </w:r>
      <w:r/>
    </w:p>
    <w:p>
      <w:pPr>
        <w:pStyle w:val="ListNumber"/>
        <w:spacing w:line="240" w:lineRule="auto"/>
        <w:ind w:left="720"/>
      </w:pPr>
      <w:r/>
      <w:hyperlink r:id="rId13">
        <w:r>
          <w:rPr>
            <w:color w:val="0000EE"/>
            <w:u w:val="single"/>
          </w:rPr>
          <w:t>https://www.senscritique.com/film/Ride_or_Die/44464379/critiques</w:t>
        </w:r>
      </w:hyperlink>
      <w:r>
        <w:t xml:space="preserve"> - Audience reviews on SensCritique for 'Ride or Die' express disappointment, with one critic comparing it unfavorably to 'Thelma &amp; Louise' and suggesting that Ridley Scott's film is a better choice. Another critic describes it as the worst lesbian film they've ever seen, citing unnecessary violence and almost lesbophobic moments. (</w:t>
      </w:r>
      <w:hyperlink r:id="rId20">
        <w:r>
          <w:rPr>
            <w:color w:val="0000EE"/>
            <w:u w:val="single"/>
          </w:rPr>
          <w:t>senscritique.com</w:t>
        </w:r>
      </w:hyperlink>
      <w:r>
        <w:t>)</w:t>
      </w:r>
      <w:r/>
    </w:p>
    <w:p>
      <w:pPr>
        <w:pStyle w:val="ListNumber"/>
        <w:spacing w:line="240" w:lineRule="auto"/>
        <w:ind w:left="720"/>
      </w:pPr>
      <w:r/>
      <w:hyperlink r:id="rId15">
        <w:r>
          <w:rPr>
            <w:color w:val="0000EE"/>
            <w:u w:val="single"/>
          </w:rPr>
          <w:t>https://www.readysteadycut.com/2019/06/07/elisa-and-marcela-review/</w:t>
        </w:r>
      </w:hyperlink>
      <w:r>
        <w:t xml:space="preserve"> - 'Elisa &amp; Marcela' is a slow-moving and intimate film that marks the moment in history where Spain had their first same-sex marriage. The review notes that while the film is visually appealing, it lacks energy and passion, which may have contributed to its mixed reception. (</w:t>
      </w:r>
      <w:hyperlink r:id="rId21">
        <w:r>
          <w:rPr>
            <w:color w:val="0000EE"/>
            <w:u w:val="single"/>
          </w:rPr>
          <w:t>readysteadycut.com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7-underrated-lesbian-films-on-netflix-that-deserve-more-love/" TargetMode="External"/><Relationship Id="rId10" Type="http://schemas.openxmlformats.org/officeDocument/2006/relationships/hyperlink" Target="https://www.rottentomatoes.com/m/elisa_and_marcela" TargetMode="External"/><Relationship Id="rId11" Type="http://schemas.openxmlformats.org/officeDocument/2006/relationships/hyperlink" Target="https://www.cinematographe.it/recensioni/elisa-y-marcela-recensione-netflix/" TargetMode="External"/><Relationship Id="rId12" Type="http://schemas.openxmlformats.org/officeDocument/2006/relationships/hyperlink" Target="https://www.rottentomatoes.com/m/ride_or_die" TargetMode="External"/><Relationship Id="rId13" Type="http://schemas.openxmlformats.org/officeDocument/2006/relationships/hyperlink" Target="https://www.senscritique.com/film/Ride_or_Die/44464379/critiques" TargetMode="External"/><Relationship Id="rId14" Type="http://schemas.openxmlformats.org/officeDocument/2006/relationships/hyperlink" Target="https://www.rottentomatoes.com/m/ride_or_die/reviews" TargetMode="External"/><Relationship Id="rId15" Type="http://schemas.openxmlformats.org/officeDocument/2006/relationships/hyperlink" Target="https://www.readysteadycut.com/2019/06/07/elisa-and-marcela-review/" TargetMode="External"/><Relationship Id="rId16" Type="http://schemas.openxmlformats.org/officeDocument/2006/relationships/hyperlink" Target="https://www.rottentomatoes.com/m/elisa_and_marcela?utm_source=openai" TargetMode="External"/><Relationship Id="rId17" Type="http://schemas.openxmlformats.org/officeDocument/2006/relationships/hyperlink" Target="https://www.rottentomatoes.com/m/ride_or_die?utm_source=openai" TargetMode="External"/><Relationship Id="rId18" Type="http://schemas.openxmlformats.org/officeDocument/2006/relationships/hyperlink" Target="https://www.rottentomatoes.com/m/ride_or_die/reviews?utm_source=openai" TargetMode="External"/><Relationship Id="rId19" Type="http://schemas.openxmlformats.org/officeDocument/2006/relationships/hyperlink" Target="https://www.cinematographe.it/recensioni/elisa-y-marcela-recensione-netflix/?utm_source=openai" TargetMode="External"/><Relationship Id="rId20" Type="http://schemas.openxmlformats.org/officeDocument/2006/relationships/hyperlink" Target="https://www.senscritique.com/film/Ride_or_Die/44464379/critiques?utm_source=openai" TargetMode="External"/><Relationship Id="rId21" Type="http://schemas.openxmlformats.org/officeDocument/2006/relationships/hyperlink" Target="https://readysteadycut.com/2019/06/07/elisa-and-marcela-review/?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