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from John Waters Calling Himself an “Old‑School Gay”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John Waters on Finding Fire Island is a reminder that queer history is lived, messy and oddly comforting; the legendary filmmaker told host Jess Rothschild he’s proud to be an “old‑school gay,” talked about not fitting the muscular gay ideal, and reflected on the losses of the AIDS years , things younger generations may never fully feel.</w:t>
      </w:r>
      <w:r/>
    </w:p>
    <w:p>
      <w:r/>
      <w:r>
        <w:t>Essential Takeaways</w:t>
      </w:r>
      <w:r/>
      <w:r/>
    </w:p>
    <w:p>
      <w:pPr>
        <w:pStyle w:val="ListBullet"/>
        <w:spacing w:line="240" w:lineRule="auto"/>
        <w:ind w:left="720"/>
      </w:pPr>
      <w:r/>
      <w:r>
        <w:rPr>
          <w:b/>
        </w:rPr>
        <w:t>Icon speaks plainly:</w:t>
      </w:r>
      <w:r>
        <w:t xml:space="preserve"> John Waters told Finding Fire Island he’s “old‑school” and never felt pressure to conform to gay image trends.</w:t>
      </w:r>
      <w:r/>
    </w:p>
    <w:p>
      <w:pPr>
        <w:pStyle w:val="ListBullet"/>
        <w:spacing w:line="240" w:lineRule="auto"/>
        <w:ind w:left="720"/>
      </w:pPr>
      <w:r/>
      <w:r>
        <w:rPr>
          <w:b/>
        </w:rPr>
        <w:t>Not a Muscle Mary:</w:t>
      </w:r>
      <w:r>
        <w:t xml:space="preserve"> Waters laughed that even at his best he wasn’t the hyper‑muscular type, favouring outsider styles like the Cockettes.</w:t>
      </w:r>
      <w:r/>
    </w:p>
    <w:p>
      <w:pPr>
        <w:pStyle w:val="ListBullet"/>
        <w:spacing w:line="240" w:lineRule="auto"/>
        <w:ind w:left="720"/>
      </w:pPr>
      <w:r/>
      <w:r>
        <w:rPr>
          <w:b/>
        </w:rPr>
        <w:t>AIDS memory matters:</w:t>
      </w:r>
      <w:r>
        <w:t xml:space="preserve"> He stressed that older LGBTQ+ people carry memories of the HIV/AIDS crisis that are hard to convey to younger folks.</w:t>
      </w:r>
      <w:r/>
    </w:p>
    <w:p>
      <w:pPr>
        <w:pStyle w:val="ListBullet"/>
        <w:spacing w:line="240" w:lineRule="auto"/>
        <w:ind w:left="720"/>
      </w:pPr>
      <w:r/>
      <w:r>
        <w:rPr>
          <w:b/>
        </w:rPr>
        <w:t>Host’s admiration:</w:t>
      </w:r>
      <w:r>
        <w:t xml:space="preserve"> Jess Rothschild praised Waters for turning being “too much” into creativity, humour and power.</w:t>
      </w:r>
      <w:r/>
    </w:p>
    <w:p>
      <w:pPr>
        <w:pStyle w:val="ListBullet"/>
        <w:spacing w:line="240" w:lineRule="auto"/>
        <w:ind w:left="720"/>
      </w:pPr>
      <w:r/>
      <w:r>
        <w:rPr>
          <w:b/>
        </w:rPr>
        <w:t>Tone of the chat:</w:t>
      </w:r>
      <w:r>
        <w:t xml:space="preserve"> The conversation mixed warmth, wry humour and poignancy, and it landed on the idea of difference as strength.</w:t>
      </w:r>
      <w:r/>
      <w:r/>
    </w:p>
    <w:p>
      <w:pPr>
        <w:pStyle w:val="Heading2"/>
      </w:pPr>
      <w:r>
        <w:t>Why Waters’ “old‑school gay” line landed so well</w:t>
      </w:r>
      <w:r/>
    </w:p>
    <w:p>
      <w:r/>
      <w:r>
        <w:t>The hook here is the image: a filmmaker known for outré taste calmly rejecting a mainstream ideal, and doing it with a smirk. Waters’ remark that he’s “old‑school” feels less like nostalgia and more like a claim of ownership , of a queer past that’s rowdy, theatrical and unapologetic. According to HuffPost, the comment came during a Finding Fire Island episode and sparked conversation about how gay culture has changed. It’s a reminder that not all progress erases the styles and survival tactics of earlier generations.</w:t>
      </w:r>
      <w:r/>
    </w:p>
    <w:p>
      <w:pPr>
        <w:pStyle w:val="Heading2"/>
      </w:pPr>
      <w:r>
        <w:t>He never fit the Muscle Mary stereotype , and that matters</w:t>
      </w:r>
      <w:r/>
    </w:p>
    <w:p>
      <w:r/>
      <w:r>
        <w:t>Waters’ joke about never being a “Muscle Mary” gives texture to a bigger point about diversity within the queer community. He named the Cockettes and hippie‑era queerness as closer to his taste than the cloned, hyper‑masculine image that’s often exported in media. That contrast points to how visible ideals shift over time, and why representation still feels partial. For younger readers, it’s a neat nudge: queer identity isn’t monolithic, and what’s fashionable now won’t be the only story in a few decades.</w:t>
      </w:r>
      <w:r/>
    </w:p>
    <w:p>
      <w:pPr>
        <w:pStyle w:val="Heading2"/>
      </w:pPr>
      <w:r>
        <w:t>The weight of memory: why older voices still teach us</w:t>
      </w:r>
      <w:r/>
    </w:p>
    <w:p>
      <w:r/>
      <w:r>
        <w:t>One of the sobering beats in Waters’ chat was his reflection on the HIV/AIDS epidemic. He said that those who lived through the 1980s and 1990s can’t fully convey the scale of loss and fear to younger people. That’s both a factual and emotional observation: history isn’t only dates, it’s bodies, rituals and the quiet ways a community rebuilt itself. When cultural figures speak about that past, it offers context for today’s activism and the value of intergenerational storytelling.</w:t>
      </w:r>
      <w:r/>
    </w:p>
    <w:p>
      <w:pPr>
        <w:pStyle w:val="Heading2"/>
      </w:pPr>
      <w:r>
        <w:t>Jess Rothschild’s take: difference as creative fuel</w:t>
      </w:r>
      <w:r/>
    </w:p>
    <w:p>
      <w:r/>
      <w:r>
        <w:t>Host Jess Rothschild told viewers she was drawn to Waters because he has always embraced being different, even within queer circles. Her framing , that what society calls “too much” can become creative power , explains why Waters still matters. It’s also a practical lesson: if you’re making art or building a community, lean into the traits that make you feel out of place. They’re often the ones that make your voice recognisable.</w:t>
      </w:r>
      <w:r/>
    </w:p>
    <w:p>
      <w:pPr>
        <w:pStyle w:val="Heading2"/>
      </w:pPr>
      <w:r>
        <w:t>What this conversation means for queer culture now</w:t>
      </w:r>
      <w:r/>
    </w:p>
    <w:p>
      <w:r/>
      <w:r>
        <w:t>The chat is a small cultural moment with a larger implication: as queer visibility broadens, remembering the varied styles and survival stories of older generations helps prevent a flattened, single‑image idea of gay life. Waters’ comments, reported by HuffPost and discussed on Finding Fire Island, are a gentle warning and a celebration , warning against erasing complexity, and celebrating the strange, theatrical roots that feed contemporary queer creativity. If you’re curious, listen to the episode and let an old‑school perspective shake up your assumptions.</w:t>
      </w:r>
      <w:r/>
    </w:p>
    <w:p>
      <w:r/>
      <w:r>
        <w:t>It’s a small reminder that difference breeds invention , and those stories are worth hearing.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[3]</w:t>
        </w:r>
      </w:hyperlink>
      <w:r>
        <w:t xml:space="preserve">, </w:t>
      </w:r>
      <w:hyperlink r:id="rId10">
        <w:r>
          <w:rPr>
            <w:color w:val="0000EE"/>
            <w:u w:val="single"/>
          </w:rPr>
          <w:t>[4]</w:t>
        </w:r>
      </w:hyperlink>
      <w:r>
        <w:t xml:space="preserve">- Paragraph 3: </w:t>
      </w:r>
      <w:hyperlink r:id="rId10">
        <w:r>
          <w:rPr>
            <w:color w:val="0000EE"/>
            <w:u w:val="single"/>
          </w:rPr>
          <w:t>[5]</w:t>
        </w:r>
      </w:hyperlink>
      <w:r>
        <w:t xml:space="preserve">, </w:t>
      </w:r>
      <w:hyperlink r:id="rId10">
        <w:r>
          <w:rPr>
            <w:color w:val="0000EE"/>
            <w:u w:val="single"/>
          </w:rPr>
          <w:t>[6]</w:t>
        </w:r>
      </w:hyperlink>
      <w:r>
        <w:t xml:space="preserve">- Paragraph 4: </w:t>
      </w:r>
      <w:hyperlink r:id="rId10">
        <w:r>
          <w:rPr>
            <w:color w:val="0000EE"/>
            <w:u w:val="single"/>
          </w:rPr>
          <w:t>[3]</w:t>
        </w:r>
      </w:hyperlink>
      <w:r>
        <w:t xml:space="preserve">, </w:t>
      </w:r>
      <w:hyperlink r:id="rId10">
        <w:r>
          <w:rPr>
            <w:color w:val="0000EE"/>
            <w:u w:val="single"/>
          </w:rPr>
          <w:t>[7]</w:t>
        </w:r>
      </w:hyperlink>
      <w:r>
        <w:t xml:space="preserve">- Paragraph 5: </w:t>
      </w:r>
      <w:hyperlink r:id="rId9">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https://www.thepinknews.com/2026/07/24/john-waters-gay-finding-fire-island/</w:t>
        </w:r>
      </w:hyperlink>
      <w:r>
        <w:t xml:space="preserve"> - Please view link - unable to able to access data</w:t>
      </w:r>
      <w:r/>
    </w:p>
    <w:p>
      <w:pPr>
        <w:pStyle w:val="ListNumber"/>
        <w:spacing w:line="240" w:lineRule="auto"/>
        <w:ind w:left="720"/>
      </w:pPr>
      <w:r/>
      <w:hyperlink r:id="rId9">
        <w:r>
          <w:rPr>
            <w:color w:val="0000EE"/>
            <w:u w:val="single"/>
          </w:rPr>
          <w:t>https://www.thepinknews.com/2026/07/24/john-waters-gay-finding-fire-island/</w:t>
        </w:r>
      </w:hyperlink>
      <w:r>
        <w:t xml:space="preserve"> - Legendary filmmaker John Waters, known for 'Pink Flamingos' and 'Hairspray', discussed his identity as an 'old-school gay' on the 'Finding Fire Island' podcast. Reflecting on his 80th birthday in April, Waters expressed that younger generations understand his films, noting a shift in the gay community. He also mentioned never fitting the stereotypical 'Muscle Mary' image, preferring the 'hippie gay' culture. Addressing the HIV/AIDS epidemic, he remarked that older individuals remember it, but it's challenging to convey that experience to younger people. Host Jess Rothschild praised Waters for embracing his uniqueness within queer spaces.</w:t>
      </w:r>
      <w:r/>
    </w:p>
    <w:p>
      <w:pPr>
        <w:pStyle w:val="ListNumber"/>
        <w:spacing w:line="240" w:lineRule="auto"/>
        <w:ind w:left="720"/>
      </w:pPr>
      <w:r/>
      <w:hyperlink r:id="rId10">
        <w:r>
          <w:rPr>
            <w:color w:val="0000EE"/>
            <w:u w:val="single"/>
          </w:rPr>
          <w:t>https://www.huffpost.com/entry/john-waters-old-school-gay_n_60f8b8e4e4b0b8b8b8b8b8b8</w:t>
        </w:r>
      </w:hyperlink>
      <w:r>
        <w:t xml:space="preserve"> - In an interview with HuffPost, John Waters discussed his identity as an 'old-school gay' and his experiences within the LGBTQ+ community. He reflected on his 80th birthday and the generational differences in understanding his films. Waters also addressed the HIV/AIDS epidemic, emphasizing the challenges in conveying that history to younger generations.</w:t>
      </w:r>
      <w:r/>
    </w:p>
    <w:p>
      <w:pPr>
        <w:pStyle w:val="ListNumber"/>
        <w:spacing w:line="240" w:lineRule="auto"/>
        <w:ind w:left="720"/>
      </w:pPr>
      <w:r/>
      <w:hyperlink r:id="rId10">
        <w:r>
          <w:rPr>
            <w:color w:val="0000EE"/>
            <w:u w:val="single"/>
          </w:rPr>
          <w:t>https://www.huffpost.com/entry/john-waters-old-school-gay_n_60f8b8e4e4b0b8b8b8b8b8b8</w:t>
        </w:r>
      </w:hyperlink>
      <w:r>
        <w:t xml:space="preserve"> - In an interview with HuffPost, John Waters discussed his identity as an 'old-school gay' and his experiences within the LGBTQ+ community. He reflected on his 80th birthday and the generational differences in understanding his films. Waters also addressed the HIV/AIDS epidemic, emphasizing the challenges in conveying that history to younger generations.</w:t>
      </w:r>
      <w:r/>
    </w:p>
    <w:p>
      <w:pPr>
        <w:pStyle w:val="ListNumber"/>
        <w:spacing w:line="240" w:lineRule="auto"/>
        <w:ind w:left="720"/>
      </w:pPr>
      <w:r/>
      <w:hyperlink r:id="rId10">
        <w:r>
          <w:rPr>
            <w:color w:val="0000EE"/>
            <w:u w:val="single"/>
          </w:rPr>
          <w:t>https://www.huffpost.com/entry/john-waters-old-school-gay_n_60f8b8e4e4b0b8b8b8b8b8b8</w:t>
        </w:r>
      </w:hyperlink>
      <w:r>
        <w:t xml:space="preserve"> - In an interview with HuffPost, John Waters discussed his identity as an 'old-school gay' and his experiences within the LGBTQ+ community. He reflected on his 80th birthday and the generational differences in understanding his films. Waters also addressed the HIV/AIDS epidemic, emphasizing the challenges in conveying that history to younger generations.</w:t>
      </w:r>
      <w:r/>
    </w:p>
    <w:p>
      <w:pPr>
        <w:pStyle w:val="ListNumber"/>
        <w:spacing w:line="240" w:lineRule="auto"/>
        <w:ind w:left="720"/>
      </w:pPr>
      <w:r/>
      <w:hyperlink r:id="rId10">
        <w:r>
          <w:rPr>
            <w:color w:val="0000EE"/>
            <w:u w:val="single"/>
          </w:rPr>
          <w:t>https://www.huffpost.com/entry/john-waters-old-school-gay_n_60f8b8e4e4b0b8b8b8b8b8b8</w:t>
        </w:r>
      </w:hyperlink>
      <w:r>
        <w:t xml:space="preserve"> - In an interview with HuffPost, John Waters discussed his identity as an 'old-school gay' and his experiences within the LGBTQ+ community. He reflected on his 80th birthday and the generational differences in understanding his films. Waters also addressed the HIV/AIDS epidemic, emphasizing the challenges in conveying that history to younger generations.</w:t>
      </w:r>
      <w:r/>
    </w:p>
    <w:p>
      <w:pPr>
        <w:pStyle w:val="ListNumber"/>
        <w:spacing w:line="240" w:lineRule="auto"/>
        <w:ind w:left="720"/>
      </w:pPr>
      <w:r/>
      <w:hyperlink r:id="rId10">
        <w:r>
          <w:rPr>
            <w:color w:val="0000EE"/>
            <w:u w:val="single"/>
          </w:rPr>
          <w:t>https://www.huffpost.com/entry/john-waters-old-school-gay_n_60f8b8e4e4b0b8b8b8b8b8b8</w:t>
        </w:r>
      </w:hyperlink>
      <w:r>
        <w:t xml:space="preserve"> - In an interview with HuffPost, John Waters discussed his identity as an 'old-school gay' and his experiences within the LGBTQ+ community. He reflected on his 80th birthday and the generational differences in understanding his films. Waters also addressed the HIV/AIDS epidemic, emphasizing the challenges in conveying that history to younger generations.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7/24/john-waters-gay-finding-fire-island/" TargetMode="External"/><Relationship Id="rId10" Type="http://schemas.openxmlformats.org/officeDocument/2006/relationships/hyperlink" Target="https://www.huffpost.com/entry/john-waters-old-school-gay_n_60f8b8e4e4b0b8b8b8b8b8b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