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Roles Played by the Cast of Christopher Nolan’s The Odyssey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cinephiles alike are revisiting Hollywood résumés: Christopher Nolan's The Odyssey packs a starry cast, and many of those faces carry surprising, acclaimed LGBTQ+ work in their back pockets, here’s a lively tour of the most notable queer roles and why they still matter.</w:t>
      </w:r>
      <w:r/>
    </w:p>
    <w:p>
      <w:r/>
      <w:r>
        <w:t>Essential Takeaways</w:t>
      </w:r>
      <w:r/>
      <w:r/>
    </w:p>
    <w:p>
      <w:pPr>
        <w:pStyle w:val="ListBullet"/>
        <w:spacing w:line="240" w:lineRule="auto"/>
        <w:ind w:left="720"/>
      </w:pPr>
      <w:r/>
      <w:r>
        <w:rPr>
          <w:b/>
        </w:rPr>
        <w:t>Big-name crossover:</w:t>
      </w:r>
      <w:r>
        <w:t xml:space="preserve"> Several lead and supporting players from The Odyssey have played memorable LGBTQ+ characters in films and TV, often in high-profile, award-winning projects.</w:t>
      </w:r>
      <w:r/>
    </w:p>
    <w:p>
      <w:pPr>
        <w:pStyle w:val="ListBullet"/>
        <w:spacing w:line="240" w:lineRule="auto"/>
        <w:ind w:left="720"/>
      </w:pPr>
      <w:r/>
      <w:r>
        <w:rPr>
          <w:b/>
        </w:rPr>
        <w:t>Range of portrayals:</w:t>
      </w:r>
      <w:r>
        <w:t xml:space="preserve"> Roles span biopics, dramas and prestige TV, from tender rom-com beats to harrowing true stories.</w:t>
      </w:r>
      <w:r/>
    </w:p>
    <w:p>
      <w:pPr>
        <w:pStyle w:val="ListBullet"/>
        <w:spacing w:line="240" w:lineRule="auto"/>
        <w:ind w:left="720"/>
      </w:pPr>
      <w:r/>
      <w:r>
        <w:rPr>
          <w:b/>
        </w:rPr>
        <w:t>Emotional textures:</w:t>
      </w:r>
      <w:r>
        <w:t xml:space="preserve"> Many performances bring rawness or quiet vulnerability, expect sensitive work, fierce transformations and occasional controversy.</w:t>
      </w:r>
      <w:r/>
    </w:p>
    <w:p>
      <w:pPr>
        <w:pStyle w:val="ListBullet"/>
        <w:spacing w:line="240" w:lineRule="auto"/>
        <w:ind w:left="720"/>
      </w:pPr>
      <w:r/>
      <w:r>
        <w:rPr>
          <w:b/>
        </w:rPr>
        <w:t>Practical viewing tip:</w:t>
      </w:r>
      <w:r>
        <w:t xml:space="preserve"> If you’re exploring cast filmographies, start with widely available streaming hits like Euphoria, The Umbrella Academy and Behind the Candelabra.</w:t>
      </w:r>
      <w:r/>
      <w:r/>
    </w:p>
    <w:p>
      <w:pPr>
        <w:pStyle w:val="Heading2"/>
      </w:pPr>
      <w:r>
        <w:t>Why this matters: star power meets representation</w:t>
      </w:r>
      <w:r/>
    </w:p>
    <w:p>
      <w:r/>
      <w:r>
        <w:t>Christopher Nolan's epic may be framed in ancient myth, but its cast reads like a who's-who of contemporary screen acting, and that matters for visibility. Some actors arrived at The Odyssey after playing queer figures in culturally significant projects, which helps mainstream those stories. And yes, there's a satisfying human detail here: seeing big stars take on queer roles signals a shift in what mainstream films are willing to show.</w:t>
      </w:r>
      <w:r/>
    </w:p>
    <w:p>
      <w:pPr>
        <w:pStyle w:val="Heading2"/>
      </w:pPr>
      <w:r>
        <w:t>Tom Holland: controversy and complexity beyond the Spider-Man suit</w:t>
      </w:r>
      <w:r/>
    </w:p>
    <w:p>
      <w:r/>
      <w:r>
        <w:t>Tom Holland plays Telemachus in Nolan's epic, but he also stepped into a fraught, gender-fluid storyline in Apple TV+'s The Crowded Room. The show features Holland as a character with multiple identities, one of which is Ariana, an arc that sparked loud, homophobic backlash online when a romantic scene aired. The reaction says as much about the culture around young actors as it does about the performance, and it underlines why sensitive portrayals still need careful handling.</w:t>
      </w:r>
      <w:r/>
    </w:p>
    <w:p>
      <w:pPr>
        <w:pStyle w:val="Heading2"/>
      </w:pPr>
      <w:r>
        <w:t>Veterans and biopics: Michael Douglas’s Liberace universe and more</w:t>
      </w:r>
      <w:r/>
    </w:p>
    <w:p>
      <w:r/>
      <w:r>
        <w:t>Matt Damon’s turn as Scott Thorson in Behind the Candelabra is a reminder that mainstream stars will sometimes dive headfirst into queer biopic territory. Damon’s small-but-bold performance opposite Michael Douglas gave a big-budget sheen to a love story that’s both tender and messy. These kinds of roles can reinvent an actor’s public image and make viewers re-examine familiar faces.</w:t>
      </w:r>
      <w:r/>
    </w:p>
    <w:p>
      <w:pPr>
        <w:pStyle w:val="Heading2"/>
      </w:pPr>
      <w:r>
        <w:t>Transformations: Charlize Theron and the power of radical makeovers</w:t>
      </w:r>
      <w:r/>
    </w:p>
    <w:p>
      <w:r/>
      <w:r>
        <w:t>Charlize Theron, who plays Calypso in The Odyssey, earned an Oscar for Monster, her terrifying and heartbreaking portrayal of Aileen Wuornos remains a touchstone for transformative acting. Theron later played a bisexual spy in Atomic Blonde, showing how actors can move between real-life stories and stylised genre pieces while continuing to portray queer characters with grit and nuance.</w:t>
      </w:r>
      <w:r/>
    </w:p>
    <w:p>
      <w:pPr>
        <w:pStyle w:val="Heading2"/>
      </w:pPr>
      <w:r>
        <w:t>Younger screens, loud feelings: Zendaya and Elliot Page on prestige TV</w:t>
      </w:r>
      <w:r/>
    </w:p>
    <w:p>
      <w:r/>
      <w:r>
        <w:t>Zendaya brings star wattage to Euphoria, where Rue’s entangled love for Jules is central to the show’s emotional engine. Meanwhile Elliot Page’s Viktor on The Umbrella Academy handled transition as part of a larger superhero saga, an example of how genre TV can incorporate real-world identities without reducing them to plot points. Both performances have helped normalise queer and trans narratives in shows watched by mainstream audiences.</w:t>
      </w:r>
      <w:r/>
    </w:p>
    <w:p>
      <w:pPr>
        <w:pStyle w:val="Heading2"/>
      </w:pPr>
      <w:r>
        <w:t>Unexpected turns: Robert Pattinson, Jovan Adepo and others</w:t>
      </w:r>
      <w:r/>
    </w:p>
    <w:p>
      <w:r/>
      <w:r>
        <w:t>Robert Pattinson’s early role in Little Ashes, as a young Salvador Dalí exploring an intimate relationship with Federico García Lorca, is a reminder that even actors now associated with megafranchises have queer-circuit credentials. And Jovan Adepo’s work in Watchmen, which reimagined Hooded Justice with a bisexual identity, shows how layered reinterpretations can add political and emotional depth to established myths. These parts reward viewers willing to dig into an actor’s back catalogue.</w:t>
      </w:r>
      <w:r/>
    </w:p>
    <w:p>
      <w:pPr>
        <w:pStyle w:val="Heading2"/>
      </w:pPr>
      <w:r>
        <w:t>How to pick what to watch next</w:t>
      </w:r>
      <w:r/>
    </w:p>
    <w:p>
      <w:r/>
      <w:r>
        <w:t>If you want to sample the queer work of The Odyssey ensemble, start with a mix: Behind the Candelabra for glossy biopic drama; The Umbrella Academy for a trans narrative wrapped in superhero chaos; Euphoria for raw, teen-centred queer storytelling. Remember to check content warnings, some of these projects deal with heavy subjects and explicit scenes. And if you’re curious about an actor’s range, look back to smaller indie titles; they often contain the most surprising turns.</w:t>
      </w:r>
      <w:r/>
    </w:p>
    <w:p>
      <w:r/>
      <w:r>
        <w:t>It's a small change in the way we read star résumés, but it makes the whole cast feel richer for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[7]</w:t>
        </w:r>
      </w:hyperlink>
      <w:r>
        <w:t xml:space="preserve">- Paragraph 7: </w:t>
      </w:r>
      <w:hyperlink r:id="rId13">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https://www.out.com/celebs/the-odyssey-cast-queer-roles</w:t>
        </w:r>
      </w:hyperlink>
      <w:r>
        <w:t xml:space="preserve"> - Please view link - unable to able to access data</w:t>
      </w:r>
      <w:r/>
    </w:p>
    <w:p>
      <w:pPr>
        <w:pStyle w:val="ListNumber"/>
        <w:spacing w:line="240" w:lineRule="auto"/>
        <w:ind w:left="720"/>
      </w:pPr>
      <w:r/>
      <w:hyperlink r:id="rId10">
        <w:r>
          <w:rPr>
            <w:color w:val="0000EE"/>
            <w:u w:val="single"/>
          </w:rPr>
          <w:t>https://www.indy100.com/tv/the-crowded-room-sex-scene</w:t>
        </w:r>
      </w:hyperlink>
      <w:r>
        <w:t xml:space="preserve"> - An article discussing the backlash Tom Holland faced from Spider-Man fans over a gay sex scene in 'The Crowded Room'. The scene depicts Holland's character, Danny Sullivan, engaging in a sexual encounter with another man in a nightclub bathroom. The article highlights the homophobic reactions online and notes that Holland's performance in the series has been met with both criticism and support. It also mentions Holland's previous roles and his efforts to diversify his acting portfolio beyond his superhero image.</w:t>
      </w:r>
      <w:r/>
    </w:p>
    <w:p>
      <w:pPr>
        <w:pStyle w:val="ListNumber"/>
        <w:spacing w:line="240" w:lineRule="auto"/>
        <w:ind w:left="720"/>
      </w:pPr>
      <w:r/>
      <w:hyperlink r:id="rId11">
        <w:r>
          <w:rPr>
            <w:color w:val="0000EE"/>
            <w:u w:val="single"/>
          </w:rPr>
          <w:t>https://www.pride.com/culture/tv/tom-holland-gay</w:t>
        </w:r>
      </w:hyperlink>
      <w:r>
        <w:t xml:space="preserve"> - An article explaining the controversy surrounding Tom Holland's gay sex scene in 'The Crowded Room'. The piece details the scene where Holland's character, Danny Sullivan, engages in a sexual act with another man in a club. It discusses the online backlash and homophobic comments that emerged following the scene's release. The article also touches on the broader context of LGBTQ+ representation in media and the reactions to Holland's portrayal of a queer character.</w:t>
      </w:r>
      <w:r/>
    </w:p>
    <w:p>
      <w:pPr>
        <w:pStyle w:val="ListNumber"/>
        <w:spacing w:line="240" w:lineRule="auto"/>
        <w:ind w:left="720"/>
      </w:pPr>
      <w:r/>
      <w:hyperlink r:id="rId13">
        <w:r>
          <w:rPr>
            <w:color w:val="0000EE"/>
            <w:u w:val="single"/>
          </w:rPr>
          <w:t>https://www.laemmle.com/film/spoiler-alert</w:t>
        </w:r>
      </w:hyperlink>
      <w:r>
        <w:t xml:space="preserve"> - A page providing information about the film 'Spoiler Alert', directed by Michael Showalter and based on Michael Ausiello's memoir. The film stars Jim Parsons, Ben Aldridge, Sally Field, and Bill Irwin. It is described as a heartfelt, genuine, and funny story that also deals with a tragic illness, celebrating love and life. The page includes showtimes and ticket information for screenings at Laemmle Theatres.</w:t>
      </w:r>
      <w:r/>
    </w:p>
    <w:p>
      <w:pPr>
        <w:pStyle w:val="ListNumber"/>
        <w:spacing w:line="240" w:lineRule="auto"/>
        <w:ind w:left="720"/>
      </w:pPr>
      <w:r/>
      <w:hyperlink r:id="rId12">
        <w:r>
          <w:rPr>
            <w:color w:val="0000EE"/>
            <w:u w:val="single"/>
          </w:rPr>
          <w:t>https://www.scmp.com/lifestyle/entertainment/article/3223220/apple-tv-drama-crowded-room-tom-holland-plays-troubled-young-man-crime-mystery-inspired-real-life</w:t>
        </w:r>
      </w:hyperlink>
      <w:r>
        <w:t xml:space="preserve"> - An article from the South China Morning Post discussing the Apple TV+ drama 'The Crowded Room', starring Tom Holland. The piece highlights Holland's role as Danny Sullivan, a young man arrested for a shooting, whose background is explored during questioning. It notes that the series is inspired by the real-life story of Billy Milligan, a man acquitted of rape and murder due to having multiple personalities. The article provides insights into the show's premise and Holland's performance.</w:t>
      </w:r>
      <w:r/>
    </w:p>
    <w:p>
      <w:pPr>
        <w:pStyle w:val="ListNumber"/>
        <w:spacing w:line="240" w:lineRule="auto"/>
        <w:ind w:left="720"/>
      </w:pPr>
      <w:r/>
      <w:hyperlink r:id="rId15">
        <w:r>
          <w:rPr>
            <w:color w:val="0000EE"/>
            <w:u w:val="single"/>
          </w:rPr>
          <w:t>https://www.elpais.com/television/2023-06-08/la-serie-que-ha-cambiado-la-vida-a-tom-holland-ahora-soy-capaz-de-situarme-en-un-lugar-mental-donde-soy-realmente-feliz.html</w:t>
        </w:r>
      </w:hyperlink>
      <w:r>
        <w:t xml:space="preserve"> - An interview with Tom Holland discussing how his participation in 'The Crowded Room' has transformed his personal and professional life. Holland shares insights into his role as Danny Sullivan, a young man involved in a 1979 shooting, and reflects on the emotional challenges of filming. He mentions the series' inspiration from the real-life case of Billy Milligan and expresses hope that it will help viewers understand the experiences of those with mental health issues.</w:t>
      </w:r>
      <w:r/>
    </w:p>
    <w:p>
      <w:pPr>
        <w:pStyle w:val="ListNumber"/>
        <w:spacing w:line="240" w:lineRule="auto"/>
        <w:ind w:left="720"/>
      </w:pPr>
      <w:r/>
      <w:hyperlink r:id="rId14">
        <w:r>
          <w:rPr>
            <w:color w:val="0000EE"/>
            <w:u w:val="single"/>
          </w:rPr>
          <w:t>https://www.youtube.com/watch?v=hZu9Z0xs5nQ</w:t>
        </w:r>
      </w:hyperlink>
      <w:r>
        <w:t xml:space="preserve"> - A YouTube video showcasing the gay sex scene featuring Tom Holland from 'The Crowded Room'. The scene is set to the song 'Rush' by Troye Sivan and is from Season 1, Episode 8, titled 'Reunion'. The video has garnered significant views and discussions online, highlighting the impact of the scene on audiences and the broader conversation about LGBTQ+ representation in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the-odyssey-cast-queer-roles" TargetMode="External"/><Relationship Id="rId10" Type="http://schemas.openxmlformats.org/officeDocument/2006/relationships/hyperlink" Target="https://www.indy100.com/tv/the-crowded-room-sex-scene" TargetMode="External"/><Relationship Id="rId11" Type="http://schemas.openxmlformats.org/officeDocument/2006/relationships/hyperlink" Target="https://www.pride.com/culture/tv/tom-holland-gay" TargetMode="External"/><Relationship Id="rId12" Type="http://schemas.openxmlformats.org/officeDocument/2006/relationships/hyperlink" Target="https://www.scmp.com/lifestyle/entertainment/article/3223220/apple-tv-drama-crowded-room-tom-holland-plays-troubled-young-man-crime-mystery-inspired-real-life" TargetMode="External"/><Relationship Id="rId13" Type="http://schemas.openxmlformats.org/officeDocument/2006/relationships/hyperlink" Target="https://www.laemmle.com/film/spoiler-alert" TargetMode="External"/><Relationship Id="rId14" Type="http://schemas.openxmlformats.org/officeDocument/2006/relationships/hyperlink" Target="https://www.youtube.com/watch?v=hZu9Z0xs5nQ" TargetMode="External"/><Relationship Id="rId15" Type="http://schemas.openxmlformats.org/officeDocument/2006/relationships/hyperlink" Target="https://www.elpais.com/television/2023-06-08/la-serie-que-ha-cambiado-la-vida-a-tom-holland-ahora-soy-capaz-de-situarme-en-un-lugar-mental-donde-soy-realmente-feliz.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