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Week Events in Hamburg: Why 46 Years of CSD Still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protest and reflect: Hamburg’s Pride Week brings colourful trucks, volunteer energy and a clear call for government action as the city prepares for the 46th Christopher Street Day parade , a major week of readings, workshops and a four-kilometre demonstration that matters for safety and visibility.</w:t>
      </w:r>
      <w:r/>
    </w:p>
    <w:p>
      <w:r/>
      <w:r>
        <w:t>Essential Takeaways</w:t>
      </w:r>
      <w:r/>
      <w:r/>
    </w:p>
    <w:p>
      <w:pPr>
        <w:pStyle w:val="ListBullet"/>
        <w:spacing w:line="240" w:lineRule="auto"/>
        <w:ind w:left="720"/>
      </w:pPr>
      <w:r/>
      <w:r>
        <w:rPr>
          <w:b/>
        </w:rPr>
        <w:t>Biggest local parade:</w:t>
      </w:r>
      <w:r>
        <w:t xml:space="preserve"> Hamburg hosts its 46th CSD with around 40 decorated trucks and 120 registered groups, creating a lively, visible march. </w:t>
      </w:r>
      <w:r/>
    </w:p>
    <w:p>
      <w:pPr>
        <w:pStyle w:val="ListBullet"/>
        <w:spacing w:line="240" w:lineRule="auto"/>
        <w:ind w:left="720"/>
      </w:pPr>
      <w:r/>
      <w:r>
        <w:rPr>
          <w:b/>
        </w:rPr>
        <w:t>Changed route for safety:</w:t>
      </w:r>
      <w:r>
        <w:t xml:space="preserve"> The procession runs via Lübecker Straße and Steindamm, finishing at Lombardsbrücke to avoid narrow streets. </w:t>
      </w:r>
      <w:r/>
    </w:p>
    <w:p>
      <w:pPr>
        <w:pStyle w:val="ListBullet"/>
        <w:spacing w:line="240" w:lineRule="auto"/>
        <w:ind w:left="720"/>
      </w:pPr>
      <w:r/>
      <w:r>
        <w:rPr>
          <w:b/>
        </w:rPr>
        <w:t>Rising hate crimes:</w:t>
      </w:r>
      <w:r>
        <w:t xml:space="preserve"> Police figures show an upward trend in queer‑motivated offences in recent years, underlining organisers’ security concerns. </w:t>
      </w:r>
      <w:r/>
    </w:p>
    <w:p>
      <w:pPr>
        <w:pStyle w:val="ListBullet"/>
        <w:spacing w:line="240" w:lineRule="auto"/>
        <w:ind w:left="720"/>
      </w:pPr>
      <w:r/>
      <w:r>
        <w:rPr>
          <w:b/>
        </w:rPr>
        <w:t>Political demand:</w:t>
      </w:r>
      <w:r>
        <w:t xml:space="preserve"> Hamburg Pride is urging the federal government to reinstate the “Queer Leben” action plan to boost protection and recognition. </w:t>
      </w:r>
      <w:r/>
    </w:p>
    <w:p>
      <w:pPr>
        <w:pStyle w:val="ListBullet"/>
        <w:spacing w:line="240" w:lineRule="auto"/>
        <w:ind w:left="720"/>
      </w:pPr>
      <w:r/>
      <w:r>
        <w:rPr>
          <w:b/>
        </w:rPr>
        <w:t>Community effort:</w:t>
      </w:r>
      <w:r>
        <w:t xml:space="preserve"> The week and parade are run largely by volunteers, mixing activism, culture and corporate participation.</w:t>
      </w:r>
      <w:r/>
      <w:r/>
    </w:p>
    <w:p>
      <w:pPr>
        <w:pStyle w:val="Heading2"/>
      </w:pPr>
      <w:r>
        <w:t>A colourful, noisy show with a serious message</w:t>
      </w:r>
      <w:r/>
    </w:p>
    <w:p>
      <w:r/>
      <w:r>
        <w:t>The opening image is immediate: bright trucks rumbling through the city, music and flags, and the hum of people gathering , both celebratory and resolute. Hamburg’s Pride Week centres on community events that crescendo in the CSD parade, a spectacle that’s as much about joy as it is about demanding change. According to city event listings, the CSD brings together groups from parties, churches, businesses and grassroots collectives, so expect a broad cross‑section of supporters and very different visual tones.</w:t>
      </w:r>
      <w:r/>
    </w:p>
    <w:p>
      <w:r/>
      <w:r>
        <w:t>Volunteers from Hamburg Pride e.V. organise most events and the parade itself, which gives the week a distinctly DIY, grassroots feel. That mix matters: it keeps the festival accessible while focusing attention on issues beyond parties , trainings, readings and workshops that aim to educate and protect. If you’re planning to attend, arrive early for side events if you want quieter conversation and practical resources.</w:t>
      </w:r>
      <w:r/>
    </w:p>
    <w:p>
      <w:pPr>
        <w:pStyle w:val="Heading2"/>
      </w:pPr>
      <w:r>
        <w:t>Why the route was altered , safety first</w:t>
      </w:r>
      <w:r/>
    </w:p>
    <w:p>
      <w:r/>
      <w:r>
        <w:t>For the second year running the parade avoids the narrow Lange Reihe, instead using Lübecker Straße and Steindamm and finishing at Lombardsbrücke. The change isn’t cosmetic: organisers and police point to crowding and safety logistics as the reason. A longer, wider route helps manage large floats and the thousands who turn up to march or watch.</w:t>
      </w:r>
      <w:r/>
    </w:p>
    <w:p>
      <w:r/>
      <w:r>
        <w:t>Practical tip: if you’re watching the parade, pick a point along the wider stretches for better sightlines and easier exits. And if you’re marching, wear comfortable shoes , it’s roughly four kilometres , and bring water and a small first‑aid kit if you can.</w:t>
      </w:r>
      <w:r/>
    </w:p>
    <w:p>
      <w:pPr>
        <w:pStyle w:val="Heading2"/>
      </w:pPr>
      <w:r>
        <w:t>Numbers that worry organisers</w:t>
      </w:r>
      <w:r/>
    </w:p>
    <w:p>
      <w:r/>
      <w:r>
        <w:t>There’s a sobering backdrop to the festivities. Police data show that hate crimes targeting gender diversity and sexual orientation in Hamburg rose in recent years. Organisers and local media have flagged a steady increase, which has made security a central talking point this year. That’s why you’ll see visible stewards, coordinated entry points and a public emphasis on safe spaces throughout the week.</w:t>
      </w:r>
      <w:r/>
    </w:p>
    <w:p>
      <w:r/>
      <w:r>
        <w:t>For visitors and participants, that means being alert and looking out for one another. If you witness or experience harassment, report it to stewards or the police presence nearby , many events highlight reporting channels and helplines between workshops and info booths.</w:t>
      </w:r>
      <w:r/>
    </w:p>
    <w:p>
      <w:pPr>
        <w:pStyle w:val="Heading2"/>
      </w:pPr>
      <w:r>
        <w:t>The political ask: bring back “Queer Leben”</w:t>
      </w:r>
      <w:r/>
    </w:p>
    <w:p>
      <w:r/>
      <w:r>
        <w:t>A clear demand from Hamburg Pride is that the federal government reinstate the “Queer Leben” action plan originally introduced in 2022. The plan bundled measures on safety, legal recognition and counselling support , everything from stronger protective policies to resource funding for support services. Organisers say dropping the programme was a mistake that leaves communities more exposed.</w:t>
      </w:r>
      <w:r/>
    </w:p>
    <w:p>
      <w:r/>
      <w:r>
        <w:t>The call connects local street action to national policy: rallies and marches aren’t just photo moments, they’re pressure tactics aimed at restoring a framework for protection. Expect speeches and banners that reference concrete reforms rather than vague slogans.</w:t>
      </w:r>
      <w:r/>
    </w:p>
    <w:p>
      <w:pPr>
        <w:pStyle w:val="Heading2"/>
      </w:pPr>
      <w:r>
        <w:t>Community spirit and unexpected supporters</w:t>
      </w:r>
      <w:r/>
    </w:p>
    <w:p>
      <w:r/>
      <w:r>
        <w:t>One of the week’s striking features is how many different actors show up. From small NGOs and art collectives to large businesses and church groups, the parade reflects an expanding public coalition. Local organisations often run readings and workshops, while some companies bring colourful corporate floats , which can be contentious, but also broaden reach.</w:t>
      </w:r>
      <w:r/>
    </w:p>
    <w:p>
      <w:r/>
      <w:r>
        <w:t>If you want to get more involved beyond watching, volunteer slots and smaller fringe events offer meaningful ways to connect. Many visitors remark on the warmth of veteran volunteers and the surprising depth of the programme: you’ll find anything from legal clinics to queer film nights.</w:t>
      </w:r>
      <w:r/>
    </w:p>
    <w:p>
      <w:r/>
      <w:r>
        <w:t>It's a small change that can make every march and every workshop feel safer and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https://www.stern.de/gesellschaft/regional/hamburg-schleswig-holstein/vielfalt--hamburgs-pride-week--46-jahre-csd-und-klare-forderung-38004190.html</w:t>
        </w:r>
      </w:hyperlink>
      <w:r>
        <w:t xml:space="preserve"> - Please view link - unable to able to access data</w:t>
      </w:r>
      <w:r/>
    </w:p>
    <w:p>
      <w:pPr>
        <w:pStyle w:val="ListNumber"/>
        <w:spacing w:line="240" w:lineRule="auto"/>
        <w:ind w:left="720"/>
      </w:pPr>
      <w:r/>
      <w:hyperlink r:id="rId10">
        <w:r>
          <w:rPr>
            <w:color w:val="0000EE"/>
            <w:u w:val="single"/>
          </w:rPr>
          <w:t>https://www.hamburg.com/visitors/events/csd-21074</w:t>
        </w:r>
      </w:hyperlink>
      <w:r>
        <w:t xml:space="preserve"> - Hamburg Pride Week is an annual event celebrating the city's vibrant LGBTQIA+ community. The week features a variety of activities, including performances, parties, lectures, and panels, culminating in the grand Christopher Street Day (CSD) parade on Saturday. The event aims to promote acceptance and celebrate diversity within Hamburg.</w:t>
      </w:r>
      <w:r/>
    </w:p>
    <w:p>
      <w:pPr>
        <w:pStyle w:val="ListNumber"/>
        <w:spacing w:line="240" w:lineRule="auto"/>
        <w:ind w:left="720"/>
      </w:pPr>
      <w:r/>
      <w:hyperlink r:id="rId12">
        <w:r>
          <w:rPr>
            <w:color w:val="0000EE"/>
            <w:u w:val="single"/>
          </w:rPr>
          <w:t>https://www.hamburg.de/politik-und-verwaltung/behoerden/bwfg/unsere-themen/gleichstellung/csd-195094</w:t>
        </w:r>
      </w:hyperlink>
      <w:r>
        <w:t xml:space="preserve"> - The Hamburg Senate has updated the 'Hamburg l(i)ebt vielfältig' action plan to enhance the acceptance of sexual and gender diversity. The plan focuses on promoting recognition and combating discrimination against homo- and bisexual, as well as trans* and intersex individuals, through various initiatives and support structures.</w:t>
      </w:r>
      <w:r/>
    </w:p>
    <w:p>
      <w:pPr>
        <w:pStyle w:val="ListNumber"/>
        <w:spacing w:line="240" w:lineRule="auto"/>
        <w:ind w:left="720"/>
      </w:pPr>
      <w:r/>
      <w:hyperlink r:id="rId11">
        <w:r>
          <w:rPr>
            <w:color w:val="0000EE"/>
            <w:u w:val="single"/>
          </w:rPr>
          <w:t>https://www.otto.de/unternehmen/de/presse/otto-startet-in-die-hamburger-pride-week</w:t>
        </w:r>
      </w:hyperlink>
      <w:r>
        <w:t xml:space="preserve"> - In 2023, OTTO, a major German online retailer, participated in Hamburg's Pride Week under the motto 'Tanz, wie es dir gefällt' ('Dance as you like'). The company organised a podium discussion and joined the CSD parade with its own truck, emphasising its commitment to diversity and inclusion.</w:t>
      </w:r>
      <w:r/>
    </w:p>
    <w:p>
      <w:pPr>
        <w:pStyle w:val="ListNumber"/>
        <w:spacing w:line="240" w:lineRule="auto"/>
        <w:ind w:left="720"/>
      </w:pPr>
      <w:r/>
      <w:hyperlink r:id="rId14">
        <w:r>
          <w:rPr>
            <w:color w:val="0000EE"/>
            <w:u w:val="single"/>
          </w:rPr>
          <w:t>https://www.queer.de/detail.php?article_id=44324</w:t>
        </w:r>
      </w:hyperlink>
      <w:r>
        <w:t xml:space="preserve"> - In January 2023, the Queer Commissioner of the German government, Sven Lehmann, invited organisations to contribute their expertise to the 'Queer leben' action plan. This initiative aims to strengthen the acceptance and protection of sexual and gender diversity in Germany by involving various stakeholders in its implementation.</w:t>
      </w:r>
      <w:r/>
    </w:p>
    <w:p>
      <w:pPr>
        <w:pStyle w:val="ListNumber"/>
        <w:spacing w:line="240" w:lineRule="auto"/>
        <w:ind w:left="720"/>
      </w:pPr>
      <w:r/>
      <w:hyperlink r:id="rId13">
        <w:r>
          <w:rPr>
            <w:color w:val="0000EE"/>
            <w:u w:val="single"/>
          </w:rPr>
          <w:t>https://www.radiohamburg.de/aktuelles/hamburg/Die-wichtigsten-Fragen-Antworten-zum-CSD-2023-in-Hamburg-id936617.html</w:t>
        </w:r>
      </w:hyperlink>
      <w:r>
        <w:t xml:space="preserve"> - Radio Hamburg provides comprehensive information about the 2023 Christopher Street Day (CSD) in Hamburg, including the event's schedule, route, and key details. The CSD parade, a highlight of the Pride Week, is set to take place on 5 August 2023, starting at 12:00 PM in the Lange Reihe area.</w:t>
      </w:r>
      <w:r/>
    </w:p>
    <w:p>
      <w:pPr>
        <w:pStyle w:val="ListNumber"/>
        <w:spacing w:line="240" w:lineRule="auto"/>
        <w:ind w:left="720"/>
      </w:pPr>
      <w:r/>
      <w:hyperlink r:id="rId15">
        <w:r>
          <w:rPr>
            <w:color w:val="0000EE"/>
            <w:u w:val="single"/>
          </w:rPr>
          <w:t>https://www.youtube.com/watch?v=SRwq5KI6drQ</w:t>
        </w:r>
      </w:hyperlink>
      <w:r>
        <w:t xml:space="preserve"> - This video features the presentation of the 'Queer leben' action plan by the German government, aimed at enhancing the acceptance and protection of sexual and gender diversity. The plan outlines various measures to combat queerphobia and promote inclusivity across the country.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hamburg-schleswig-holstein/vielfalt--hamburgs-pride-week--46-jahre-csd-und-klare-forderung-38004190.html" TargetMode="External"/><Relationship Id="rId10" Type="http://schemas.openxmlformats.org/officeDocument/2006/relationships/hyperlink" Target="https://www.hamburg.com/visitors/events/csd-21074" TargetMode="External"/><Relationship Id="rId11" Type="http://schemas.openxmlformats.org/officeDocument/2006/relationships/hyperlink" Target="https://www.otto.de/unternehmen/de/presse/otto-startet-in-die-hamburger-pride-week" TargetMode="External"/><Relationship Id="rId12" Type="http://schemas.openxmlformats.org/officeDocument/2006/relationships/hyperlink" Target="https://www.hamburg.de/politik-und-verwaltung/behoerden/bwfg/unsere-themen/gleichstellung/csd-195094" TargetMode="External"/><Relationship Id="rId13" Type="http://schemas.openxmlformats.org/officeDocument/2006/relationships/hyperlink" Target="https://www.radiohamburg.de/aktuelles/hamburg/Die-wichtigsten-Fragen-Antworten-zum-CSD-2023-in-Hamburg-id936617.html" TargetMode="External"/><Relationship Id="rId14" Type="http://schemas.openxmlformats.org/officeDocument/2006/relationships/hyperlink" Target="https://www.queer.de/detail.php?article_id=44324" TargetMode="External"/><Relationship Id="rId15" Type="http://schemas.openxmlformats.org/officeDocument/2006/relationships/hyperlink" Target="https://www.youtube.com/watch?v=SRwq5KI6dr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