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OutfestNEXT 2026 Picks: Top Queer Films and Events in Los Angeles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cinema-goers are flocking to Los Angeles as Outfest launches OutfestNEXT, a four-day celebration of independent LGBTQ+ cinema at the Village at Ed Gould Plaza from July 23–26, bringing premieres, panels, and receptions that matter to queer storytellers and audiences.</w:t>
      </w:r>
      <w:r/>
    </w:p>
    <w:p>
      <w:r/>
      <w:r>
        <w:t>Essential Takeaways</w:t>
      </w:r>
      <w:r/>
      <w:r/>
    </w:p>
    <w:p>
      <w:pPr>
        <w:pStyle w:val="ListBullet"/>
        <w:spacing w:line="240" w:lineRule="auto"/>
        <w:ind w:left="720"/>
      </w:pPr>
      <w:r/>
      <w:r>
        <w:rPr>
          <w:b/>
        </w:rPr>
        <w:t>When and where:</w:t>
      </w:r>
      <w:r>
        <w:t xml:space="preserve"> July 23–26 at the Los Angeles LGBT Center’s Village at Ed Gould Plaza, screenings in the Renberg Theatre and Outfest Microcinema. </w:t>
      </w:r>
      <w:r/>
    </w:p>
    <w:p>
      <w:pPr>
        <w:pStyle w:val="ListBullet"/>
        <w:spacing w:line="240" w:lineRule="auto"/>
        <w:ind w:left="720"/>
      </w:pPr>
      <w:r/>
      <w:r>
        <w:rPr>
          <w:b/>
        </w:rPr>
        <w:t>Headliners to watch:</w:t>
      </w:r>
      <w:r>
        <w:t xml:space="preserve"> Kristen Stewart–executive produced Barbara Forever and Lilly Wachowski–executive produced Something You Should Know About Me. </w:t>
      </w:r>
      <w:r/>
    </w:p>
    <w:p>
      <w:pPr>
        <w:pStyle w:val="ListBullet"/>
        <w:spacing w:line="240" w:lineRule="auto"/>
        <w:ind w:left="720"/>
      </w:pPr>
      <w:r/>
      <w:r>
        <w:rPr>
          <w:b/>
        </w:rPr>
        <w:t>Program mix:</w:t>
      </w:r>
      <w:r>
        <w:t xml:space="preserve"> Narrative features, documentaries, short-film blocks, workshops and industry panels for filmmakers. </w:t>
      </w:r>
      <w:r/>
    </w:p>
    <w:p>
      <w:pPr>
        <w:pStyle w:val="ListBullet"/>
        <w:spacing w:line="240" w:lineRule="auto"/>
        <w:ind w:left="720"/>
      </w:pPr>
      <w:r/>
      <w:r>
        <w:rPr>
          <w:b/>
        </w:rPr>
        <w:t>Atmosphere:</w:t>
      </w:r>
      <w:r>
        <w:t xml:space="preserve"> Intimate screenings, courtyard receptions, and a microcinema that feels hands-on and community-driven. </w:t>
      </w:r>
      <w:r/>
    </w:p>
    <w:p>
      <w:pPr>
        <w:pStyle w:val="ListBullet"/>
        <w:spacing w:line="240" w:lineRule="auto"/>
        <w:ind w:left="720"/>
      </w:pPr>
      <w:r/>
      <w:r>
        <w:rPr>
          <w:b/>
        </w:rPr>
        <w:t>Practical tip:</w:t>
      </w:r>
      <w:r>
        <w:t xml:space="preserve"> Book early for evening slots and plan time for pre/post-screening receptions in the Village Courtyard.</w:t>
      </w:r>
      <w:r/>
      <w:r/>
    </w:p>
    <w:p>
      <w:pPr>
        <w:pStyle w:val="Heading2"/>
      </w:pPr>
      <w:r>
        <w:t>Why OutfestNEXT feels like a homecoming for queer film fans</w:t>
      </w:r>
      <w:r/>
    </w:p>
    <w:p>
      <w:r/>
      <w:r>
        <w:t>The festival's programme is built to feel personal, with a compact four-day run that invites repeat visits and conversation. The Renberg Theatre offers a more theatrical vibe while the Outfest Microcinema keeps things low-key and chatty, with a faint smell of popcorn and earnest debate in the air. According to Outfest's event listings, this mix of venues lets audiences bounce between big premieres and more experimental shorts without losing momentum.</w:t>
      </w:r>
      <w:r/>
    </w:p>
    <w:p>
      <w:r/>
      <w:r>
        <w:t>Outfest began in the spirit of grassroots curation back in 1982 at UCLA, and that DNA shows in this weekend's tight curation. Panels and workshops in the Microcinema put practising filmmakers up close with industry folks, so it's as much about craft as it is about celebration. If you're making something yourself, pack a notebook; if you just love queer stories, expect to meet creators who are generous with context and anecdotes.</w:t>
      </w:r>
      <w:r/>
    </w:p>
    <w:p>
      <w:pPr>
        <w:pStyle w:val="Heading2"/>
      </w:pPr>
      <w:r>
        <w:t>The films to mark in your diary</w:t>
      </w:r>
      <w:r/>
    </w:p>
    <w:p>
      <w:r/>
      <w:r>
        <w:t>Standouts include Barbara Forever, a documentary executive produced by Kristen Stewart that revisits the work and influence of filmmaker Barbara Hammer, and Something You Should Know About Me, a trans coming-of-age romantic comedy with Lilly Wachowski as executive producer. There's also Test, a sports drama centred on an Ohio bodybuilder, and Maspalomas, a Spanish-language feature about displacement and ageing.</w:t>
      </w:r>
      <w:r/>
    </w:p>
    <w:p>
      <w:r/>
      <w:r>
        <w:t>These selections point to a clear editorial thread: lived, specific queer experiences rather than broad-stroke representation. That means you might laugh, you might wince, and you might leave feeling like you’ve learned something new about a corner of the community. If you pick only one slot, choose a pairing that mixes a documentary with a narrative piece to see different storytelling tools at work.</w:t>
      </w:r>
      <w:r/>
    </w:p>
    <w:p>
      <w:pPr>
        <w:pStyle w:val="Heading2"/>
      </w:pPr>
      <w:r>
        <w:t>Panels, workshops and the chance to learn from insiders</w:t>
      </w:r>
      <w:r/>
    </w:p>
    <w:p>
      <w:r/>
      <w:r>
        <w:t>Outfest's schedule includes industry-focused panels and filmmaker workshops inside the Microcinema, designed to support both emerging and working creatives. The festival website lists sessions aimed at production, distribution and archival practice, which makes sense given Outfest’s long partnership with the UCLA Film and Television Archive.</w:t>
      </w:r>
      <w:r/>
    </w:p>
    <w:p>
      <w:r/>
      <w:r>
        <w:t>For indie filmmakers, these events are the practical gold: conversations about microbudget strategies, how to approach festivals and what to expect from sales agents. For curious viewers, panels are a rare chance to hear a director discuss a shot or a producer explain why a film was financed. Bring a business card or a polite question.</w:t>
      </w:r>
      <w:r/>
    </w:p>
    <w:p>
      <w:pPr>
        <w:pStyle w:val="Heading2"/>
      </w:pPr>
      <w:r>
        <w:t>The vibe: intimate, celebratory and a little starry</w:t>
      </w:r>
      <w:r/>
    </w:p>
    <w:p>
      <w:r/>
      <w:r>
        <w:t>Between screenings you can wander into the Village Courtyard for pre- and post-screening receptions, which are a lovely way to catch up with friends or bump into artists. Sponsors such as Delta Air Lines and Art &amp; Rev help keep events accessible, and the festival’s campus-style layout keeps energy high without feeling overwhelming.</w:t>
      </w:r>
      <w:r/>
    </w:p>
    <w:p>
      <w:r/>
      <w:r>
        <w:t>OutfestNEXT intentionally cultivates a communal experience rather than the red-carpet gloss of larger festivals. Expect earnest conversations, hopeful chatter about distribution and the odd celebrity executive producer turning up to lend support. It’s the kind of weekend where you leave with both a new favourite film and a stack of recommendations from strangers.</w:t>
      </w:r>
      <w:r/>
    </w:p>
    <w:p>
      <w:pPr>
        <w:pStyle w:val="Heading2"/>
      </w:pPr>
      <w:r>
        <w:t>How to make the most of the weekend</w:t>
      </w:r>
      <w:r/>
    </w:p>
    <w:p>
      <w:r/>
      <w:r>
        <w:t>Plan screenings around the Microcinema workshops if you want to network; book evening premieres early; and check runtime and content warnings so you're not caught out by intense material. If you travel in from outside LA, sponsors sometimes mean discounted travel or promo codes, so glance at the festival site for offers.</w:t>
      </w:r>
      <w:r/>
    </w:p>
    <w:p>
      <w:r/>
      <w:r>
        <w:t>Finally, bring comfy shoes , the Village is strollable and you’ll be on your feet between venues and receptions. Take a moment between screenings to sit in the courtyard and let the films settle; it's where the festival's best conversations happen.</w:t>
      </w:r>
      <w:r/>
    </w:p>
    <w:p>
      <w:r/>
      <w:r>
        <w:t>It's a small festival format with big intentions , go curious.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[2]</w:t>
        </w:r>
      </w:hyperlink>
      <w:r>
        <w:t xml:space="preserve">- Paragraph 6: </w:t>
      </w:r>
      <w:hyperlink r:id="rId14">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https://thepridela.com/2026/07/outfestnext-brings-four-days-of-lgbtq-cinema-to-los-angeles/?utm_source=rss&amp;utm_medium=rss&amp;utm_campaign=outfestnext-brings-four-days-of-lgbtq-cinema-to-los-angeles</w:t>
        </w:r>
      </w:hyperlink>
      <w:r>
        <w:t xml:space="preserve"> - Please view link - unable to able to access data</w:t>
      </w:r>
      <w:r/>
    </w:p>
    <w:p>
      <w:pPr>
        <w:pStyle w:val="ListNumber"/>
        <w:spacing w:line="240" w:lineRule="auto"/>
        <w:ind w:left="720"/>
      </w:pPr>
      <w:r/>
      <w:hyperlink r:id="rId13">
        <w:r>
          <w:rPr>
            <w:color w:val="0000EE"/>
            <w:u w:val="single"/>
          </w:rPr>
          <w:t>https://www.outfest.org/</w:t>
        </w:r>
      </w:hyperlink>
      <w:r>
        <w:t xml:space="preserve"> - Outfest is a Los Angeles-based nonprofit organisation dedicated to promoting LGBTQ+ storytelling through film. Established in 1982, it has been a significant platform for queer cinema, offering various programmes, including the Outfest Los Angeles LGBTQ+ Film Festival and the Outfest Fusion QTBIPOC Film Festival. The organisation also supports filmmakers through education, mentorship, and funding, aiming to amplify diverse voices within the LGBTQ+ community. Outfest's initiatives encompass screenings, workshops, and the preservation of LGBTQ+ moving images, contributing to the rich tapestry of queer cinema.</w:t>
      </w:r>
      <w:r/>
    </w:p>
    <w:p>
      <w:pPr>
        <w:pStyle w:val="ListNumber"/>
        <w:spacing w:line="240" w:lineRule="auto"/>
        <w:ind w:left="720"/>
      </w:pPr>
      <w:r/>
      <w:hyperlink r:id="rId14">
        <w:r>
          <w:rPr>
            <w:color w:val="0000EE"/>
            <w:u w:val="single"/>
          </w:rPr>
          <w:t>https://www.outfest.org/screenings-events</w:t>
        </w:r>
      </w:hyperlink>
      <w:r>
        <w:t xml:space="preserve"> - Outfest's Screenings &amp; Events page provides information on upcoming and past events, including film festivals, screenings, and special programmes. The page highlights the OutfestNEXT festival, scheduled for July 23–26, 2026, at the LA LGBT Center's Village at Ed Gould Plaza. This four-day event showcases a diverse range of narrative and documentary features, short films, workshops, and panel discussions, celebrating queer and trans storytelling across generations. The page also features details about other events, such as the Outfest Los Angeles LGBTQ+ Film Festival and the Outfest Fusion QTBIPOC Film Festival.</w:t>
      </w:r>
      <w:r/>
    </w:p>
    <w:p>
      <w:pPr>
        <w:pStyle w:val="ListNumber"/>
        <w:spacing w:line="240" w:lineRule="auto"/>
        <w:ind w:left="720"/>
      </w:pPr>
      <w:r/>
      <w:hyperlink r:id="rId10">
        <w:r>
          <w:rPr>
            <w:color w:val="0000EE"/>
            <w:u w:val="single"/>
          </w:rPr>
          <w:t>https://patch.com/california/los-angeles/calendar/event/20260723/fb41c704-3789-4be7-9db5-36a7bcdfb5f9/outfestnext-2026</w:t>
        </w:r>
      </w:hyperlink>
      <w:r>
        <w:t xml:space="preserve"> - This Patch article provides details about OutfestNEXT 2026, a four-day LGBTQ+ film festival taking place from July 23–26, 2026, at the LA LGBT Center's Village at Ed Gould Plaza. The event features 18 feature films, over 30 short films, filmmaker conversations, and community events. Highlights include the latest works from acclaimed director Gregg Araki and films starring notable actors such as Olivia Wilde, Margaret Cho, and Charli XCX. The festival aims to celebrate the future of queer cinema by showcasing both established and emerging voices.</w:t>
      </w:r>
      <w:r/>
    </w:p>
    <w:p>
      <w:pPr>
        <w:pStyle w:val="ListNumber"/>
        <w:spacing w:line="240" w:lineRule="auto"/>
        <w:ind w:left="720"/>
      </w:pPr>
      <w:r/>
      <w:hyperlink r:id="rId11">
        <w:r>
          <w:rPr>
            <w:color w:val="0000EE"/>
            <w:u w:val="single"/>
          </w:rPr>
          <w:t>https://www.averagesocialite.com/la-events/2026/07/23/2026-outfestnext-la</w:t>
        </w:r>
      </w:hyperlink>
      <w:r>
        <w:t xml:space="preserve"> - The Average Socialite's article details the 2026 OutfestNEXT event, scheduled from July 23–26, 2026, in Los Angeles. Sponsored by Delta Air Lines and Art &amp; Rev, the festival will be held at the LA LGBT Center’s Village at Ed Gould Plaza. The event aims to bring together filmmakers, audiences, and industry professionals to celebrate contemporary and classic queer cinema. The article highlights the diverse spectrum of experiences within the global queer community through a showcase of narrative and documentary features and short films.</w:t>
      </w:r>
      <w:r/>
    </w:p>
    <w:p>
      <w:pPr>
        <w:pStyle w:val="ListNumber"/>
        <w:spacing w:line="240" w:lineRule="auto"/>
        <w:ind w:left="720"/>
      </w:pPr>
      <w:r/>
      <w:hyperlink r:id="rId12">
        <w:r>
          <w:rPr>
            <w:color w:val="0000EE"/>
            <w:u w:val="single"/>
          </w:rPr>
          <w:t>https://www.outfest.org/news-posts/outfest-in-2026</w:t>
        </w:r>
      </w:hyperlink>
      <w:r>
        <w:t xml:space="preserve"> - Outfest's 2026 announcement outlines the organisation's plans for the year, including the launch of the Outfest Cinema Series and the 2026 edition of OutfestNEXT. The article highlights the importance of gathering to watch LGBTQ+ stories on screen as both an act of resistance and joy. It mentions the debut of the Outfest Producers Lab in September 2026, aiming to provide tools, mentorship, and community for emerging queer filmmakers. The article also emphasises the need for support to continue providing year-round programming for LGBTQ+ artists and their stories.</w:t>
      </w:r>
      <w:r/>
    </w:p>
    <w:p>
      <w:pPr>
        <w:pStyle w:val="ListNumber"/>
        <w:spacing w:line="240" w:lineRule="auto"/>
        <w:ind w:left="720"/>
      </w:pPr>
      <w:r/>
      <w:hyperlink r:id="rId15">
        <w:r>
          <w:rPr>
            <w:color w:val="0000EE"/>
            <w:u w:val="single"/>
          </w:rPr>
          <w:t>https://www.apgf.org/outfest-next</w:t>
        </w:r>
      </w:hyperlink>
      <w:r>
        <w:t xml:space="preserve"> - The Asian/Pacific Gays and Friends (A/PGF) page provides information about OutfestNEXT 2026, scheduled from July 23–26, 2026, at the LA LGBT Center. The event will showcase twenty film programs, including narrative and documentary features and shorts, celebrating queer and trans storytelling across generations. The page also mentions a special discount for A/PGF members, offering a 10% discount on tickets to available OutfestNEXT screenings when using the code APGF10 at checkout. For the complete screening schedule, the page directs readers to the Outfest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pridela.com/2026/07/outfestnext-brings-four-days-of-lgbtq-cinema-to-los-angeles/?utm_source=rss&amp;utm_medium=rss&amp;utm_campaign=outfestnext-brings-four-days-of-lgbtq-cinema-to-los-angeles" TargetMode="External"/><Relationship Id="rId10" Type="http://schemas.openxmlformats.org/officeDocument/2006/relationships/hyperlink" Target="https://patch.com/california/los-angeles/calendar/event/20260723/fb41c704-3789-4be7-9db5-36a7bcdfb5f9/outfestnext-2026" TargetMode="External"/><Relationship Id="rId11" Type="http://schemas.openxmlformats.org/officeDocument/2006/relationships/hyperlink" Target="https://www.averagesocialite.com/la-events/2026/07/23/2026-outfestnext-la" TargetMode="External"/><Relationship Id="rId12" Type="http://schemas.openxmlformats.org/officeDocument/2006/relationships/hyperlink" Target="https://www.outfest.org/news-posts/outfest-in-2026" TargetMode="External"/><Relationship Id="rId13" Type="http://schemas.openxmlformats.org/officeDocument/2006/relationships/hyperlink" Target="https://www.outfest.org/" TargetMode="External"/><Relationship Id="rId14" Type="http://schemas.openxmlformats.org/officeDocument/2006/relationships/hyperlink" Target="https://www.outfest.org/screenings-events" TargetMode="External"/><Relationship Id="rId15" Type="http://schemas.openxmlformats.org/officeDocument/2006/relationships/hyperlink" Target="https://www.apgf.org/outfest-n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