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Michael Johnston Interviews: Why He Wants to Write an Intentional Queer Role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are tuning into Michael Johnston’s next moves after Obsession became a box-office sensation; the openly gay actor says he now wants to choose, and possibly write, a meaningful, intentional queer role that reflects his upbringing and the impact representation had on fans.</w:t>
      </w:r>
      <w:r/>
    </w:p>
    <w:p>
      <w:r/>
      <w:r>
        <w:t>Essential Takeaways</w:t>
      </w:r>
      <w:r/>
      <w:r/>
    </w:p>
    <w:p>
      <w:pPr>
        <w:pStyle w:val="ListBullet"/>
        <w:spacing w:line="240" w:lineRule="auto"/>
        <w:ind w:left="720"/>
      </w:pPr>
      <w:r/>
      <w:r>
        <w:rPr>
          <w:b/>
        </w:rPr>
        <w:t>Breakout success:</w:t>
      </w:r>
      <w:r>
        <w:t xml:space="preserve"> Johnston’s performance in Obsession helped the film become a major box-office hit, pushing the actor into greater choice over future projects.</w:t>
      </w:r>
      <w:r/>
    </w:p>
    <w:p>
      <w:pPr>
        <w:pStyle w:val="ListBullet"/>
        <w:spacing w:line="240" w:lineRule="auto"/>
        <w:ind w:left="720"/>
      </w:pPr>
      <w:r/>
      <w:r>
        <w:rPr>
          <w:b/>
        </w:rPr>
        <w:t>Personal perspective:</w:t>
      </w:r>
      <w:r>
        <w:t xml:space="preserve"> He wants a queer role that feels authentic and purposeful, shaped in part by growing up in the Bible Belt.</w:t>
      </w:r>
      <w:r/>
    </w:p>
    <w:p>
      <w:pPr>
        <w:pStyle w:val="ListBullet"/>
        <w:spacing w:line="240" w:lineRule="auto"/>
        <w:ind w:left="720"/>
      </w:pPr>
      <w:r/>
      <w:r>
        <w:rPr>
          <w:b/>
        </w:rPr>
        <w:t>Representation mattered:</w:t>
      </w:r>
      <w:r>
        <w:t xml:space="preserve"> Early work on Teen Wolf led to thousands of fan messages about coming out and self-acceptance, which influenced his outlook.</w:t>
      </w:r>
      <w:r/>
    </w:p>
    <w:p>
      <w:pPr>
        <w:pStyle w:val="ListBullet"/>
        <w:spacing w:line="240" w:lineRule="auto"/>
        <w:ind w:left="720"/>
      </w:pPr>
      <w:r/>
      <w:r>
        <w:rPr>
          <w:b/>
        </w:rPr>
        <w:t>Creative control:</w:t>
      </w:r>
      <w:r>
        <w:t xml:space="preserve"> Johnston has signalled interest in writing his own queer story to ensure nuance and intention.</w:t>
      </w:r>
      <w:r/>
    </w:p>
    <w:p>
      <w:pPr>
        <w:pStyle w:val="ListBullet"/>
        <w:spacing w:line="240" w:lineRule="auto"/>
        <w:ind w:left="720"/>
      </w:pPr>
      <w:r/>
      <w:r>
        <w:rPr>
          <w:b/>
        </w:rPr>
        <w:t>Emotional tone:</w:t>
      </w:r>
      <w:r>
        <w:t xml:space="preserve"> He prefers characters whose sexuality is one part of a rounded identity rather than the whole story.</w:t>
      </w:r>
      <w:r/>
      <w:r/>
    </w:p>
    <w:p>
      <w:pPr>
        <w:pStyle w:val="Heading2"/>
      </w:pPr>
      <w:r>
        <w:t>Why Johnston’s next move matters , representation meets box-office clout</w:t>
      </w:r>
      <w:r/>
    </w:p>
    <w:p>
      <w:r/>
      <w:r>
        <w:t>Johnston’s rise from supporting TV parts to a central role in a surprise hit has given him leverage, and he’s saying he intends to use it deliberately. According to his conversation on I’ve Never Said This Before, he now gets to “choose what I want to do,” and that includes roles that reflect his truth. That combination of commercial success and personal conviction makes his decision to pursue intentional queer storytelling notable for both fans and the industry.</w:t>
      </w:r>
      <w:r/>
    </w:p>
    <w:p>
      <w:pPr>
        <w:pStyle w:val="Heading2"/>
      </w:pPr>
      <w:r>
        <w:t>How his background shapes the stories he wants to tell</w:t>
      </w:r>
      <w:r/>
    </w:p>
    <w:p>
      <w:r/>
      <w:r>
        <w:t>Growing up in the Bible Belt left a mark, he explained, and that experience is part of why he wants to play a queer role that’s meaningful rather than tokenistic. He’s candid about the difficulties of that upbringing and how it informs the nuance he’s after. The result could be a character shaped by internal conflict, resilience and subtlety rather than broad strokes, something audiences hungry for honest queer narratives will likely appreciate.</w:t>
      </w:r>
      <w:r/>
    </w:p>
    <w:p>
      <w:pPr>
        <w:pStyle w:val="Heading2"/>
      </w:pPr>
      <w:r>
        <w:t>The Teen Wolf effect , why authenticity can change lives</w:t>
      </w:r>
      <w:r/>
    </w:p>
    <w:p>
      <w:r/>
      <w:r>
        <w:t>Johnston looks back on his time on MTV’s Teen Wolf with surprise at how much impact simply being authentic had on viewers. He told the podcast that he received thousands of messages from people saying his portrayal helped them come out or feel better about themselves. That feedback not only validated him but helped him accept his own identity, and it’s clearly steering his future choices. For actors and creators, it’s a reminder that small, truthful choices on screen can ripple outward in unexpected ways.</w:t>
      </w:r>
      <w:r/>
    </w:p>
    <w:p>
      <w:pPr>
        <w:pStyle w:val="Heading2"/>
      </w:pPr>
      <w:r>
        <w:t>From breakout to bargaining power , what box office success unlocked</w:t>
      </w:r>
      <w:r/>
    </w:p>
    <w:p>
      <w:r/>
      <w:r>
        <w:t>A hit on the scale Johnston enjoyed gives an actor more room to pick projects and push for creative control. Industry reporting has traced Obsession’s impressive run, and that success translates into bargaining power for performers who want to shape queer storytelling rather than simply appear in it. Johnston has hinted he might even write the project himself, which would let him control tone, nuance and the kind of representation he wants to see.</w:t>
      </w:r>
      <w:r/>
    </w:p>
    <w:p>
      <w:pPr>
        <w:pStyle w:val="Heading2"/>
      </w:pPr>
      <w:r>
        <w:t>What to expect if he writes the role , nuance over shorthand</w:t>
      </w:r>
      <w:r/>
    </w:p>
    <w:p>
      <w:r/>
      <w:r>
        <w:t>If Johnston takes to writing, expect a focus on character-first storytelling where sexuality is part of a person, not the entire plotline. He’s articulated a desire for roles where being gay is one thread in a richer tapestry, friends, family, ambition, fear and joy. That approach tends to age better with audiences and critics alike, and it gives fellow creatives a template for more rounded queer representation in mainstream cinema.</w:t>
      </w:r>
      <w:r/>
    </w:p>
    <w:p>
      <w:r/>
      <w:r>
        <w:t>It's a small shift that could mean more honest stories on screen.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4">
        <w:r>
          <w:rPr>
            <w:color w:val="0000EE"/>
            <w:u w:val="single"/>
          </w:rPr>
          <w:t>[5]</w:t>
        </w:r>
      </w:hyperlink>
      <w:r>
        <w:t xml:space="preserve">, </w:t>
      </w:r>
      <w:hyperlink r:id="rId15">
        <w:r>
          <w:rPr>
            <w:color w:val="0000EE"/>
            <w:u w:val="single"/>
          </w:rPr>
          <w:t>[6]</w:t>
        </w:r>
      </w:hyperlink>
      <w:r>
        <w:t xml:space="preserve">- Paragraph 5: </w:t>
      </w:r>
      <w:hyperlink r:id="rId10">
        <w:r>
          <w:rPr>
            <w:color w:val="0000EE"/>
            <w:u w:val="single"/>
          </w:rPr>
          <w:t>[2]</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https://yve-style.com/michael-johnston-pledges-to-play-a-nuanced-authentic-queer-role/</w:t>
        </w:r>
      </w:hyperlink>
      <w:r>
        <w:t xml:space="preserve"> - Please view link - unable to able to access data</w:t>
      </w:r>
      <w:r/>
    </w:p>
    <w:p>
      <w:pPr>
        <w:pStyle w:val="ListNumber"/>
        <w:spacing w:line="240" w:lineRule="auto"/>
        <w:ind w:left="720"/>
      </w:pPr>
      <w:r/>
      <w:hyperlink r:id="rId10">
        <w:r>
          <w:rPr>
            <w:color w:val="0000EE"/>
            <w:u w:val="single"/>
          </w:rPr>
          <w:t>https://www.apple.com/uk/podcasts/ive-never-said-this-before-with-tommy-didario/id1693322370</w:t>
        </w:r>
      </w:hyperlink>
      <w:r>
        <w:t xml:space="preserve"> - The 'I've Never Said This Before' podcast, hosted by Tommy DiDario, features candid conversations with various celebrities. In a recent episode, actor Michael Johnston, known for his role in 'Obsession', discusses his career and personal experiences. The podcast offers insights into the entertainment industry and personal anecdotes from its guests. (</w:t>
      </w:r>
      <w:hyperlink r:id="rId16">
        <w:r>
          <w:rPr>
            <w:color w:val="0000EE"/>
            <w:u w:val="single"/>
          </w:rPr>
          <w:t>podcasts.apple.com</w:t>
        </w:r>
      </w:hyperlink>
      <w:r>
        <w:t>)</w:t>
      </w:r>
      <w:r/>
    </w:p>
    <w:p>
      <w:pPr>
        <w:pStyle w:val="ListNumber"/>
        <w:spacing w:line="240" w:lineRule="auto"/>
        <w:ind w:left="720"/>
      </w:pPr>
      <w:r/>
      <w:hyperlink r:id="rId11">
        <w:r>
          <w:rPr>
            <w:color w:val="0000EE"/>
            <w:u w:val="single"/>
          </w:rPr>
          <w:t>https://www.thewrap.com/creative-content/movies/obsession-joins-sinners-original-film-crosses-200-million-us-box-office/</w:t>
        </w:r>
      </w:hyperlink>
      <w:r>
        <w:t xml:space="preserve"> - 'Obsession', a horror film directed by Curry Barker and starring Michael Johnston, has achieved significant box office success. The film has surpassed $200 million in the U.S. and Canada, joining 'Sinners' as one of the few original films to reach this milestone since 2017. This success highlights the growing appeal of original horror content in the film industry. (</w:t>
      </w:r>
      <w:hyperlink r:id="rId17">
        <w:r>
          <w:rPr>
            <w:color w:val="0000EE"/>
            <w:u w:val="single"/>
          </w:rPr>
          <w:t>thewrap.com</w:t>
        </w:r>
      </w:hyperlink>
      <w:r>
        <w:t>)</w:t>
      </w:r>
      <w:r/>
    </w:p>
    <w:p>
      <w:pPr>
        <w:pStyle w:val="ListNumber"/>
        <w:spacing w:line="240" w:lineRule="auto"/>
        <w:ind w:left="720"/>
      </w:pPr>
      <w:r/>
      <w:hyperlink r:id="rId13">
        <w:r>
          <w:rPr>
            <w:color w:val="0000EE"/>
            <w:u w:val="single"/>
          </w:rPr>
          <w:t>https://www.boxofficemojo.com/title/tt37287335/credits/</w:t>
        </w:r>
      </w:hyperlink>
      <w:r>
        <w:t xml:space="preserve"> - 'Obsession' is a 2025 horror film directed by Curry Barker, featuring Michael Johnston as Bear and Inde Navarrette as Nikki. The film follows Bear's use of a supernatural charm to win Nikki's affection, leading to unintended and dangerous consequences. The movie has been noted for its unique storyline and strong performances. (</w:t>
      </w:r>
      <w:hyperlink r:id="rId18">
        <w:r>
          <w:rPr>
            <w:color w:val="0000EE"/>
            <w:u w:val="single"/>
          </w:rPr>
          <w:t>boxofficemojo.com</w:t>
        </w:r>
      </w:hyperlink>
      <w:r>
        <w:t>)</w:t>
      </w:r>
      <w:r/>
    </w:p>
    <w:p>
      <w:pPr>
        <w:pStyle w:val="ListNumber"/>
        <w:spacing w:line="240" w:lineRule="auto"/>
        <w:ind w:left="720"/>
      </w:pPr>
      <w:r/>
      <w:hyperlink r:id="rId14">
        <w:r>
          <w:rPr>
            <w:color w:val="0000EE"/>
            <w:u w:val="single"/>
          </w:rPr>
          <w:t>https://www.forbes.com/sites/timlammers/2026/07/05/obsession-made-for-750000-crosses-400-million-at-box-office/</w:t>
        </w:r>
      </w:hyperlink>
      <w:r>
        <w:t xml:space="preserve"> - 'Obsession', a horror film directed by Curry Barker and starring Michael Johnston, has become a major success. Produced on a budget of $750,000, the film has grossed over $400 million worldwide, making it one of the most profitable films of 2026. Its success underscores the potential for original horror films to achieve significant box office returns. (</w:t>
      </w:r>
      <w:hyperlink r:id="rId19">
        <w:r>
          <w:rPr>
            <w:color w:val="0000EE"/>
            <w:u w:val="single"/>
          </w:rPr>
          <w:t>forbes.com</w:t>
        </w:r>
      </w:hyperlink>
      <w:r>
        <w:t>)</w:t>
      </w:r>
      <w:r/>
    </w:p>
    <w:p>
      <w:pPr>
        <w:pStyle w:val="ListNumber"/>
        <w:spacing w:line="240" w:lineRule="auto"/>
        <w:ind w:left="720"/>
      </w:pPr>
      <w:r/>
      <w:hyperlink r:id="rId15">
        <w:r>
          <w:rPr>
            <w:color w:val="0000EE"/>
            <w:u w:val="single"/>
          </w:rPr>
          <w:t>https://www.foxnews.com/outkick-culture/obsession-went-sub-1m-horror-film-371-2m-box-office-phenomenon-dethroned-sinners</w:t>
        </w:r>
      </w:hyperlink>
      <w:r>
        <w:t xml:space="preserve"> - 'Obsession', a horror film directed by Curry Barker and starring Michael Johnston, has achieved remarkable box office success. Produced on a budget of less than $1 million, the film has grossed over $371 million, surpassing 'Sinners' to become a leading box office phenomenon. This success highlights the potential for low-budget horror films to achieve significant commercial success. (</w:t>
      </w:r>
      <w:hyperlink r:id="rId20">
        <w:r>
          <w:rPr>
            <w:color w:val="0000EE"/>
            <w:u w:val="single"/>
          </w:rPr>
          <w:t>foxnews.com</w:t>
        </w:r>
      </w:hyperlink>
      <w:r>
        <w:t>)</w:t>
      </w:r>
      <w:r/>
    </w:p>
    <w:p>
      <w:pPr>
        <w:pStyle w:val="ListNumber"/>
        <w:spacing w:line="240" w:lineRule="auto"/>
        <w:ind w:left="720"/>
      </w:pPr>
      <w:r/>
      <w:hyperlink r:id="rId12">
        <w:r>
          <w:rPr>
            <w:color w:val="0000EE"/>
            <w:u w:val="single"/>
          </w:rPr>
          <w:t>https://www.slashfilm.com/2175761/obsession-box-office-win-horror-movies-trend/</w:t>
        </w:r>
      </w:hyperlink>
      <w:r>
        <w:t xml:space="preserve"> - 'Obsession', directed by Curry Barker and starring Michael Johnston, has set a new trend in the horror genre. The film's success demonstrates the growing appeal of original horror content and its potential to perform well at the box office. This trend suggests a shift towards more original storytelling in the horror film industry. (</w:t>
      </w:r>
      <w:hyperlink r:id="rId21">
        <w:r>
          <w:rPr>
            <w:color w:val="0000EE"/>
            <w:u w:val="single"/>
          </w:rPr>
          <w:t>slashfilm.com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yve-style.com/michael-johnston-pledges-to-play-a-nuanced-authentic-queer-role/" TargetMode="External"/><Relationship Id="rId10" Type="http://schemas.openxmlformats.org/officeDocument/2006/relationships/hyperlink" Target="https://www.apple.com/uk/podcasts/ive-never-said-this-before-with-tommy-didario/id1693322370" TargetMode="External"/><Relationship Id="rId11" Type="http://schemas.openxmlformats.org/officeDocument/2006/relationships/hyperlink" Target="https://www.thewrap.com/creative-content/movies/obsession-joins-sinners-original-film-crosses-200-million-us-box-office/" TargetMode="External"/><Relationship Id="rId12" Type="http://schemas.openxmlformats.org/officeDocument/2006/relationships/hyperlink" Target="https://www.slashfilm.com/2175761/obsession-box-office-win-horror-movies-trend/" TargetMode="External"/><Relationship Id="rId13" Type="http://schemas.openxmlformats.org/officeDocument/2006/relationships/hyperlink" Target="https://www.boxofficemojo.com/title/tt37287335/credits/" TargetMode="External"/><Relationship Id="rId14" Type="http://schemas.openxmlformats.org/officeDocument/2006/relationships/hyperlink" Target="https://www.forbes.com/sites/timlammers/2026/07/05/obsession-made-for-750000-crosses-400-million-at-box-office/" TargetMode="External"/><Relationship Id="rId15" Type="http://schemas.openxmlformats.org/officeDocument/2006/relationships/hyperlink" Target="https://www.foxnews.com/outkick-culture/obsession-went-sub-1m-horror-film-371-2m-box-office-phenomenon-dethroned-sinners" TargetMode="External"/><Relationship Id="rId16" Type="http://schemas.openxmlformats.org/officeDocument/2006/relationships/hyperlink" Target="https://podcasts.apple.com/us/podcast/ive-never-said-this-before-with-tommy-didario/id1693322370?utm_source=openai" TargetMode="External"/><Relationship Id="rId17" Type="http://schemas.openxmlformats.org/officeDocument/2006/relationships/hyperlink" Target="https://www.thewrap.com/creative-content/movies/obsession-joins-sinners-original-film-crosses-200-million-us-box-office/?utm_source=openai" TargetMode="External"/><Relationship Id="rId18" Type="http://schemas.openxmlformats.org/officeDocument/2006/relationships/hyperlink" Target="https://www.boxofficemojo.com/title/tt37287335/credits/?utm_source=openai" TargetMode="External"/><Relationship Id="rId19" Type="http://schemas.openxmlformats.org/officeDocument/2006/relationships/hyperlink" Target="https://www.forbes.com/sites/timlammers/2026/07/05/obsession-made-for-750000-crosses-400-million-at-box-office/?utm_source=openai" TargetMode="External"/><Relationship Id="rId20" Type="http://schemas.openxmlformats.org/officeDocument/2006/relationships/hyperlink" Target="https://www.foxnews.com/outkick-culture/obsession-went-sub-1m-horror-film-371-2m-box-office-phenomenon-dethroned-sinners?utm_source=openai" TargetMode="External"/><Relationship Id="rId21" Type="http://schemas.openxmlformats.org/officeDocument/2006/relationships/hyperlink" Target="https://www.slashfilm.com/2175761/obsession-box-office-win-horror-movies-trend/?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