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Trans+ Pride 2026 Guide: Route, Times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Get ready to join a sea of blue and pink , London Trans+ Pride is back with the theme ‘Our Future, Our Fight’. If you’re heading to central London this Saturday, here’s when to arrive, where the march goes, who’s expected to speak and simple tips to make your day safer and more joyful.</w:t>
      </w:r>
      <w:r/>
    </w:p>
    <w:p>
      <w:r/>
      <w:r>
        <w:t>Essential Takeaways</w:t>
      </w:r>
      <w:r/>
      <w:r/>
    </w:p>
    <w:p>
      <w:pPr>
        <w:pStyle w:val="ListBullet"/>
        <w:spacing w:line="240" w:lineRule="auto"/>
        <w:ind w:left="720"/>
      </w:pPr>
      <w:r/>
      <w:r>
        <w:rPr>
          <w:b/>
        </w:rPr>
        <w:t>Start time:</w:t>
      </w:r>
      <w:r>
        <w:t xml:space="preserve"> The gathering begins at Langham Place from 1pm; the march sets off at 2pm. </w:t>
      </w:r>
      <w:r/>
    </w:p>
    <w:p>
      <w:pPr>
        <w:pStyle w:val="ListBullet"/>
        <w:spacing w:line="240" w:lineRule="auto"/>
        <w:ind w:left="720"/>
      </w:pPr>
      <w:r/>
      <w:r>
        <w:rPr>
          <w:b/>
        </w:rPr>
        <w:t>Route:</w:t>
      </w:r>
      <w:r>
        <w:t xml:space="preserve"> Parade proceeds south along Regent Street, through Haymarket and Pall Mall East, finishing at Trafalgar Square around 3.30pm. </w:t>
      </w:r>
      <w:r/>
    </w:p>
    <w:p>
      <w:pPr>
        <w:pStyle w:val="ListBullet"/>
        <w:spacing w:line="240" w:lineRule="auto"/>
        <w:ind w:left="720"/>
      </w:pPr>
      <w:r/>
      <w:r>
        <w:rPr>
          <w:b/>
        </w:rPr>
        <w:t>Speeches:</w:t>
      </w:r>
      <w:r>
        <w:t xml:space="preserve"> Planned at Trafalgar Square between 4pm and 5.30pm; last year featured high-profile speakers and the event has received many celebrity messages of support. </w:t>
      </w:r>
      <w:r/>
    </w:p>
    <w:p>
      <w:pPr>
        <w:pStyle w:val="ListBullet"/>
        <w:spacing w:line="240" w:lineRule="auto"/>
        <w:ind w:left="720"/>
      </w:pPr>
      <w:r/>
      <w:r>
        <w:rPr>
          <w:b/>
        </w:rPr>
        <w:t>Free to attend:</w:t>
      </w:r>
      <w:r>
        <w:t xml:space="preserve"> It’s a public march and protest , no tickets required, join for any part of the day. </w:t>
      </w:r>
      <w:r/>
    </w:p>
    <w:p>
      <w:pPr>
        <w:pStyle w:val="ListBullet"/>
        <w:spacing w:line="240" w:lineRule="auto"/>
        <w:ind w:left="720"/>
      </w:pPr>
      <w:r/>
      <w:r>
        <w:rPr>
          <w:b/>
        </w:rPr>
        <w:t>Practical note:</w:t>
      </w:r>
      <w:r>
        <w:t xml:space="preserve"> Expect large crowds (organisers anticipate 100,000+); there will be a scheduled 10-minute stop near Swallow Street and the finish at Trafalgar Square is a first for the march.</w:t>
      </w:r>
      <w:r/>
      <w:r/>
    </w:p>
    <w:p>
      <w:pPr>
        <w:pStyle w:val="Heading2"/>
      </w:pPr>
      <w:r>
        <w:t>Where to meet and when to arrive</w:t>
      </w:r>
      <w:r/>
    </w:p>
    <w:p>
      <w:r/>
      <w:r>
        <w:t>Arrive early if you want a front-row spot or to march together with friends; Langham Place is the official meeting point from 1pm and the crowd starts moving at 2pm. Langham Place sits close to the BBC and All Souls Church, so it’s easy to find and well served by public transport. Expect the atmosphere to be buzzy and colourful , a lot of people like to take photos before the march begins, so give yourself extra time if you want shots without gaps.</w:t>
      </w:r>
      <w:r/>
    </w:p>
    <w:p>
      <w:pPr>
        <w:pStyle w:val="Heading2"/>
      </w:pPr>
      <w:r>
        <w:t>The route and what the finish at Trafalgar Square means</w:t>
      </w:r>
      <w:r/>
    </w:p>
    <w:p>
      <w:r/>
      <w:r>
        <w:t>The procession will travel down Regent Street, through Haymarket and Pall Mall East, onto Cockspur Street before arriving at Trafalgar Square. Organisers call this the first time the march finishes at Trafalgar Square , a symbolic move that stakes visible claim to a major civic space. For anyone planning to spectate, note the roughly 2pm–3.30pm marching window and the short 10-minute pause near Swallow Street, which can be useful for meeting points.</w:t>
      </w:r>
      <w:r/>
    </w:p>
    <w:p>
      <w:pPr>
        <w:pStyle w:val="Heading2"/>
      </w:pPr>
      <w:r>
        <w:t>Speakers, solidarity and the political backdrop</w:t>
      </w:r>
      <w:r/>
    </w:p>
    <w:p>
      <w:r/>
      <w:r>
        <w:t>Speeches are slated for Trafalgar Square from about 4pm to 5.30pm. Last year’s line-up included prominent voices in TV and campaigning, and this year organisers have shared messages of support from high-profile names across entertainment and politics. The march comes amid heated legal changes and political debate in the UK, which organisers describe as making 2026 one of the most politically urgent years for the movement. That urgency gives the event both a celebratory and protest-driven tone , expect passion and heartfelt testimony.</w:t>
      </w:r>
      <w:r/>
    </w:p>
    <w:p>
      <w:pPr>
        <w:pStyle w:val="Heading2"/>
      </w:pPr>
      <w:r>
        <w:t>Practical tips: safety, travel and accessibility</w:t>
      </w:r>
      <w:r/>
    </w:p>
    <w:p>
      <w:r/>
      <w:r>
        <w:t>Public transport is the simplest way to get there , stations around Oxford Circus, Regent Street and the Strand are closest; check TfL updates as services can be busy or rerouted. Bring water, weather-appropriate layers and comfortable shoes; large crowds mean you’ll be standing and walking a lot. If you need accessible routes or support, consult the event’s official guidance in advance , organisers usually publish FAQs and accessibility info to help attendees plan. And remember, it’s a family-friendly protest, but emotional speeches and intense moments can happen, so plan where to meet your group if you need to step away.</w:t>
      </w:r>
      <w:r/>
    </w:p>
    <w:p>
      <w:pPr>
        <w:pStyle w:val="Heading2"/>
      </w:pPr>
      <w:r>
        <w:t>Why this march matters , for the city and for people</w:t>
      </w:r>
      <w:r/>
    </w:p>
    <w:p>
      <w:r/>
      <w:r>
        <w:t>London Trans+ Pride started as a grassroots alternative and has quickly grown into a major public statement about visibility and rights. Organisers and participants often describe it as both a protest and a community celebration , a place to grieve, to rage, to celebrate resilience and to demand legal and social changes. For many attendees, taking the streets is both a practical act of solidarity and a symbolic claim on public space, especially in a year with fraught legal developments around trans rights.</w:t>
      </w:r>
      <w:r/>
    </w:p>
    <w:p>
      <w:r/>
      <w:r>
        <w:t>It's a small change that can make every march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https://www.timeout.com/london/news/trans-pride-2026-time-route-speaker-line-up-072426</w:t>
        </w:r>
      </w:hyperlink>
      <w:r>
        <w:t xml:space="preserve"> - Please view link - unable to able to access data</w:t>
      </w:r>
      <w:r/>
    </w:p>
    <w:p>
      <w:pPr>
        <w:pStyle w:val="ListNumber"/>
        <w:spacing w:line="240" w:lineRule="auto"/>
        <w:ind w:left="720"/>
      </w:pPr>
      <w:r/>
      <w:hyperlink r:id="rId9">
        <w:r>
          <w:rPr>
            <w:color w:val="0000EE"/>
            <w:u w:val="single"/>
          </w:rPr>
          <w:t>https://www.timeout.com/london/news/trans-pride-2026-time-route-speaker-line-up-072426</w:t>
        </w:r>
      </w:hyperlink>
      <w:r>
        <w:t xml:space="preserve"> - This article provides detailed information about the London Trans+ Pride 2026 event, scheduled for Saturday, 25 July 2026. It highlights the expected participation of over 100,000 trans individuals and allies, marching under the theme 'Our Future, Our Fight'. The march will commence at Langham Place at 1pm, proceeding through central London to Trafalgar Square, with speeches planned between 4pm and 5.30pm. The article also mentions the event's origins in 2019 and its growth into the largest trans pride march globally. Additionally, it notes the organisers' emphasis on the march being the 'most politically urgent year in the march's history', referencing recent legal changes affecting trans people in the UK, including the Supreme Court ruling on the definition of 'biological sex'.</w:t>
      </w:r>
      <w:r/>
    </w:p>
    <w:p>
      <w:pPr>
        <w:pStyle w:val="ListNumber"/>
        <w:spacing w:line="240" w:lineRule="auto"/>
        <w:ind w:left="720"/>
      </w:pPr>
      <w:r/>
      <w:hyperlink r:id="rId11">
        <w:r>
          <w:rPr>
            <w:color w:val="0000EE"/>
            <w:u w:val="single"/>
          </w:rPr>
          <w:t>https://www.londontranspride.org/march</w:t>
        </w:r>
      </w:hyperlink>
      <w:r>
        <w:t xml:space="preserve"> - The official London Trans+ Pride website outlines the details for the 2026 march, set for Saturday, 25 July 2026. The event will begin gathering at Langham Place at 1pm, with the march departing at 2pm and concluding at Trafalgar Square around 3.30pm. A scheduled 10-minute stop is planned near Swallow Street. The website also provides an approximate running order, including speech timings from 4pm to 5.30pm, and lists essentials and recommendations for attendees, such as FFP2 medical masks, personal water bottles, sun protection, and comfortable footwear.</w:t>
      </w:r>
      <w:r/>
    </w:p>
    <w:p>
      <w:pPr>
        <w:pStyle w:val="ListNumber"/>
        <w:spacing w:line="240" w:lineRule="auto"/>
        <w:ind w:left="720"/>
      </w:pPr>
      <w:r/>
      <w:hyperlink r:id="rId10">
        <w:r>
          <w:rPr>
            <w:color w:val="0000EE"/>
            <w:u w:val="single"/>
          </w:rPr>
          <w:t>https://londonist.com/london/things-to-do/london-trans-pride-date-location</w:t>
        </w:r>
      </w:hyperlink>
      <w:r>
        <w:t xml:space="preserve"> - This article from Londonist announces the return of London Trans+ Pride in 2026, scheduled for Saturday, 25 July. It highlights the event's growth since its inception in 2019, noting its emergence as one of the largest Trans Pride marches globally. The organisers describe the march as a peaceful demonstration open to trans+ individuals, the LGBTQIA+ community, and allies, advocating for trans+ rights. The article also mentions the organisers' emphasis on the march being the 'most politically urgent year in the march's history', referencing recent legal changes affecting trans people in the UK, including the Supreme Court ruling on the definition of 'biological sex'.</w:t>
      </w:r>
      <w:r/>
    </w:p>
    <w:p>
      <w:pPr>
        <w:pStyle w:val="ListNumber"/>
        <w:spacing w:line="240" w:lineRule="auto"/>
        <w:ind w:left="720"/>
      </w:pPr>
      <w:r/>
      <w:hyperlink r:id="rId12">
        <w:r>
          <w:rPr>
            <w:color w:val="0000EE"/>
            <w:u w:val="single"/>
          </w:rPr>
          <w:t>https://www.londontranspride.org/faq</w:t>
        </w:r>
      </w:hyperlink>
      <w:r>
        <w:t xml:space="preserve"> - The FAQ section on the London Trans+ Pride website provides essential information for attendees of the 2026 event. It confirms that the march will take place on Saturday, 25 July 2026, starting at Langham Place at 2pm and ending in central London (end-point TBA). The entire demonstration, including the march and speeches, is expected to last 5-6 hours, with speeches commencing at 4pm and concluding at 5.30pm. The FAQ also clarifies that no tickets are required to attend, as the event is free and open to the public.</w:t>
      </w:r>
      <w:r/>
    </w:p>
    <w:p>
      <w:pPr>
        <w:pStyle w:val="ListNumber"/>
        <w:spacing w:line="240" w:lineRule="auto"/>
        <w:ind w:left="720"/>
      </w:pPr>
      <w:r/>
      <w:hyperlink r:id="rId13">
        <w:r>
          <w:rPr>
            <w:color w:val="0000EE"/>
            <w:u w:val="single"/>
          </w:rPr>
          <w:t>https://www.londontranspride.org/</w:t>
        </w:r>
      </w:hyperlink>
      <w:r>
        <w:t xml:space="preserve"> - The official London Trans+ Pride website serves as the central hub for information about the 2026 event. It features a poster for London Trans+ Pride 2026, displaying stylised raised fists with the event details: 'London Trans+ Pride - 25th July @ 1pm, starting from Langham Place - OUR FUTURE, OUR FIGHT - Use masks, bring signs, wear flowers.' The website also provides options to donate to support London Trans Pride and contact information for accessibility issues.</w:t>
      </w:r>
      <w:r/>
    </w:p>
    <w:p>
      <w:pPr>
        <w:pStyle w:val="ListNumber"/>
        <w:spacing w:line="240" w:lineRule="auto"/>
        <w:ind w:left="720"/>
      </w:pPr>
      <w:r/>
      <w:hyperlink r:id="rId14">
        <w:r>
          <w:rPr>
            <w:color w:val="0000EE"/>
            <w:u w:val="single"/>
          </w:rPr>
          <w:t>https://www.gaydio.co.uk/wales/events/the-guide/event/trans-pride-london/</w:t>
        </w:r>
      </w:hyperlink>
      <w:r>
        <w:t xml:space="preserve"> - This article from Gaydio Wales provides an overview of the London Trans+ Pride 2026 event, scheduled for Saturday, 25 July 2026. It highlights the march's origins in 2019 as a grassroots response to anti-trans protests at Pride in London and its growth into one of the largest trans-led demonstrations in Europe. The article notes that the 2026 route is yet to be confirmed but is expected to follow a similar path through the West End. It also mentions that speeches at the event have addressed topics such as trans healthcare, gender recognition reform, asylum policy, and global trans rights, framing the event as both a protest and a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imeout.com/london/news/trans-pride-2026-time-route-speaker-line-up-072426" TargetMode="External"/><Relationship Id="rId10" Type="http://schemas.openxmlformats.org/officeDocument/2006/relationships/hyperlink" Target="https://londonist.com/london/things-to-do/london-trans-pride-date-location" TargetMode="External"/><Relationship Id="rId11" Type="http://schemas.openxmlformats.org/officeDocument/2006/relationships/hyperlink" Target="https://www.londontranspride.org/march" TargetMode="External"/><Relationship Id="rId12" Type="http://schemas.openxmlformats.org/officeDocument/2006/relationships/hyperlink" Target="https://www.londontranspride.org/faq" TargetMode="External"/><Relationship Id="rId13" Type="http://schemas.openxmlformats.org/officeDocument/2006/relationships/hyperlink" Target="https://www.londontranspride.org/" TargetMode="External"/><Relationship Id="rId14" Type="http://schemas.openxmlformats.org/officeDocument/2006/relationships/hyperlink" Target="https://www.gaydio.co.uk/wales/events/the-guide/event/trans-pride-lond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