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Festivals: Why Longview’s “Stronger Together” Felt Different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turned out in force as Pride East Texas Longview hosted its 13th annual Pride festival, bringing food trucks, colourful vendors and hundreds of people together in Longview , a bright, local celebration of visibility, community and momentum that matters beyond the day itself.</w:t>
      </w:r>
      <w:r/>
    </w:p>
    <w:p>
      <w:r/>
      <w:r>
        <w:t>Essential Takeaways</w:t>
      </w:r>
      <w:r/>
      <w:r/>
    </w:p>
    <w:p>
      <w:pPr>
        <w:pStyle w:val="ListBullet"/>
        <w:spacing w:line="240" w:lineRule="auto"/>
        <w:ind w:left="720"/>
      </w:pPr>
      <w:r/>
      <w:r>
        <w:rPr>
          <w:b/>
        </w:rPr>
        <w:t>Community-led:</w:t>
      </w:r>
      <w:r>
        <w:t xml:space="preserve"> Longview Pride is volunteer run, founded 13 years ago by local activists and long relied on board members and volunteers.</w:t>
      </w:r>
      <w:r/>
    </w:p>
    <w:p>
      <w:pPr>
        <w:pStyle w:val="ListBullet"/>
        <w:spacing w:line="240" w:lineRule="auto"/>
        <w:ind w:left="720"/>
      </w:pPr>
      <w:r/>
      <w:r>
        <w:rPr>
          <w:b/>
        </w:rPr>
        <w:t>Organised teams:</w:t>
      </w:r>
      <w:r>
        <w:t xml:space="preserve"> A named board and volunteer committee managed logistics, from vendor coordination to cleanup, giving the event a smooth, friendly feel.</w:t>
      </w:r>
      <w:r/>
    </w:p>
    <w:p>
      <w:pPr>
        <w:pStyle w:val="ListBullet"/>
        <w:spacing w:line="240" w:lineRule="auto"/>
        <w:ind w:left="720"/>
      </w:pPr>
      <w:r/>
      <w:r>
        <w:rPr>
          <w:b/>
        </w:rPr>
        <w:t>Local support:</w:t>
      </w:r>
      <w:r>
        <w:t xml:space="preserve"> Sponsors included regional businesses and faith groups, creating a varied mix of backers.</w:t>
      </w:r>
      <w:r/>
    </w:p>
    <w:p>
      <w:pPr>
        <w:pStyle w:val="ListBullet"/>
        <w:spacing w:line="240" w:lineRule="auto"/>
        <w:ind w:left="720"/>
      </w:pPr>
      <w:r/>
      <w:r>
        <w:rPr>
          <w:b/>
        </w:rPr>
        <w:t>Accessible celebration:</w:t>
      </w:r>
      <w:r>
        <w:t xml:space="preserve"> The festival offered free admission and family-friendly programming, with vendors and food trucks creating a lively, social atmosphere.</w:t>
      </w:r>
      <w:r/>
    </w:p>
    <w:p>
      <w:pPr>
        <w:pStyle w:val="ListBullet"/>
        <w:spacing w:line="240" w:lineRule="auto"/>
        <w:ind w:left="720"/>
      </w:pPr>
      <w:r/>
      <w:r>
        <w:rPr>
          <w:b/>
        </w:rPr>
        <w:t>Visible activism:</w:t>
      </w:r>
      <w:r>
        <w:t xml:space="preserve"> Organisers mixed celebration with civic engagement, underscoring visibility and local dialogue about inclusion.</w:t>
      </w:r>
      <w:r/>
      <w:r/>
    </w:p>
    <w:p>
      <w:pPr>
        <w:pStyle w:val="Heading2"/>
      </w:pPr>
      <w:r>
        <w:t>A bright, local celebration with a community heartbeat</w:t>
      </w:r>
      <w:r/>
    </w:p>
    <w:p>
      <w:r/>
      <w:r>
        <w:t>Longview’s Pride festival opened under the banner “Stronger Together,” and you could feel that theme in the small details , cheerful tents, the steady hum of conversation and the smell of street food. Mark Vinson, one of the founders, spoke for a crowd of neighbours and friends, thanking volunteers and laying out a gentle reminder: this is as much about belonging as it is about parties. According to coverage of the event, that founding spirit has guided the festival since it began.</w:t>
      </w:r>
      <w:r/>
    </w:p>
    <w:p>
      <w:pPr>
        <w:pStyle w:val="Heading2"/>
      </w:pPr>
      <w:r>
        <w:t>Founded by locals, run by volunteers , that makes a difference</w:t>
      </w:r>
      <w:r/>
    </w:p>
    <w:p>
      <w:r/>
      <w:r>
        <w:t>The festival was created 13 years ago by a handful of community members who’ve stayed active: founders like Mallory Waugh Brown, Vic Verma and Craig Cunningham, alongside Vinson. Today a named board steers events , Dusty White as president, Jason Piña as vice president and others in key roles , while volunteers handle everything from setup to breakdown. That volunteer energy means the event tends to feel warm and grassroots rather than corporate, and it’s why people often remark on how welcoming it feels.</w:t>
      </w:r>
      <w:r/>
    </w:p>
    <w:p>
      <w:pPr>
        <w:pStyle w:val="Heading2"/>
      </w:pPr>
      <w:r>
        <w:t>Sponsors, vendors and food trucks: a practical mix</w:t>
      </w:r>
      <w:r/>
    </w:p>
    <w:p>
      <w:r/>
      <w:r>
        <w:t>Longview Pride’s roster included small businesses, regional sponsors and faith-based allies, which helped broaden the festival’s appeal. Food trucks and craft stalls gave the day an easy, festival-like rhythm: you could grab a bite, browse local makers and linger without feeling rushed. That mix of supporters is important for sustainability , it keeps admission free and draws a wider cross-section of the community.</w:t>
      </w:r>
      <w:r/>
    </w:p>
    <w:p>
      <w:pPr>
        <w:pStyle w:val="Heading2"/>
      </w:pPr>
      <w:r>
        <w:t>Visibility meets civic engagement</w:t>
      </w:r>
      <w:r/>
    </w:p>
    <w:p>
      <w:r/>
      <w:r>
        <w:t>The event didn’t just celebrate , organisers used the platform to promote visibility and civic ties. Volunteers included liaisons to the city and local congregations, and groups such as Indivisible East Texas helped on logistics. That combination of celebration and civic presence matters in smaller towns, where local festivals are often where conversations about acceptance and policy begin. Expect future editions to keep blending fun with constructive outreach.</w:t>
      </w:r>
      <w:r/>
    </w:p>
    <w:p>
      <w:pPr>
        <w:pStyle w:val="Heading2"/>
      </w:pPr>
      <w:r>
        <w:t>Why it matters if you’re thinking of going next year</w:t>
      </w:r>
      <w:r/>
    </w:p>
    <w:p>
      <w:r/>
      <w:r>
        <w:t>If you’re planning to attend a local Pride festival, Longview is an example of what works: clear volunteer roles, local sponsorship, family-friendly programming and public visibility. Look for events with named organisers (it’s a sign of stability), a mix of vendors and community partners, and free or low-cost admission if you want an easy, welcoming first experience. Bring water and expect crowds; bring curiosity and you’ll meet people who’ve been shaping this festival for years.</w:t>
      </w:r>
      <w:r/>
    </w:p>
    <w:p>
      <w:r/>
      <w:r>
        <w:t>It's a small, local celebration that keeps a bigger conversation moving forward , and that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https://meaws.com/news/stronger-together/104643</w:t>
        </w:r>
      </w:hyperlink>
      <w:r>
        <w:t xml:space="preserve"> - Please view link - unable to able to access data</w:t>
      </w:r>
      <w:r/>
    </w:p>
    <w:p>
      <w:pPr>
        <w:pStyle w:val="ListNumber"/>
        <w:spacing w:line="240" w:lineRule="auto"/>
        <w:ind w:left="720"/>
      </w:pPr>
      <w:r/>
      <w:hyperlink r:id="rId10">
        <w:r>
          <w:rPr>
            <w:color w:val="0000EE"/>
            <w:u w:val="single"/>
          </w:rPr>
          <w:t>https://www.ktre.com/2026/06/27/pride-returns-longview-july-with-drag-show-vendors-free-admission/</w:t>
        </w:r>
      </w:hyperlink>
      <w:r>
        <w:t xml:space="preserve"> - This article discusses the upcoming Pride event in Longview, Texas, scheduled for July 11, 2026. Organizers have moved the event from its traditional June slot to July to accommodate scheduling conflicts. The theme for this year's event is 'Stronger Together,' focusing on unity within the LGBTQ community and among allies. The free event will feature performances, vendors, and community resources, including a drag show, belly dancers, and an aerial performance. A 'pups in drag' runway competition is also planned, with nearly $800 in prizes and support from Petco in Longview.</w:t>
      </w:r>
      <w:r/>
    </w:p>
    <w:p>
      <w:pPr>
        <w:pStyle w:val="ListNumber"/>
        <w:spacing w:line="240" w:lineRule="auto"/>
        <w:ind w:left="720"/>
      </w:pPr>
      <w:r/>
      <w:hyperlink r:id="rId11">
        <w:r>
          <w:rPr>
            <w:color w:val="0000EE"/>
            <w:u w:val="single"/>
          </w:rPr>
          <w:t>https://www.longviewpride.com/</w:t>
        </w:r>
      </w:hyperlink>
      <w:r>
        <w:t xml:space="preserve"> - The official website of Longview Pride provides information about the annual Pride festival in Longview, Texas. The 2026 festival is scheduled for June 26th at the Longview Civic Circle. The website highlights the success of the 2025 event and offers opportunities to order festival merchandise, with profits supporting the Longview Pride Festival and Cascade Forward Project. The site also provides contact information and details about the organizing body, Cascade Forward, a 501c4 organization in Longview, WA.</w:t>
      </w:r>
      <w:r/>
    </w:p>
    <w:p>
      <w:pPr>
        <w:pStyle w:val="ListNumber"/>
        <w:spacing w:line="240" w:lineRule="auto"/>
        <w:ind w:left="720"/>
      </w:pPr>
      <w:r/>
      <w:hyperlink r:id="rId13">
        <w:r>
          <w:rPr>
            <w:color w:val="0000EE"/>
            <w:u w:val="single"/>
          </w:rPr>
          <w:t>https://longviewtexas.gov/calendar.aspx?CID=0&amp;month=6&amp;view=month&amp;year=2023</w:t>
        </w:r>
      </w:hyperlink>
      <w:r>
        <w:t xml:space="preserve"> - The City of Longview's official calendar lists various events for June 2023, including the Longview Pride Even Louder event on June 10, 2023. This event, hosted by Pride East Texas Longview, featured two segments: Live Out Loud Family Pride from 9 a.m. to 2 p.m. and Pride Even Louder from 3 p.m. to 8 p.m. The event included a variety of vendors, food trucks, and entertainment such as a DJ and drag show, held at the Maude Cobb Convention Center.</w:t>
      </w:r>
      <w:r/>
    </w:p>
    <w:p>
      <w:pPr>
        <w:pStyle w:val="ListNumber"/>
        <w:spacing w:line="240" w:lineRule="auto"/>
        <w:ind w:left="720"/>
      </w:pPr>
      <w:r/>
      <w:hyperlink r:id="rId14">
        <w:r>
          <w:rPr>
            <w:color w:val="0000EE"/>
            <w:u w:val="single"/>
          </w:rPr>
          <w:t>https://texasscorecard.com/east-texas/longview-mayor-supports-lgbt-group-hosting-drag-shows-targeting-children/</w:t>
        </w:r>
      </w:hyperlink>
      <w:r>
        <w:t xml:space="preserve"> - This article reports on Longview Mayor Dr. Andy Mack's proclamation of June 10, 2023, as 'LGBTQ pride day' in the City of Longview. The proclamation supports the LGBTQ community and acknowledges the diversity within the city. The article also mentions a drag show event that took place during the Pride festival, featuring performances by Gemini Alexander Brooks and others, with children in attendance. The event was part of the city's ongoing support for the LGBTQ community since 2015.</w:t>
      </w:r>
      <w:r/>
    </w:p>
    <w:p>
      <w:pPr>
        <w:pStyle w:val="ListNumber"/>
        <w:spacing w:line="240" w:lineRule="auto"/>
        <w:ind w:left="720"/>
      </w:pPr>
      <w:r/>
      <w:hyperlink r:id="rId12">
        <w:r>
          <w:rPr>
            <w:color w:val="0000EE"/>
            <w:u w:val="single"/>
          </w:rPr>
          <w:t>https://www.kltv.com/2023/02/15/webxtra-19th-annual-unity-honors-luncheon-recognizes-two-longview-residents/</w:t>
        </w:r>
      </w:hyperlink>
      <w:r>
        <w:t xml:space="preserve"> - The article covers the 19th annual Unity Honors Luncheon held at the Maude Cobb Convention Center in Longview, Texas. The event recognised two residents: Amanda Veasy, founder and executive director of One Love Longview, and Clent Holmes, executive director of Thrive Longview. Both honorees were acknowledged for their contributions to the community, with Veasy's organisation assisting the homeless and those in need for seven years, and Holmes' organisation providing mentoring and support to teens.</w:t>
      </w:r>
      <w:r/>
    </w:p>
    <w:p>
      <w:pPr>
        <w:pStyle w:val="ListNumber"/>
        <w:spacing w:line="240" w:lineRule="auto"/>
        <w:ind w:left="720"/>
      </w:pPr>
      <w:r/>
      <w:hyperlink r:id="rId15">
        <w:r>
          <w:rPr>
            <w:color w:val="0000EE"/>
            <w:u w:val="single"/>
          </w:rPr>
          <w:t>https://dallasweekly.com/2023/10/amid-anti-lgbtq-legislation-a-north-texas-college-town-hosts-its-third-annual-trans-pride-event/</w:t>
        </w:r>
      </w:hyperlink>
      <w:r>
        <w:t xml:space="preserve"> - This article discusses the third annual trans pride event held in a North Texas college town amid anti-LGBTQ+ legislation. The event aimed to provide a supportive space for the transgender community, featuring performances, resources, and community engagement. The article highlights the challenges faced by the LGBTQ+ community in the current political climate and the importance of such events in fostering unity and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stronger-together/104643" TargetMode="External"/><Relationship Id="rId10" Type="http://schemas.openxmlformats.org/officeDocument/2006/relationships/hyperlink" Target="https://www.ktre.com/2026/06/27/pride-returns-longview-july-with-drag-show-vendors-free-admission/" TargetMode="External"/><Relationship Id="rId11" Type="http://schemas.openxmlformats.org/officeDocument/2006/relationships/hyperlink" Target="https://www.longviewpride.com/" TargetMode="External"/><Relationship Id="rId12" Type="http://schemas.openxmlformats.org/officeDocument/2006/relationships/hyperlink" Target="https://www.kltv.com/2023/02/15/webxtra-19th-annual-unity-honors-luncheon-recognizes-two-longview-residents/" TargetMode="External"/><Relationship Id="rId13" Type="http://schemas.openxmlformats.org/officeDocument/2006/relationships/hyperlink" Target="https://longviewtexas.gov/calendar.aspx?CID=0&amp;month=6&amp;view=month&amp;year=2023" TargetMode="External"/><Relationship Id="rId14" Type="http://schemas.openxmlformats.org/officeDocument/2006/relationships/hyperlink" Target="https://texasscorecard.com/east-texas/longview-mayor-supports-lgbt-group-hosting-drag-shows-targeting-children/" TargetMode="External"/><Relationship Id="rId15" Type="http://schemas.openxmlformats.org/officeDocument/2006/relationships/hyperlink" Target="https://dallasweekly.com/2023/10/amid-anti-lgbtq-legislation-a-north-texas-college-town-hosts-its-third-annual-trans-pride-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