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Chat Rooms and Apps for Genuine Connections Tonight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smarter, safer lesbian chat rooms as the scene fragments across cam sites, dating apps and anonymous text rooms; here’s where queer women in the UK can find friends, flings or something deeper, and how to choose the right platform for your vibe.</w:t>
      </w:r>
      <w:r/>
    </w:p>
    <w:p>
      <w:r/>
      <w:r>
        <w:t>Essential Takeaways</w:t>
      </w:r>
      <w:r/>
      <w:r/>
    </w:p>
    <w:p>
      <w:pPr>
        <w:pStyle w:val="ListBullet"/>
        <w:spacing w:line="240" w:lineRule="auto"/>
        <w:ind w:left="720"/>
      </w:pPr>
      <w:r/>
      <w:r>
        <w:rPr>
          <w:b/>
        </w:rPr>
        <w:t>Varied formats:</w:t>
      </w:r>
      <w:r>
        <w:t xml:space="preserve"> Options range from cam-led video chat to anonymous text rooms and dating apps with events and groups.</w:t>
      </w:r>
      <w:r/>
    </w:p>
    <w:p>
      <w:pPr>
        <w:pStyle w:val="ListBullet"/>
        <w:spacing w:line="240" w:lineRule="auto"/>
        <w:ind w:left="720"/>
      </w:pPr>
      <w:r/>
      <w:r>
        <w:rPr>
          <w:b/>
        </w:rPr>
        <w:t>Privacy-first choices:</w:t>
      </w:r>
      <w:r>
        <w:t xml:space="preserve"> Some sites let you join as a guest or use a username, great if you want anonymity.</w:t>
      </w:r>
      <w:r/>
    </w:p>
    <w:p>
      <w:pPr>
        <w:pStyle w:val="ListBullet"/>
        <w:spacing w:line="240" w:lineRule="auto"/>
        <w:ind w:left="720"/>
      </w:pPr>
      <w:r/>
      <w:r>
        <w:rPr>
          <w:b/>
        </w:rPr>
        <w:t>Paid perks vs free access:</w:t>
      </w:r>
      <w:r>
        <w:t xml:space="preserve"> Free rooms let you browse and lurk; premium features add control, verification and deeper messaging.</w:t>
      </w:r>
      <w:r/>
    </w:p>
    <w:p>
      <w:pPr>
        <w:pStyle w:val="ListBullet"/>
        <w:spacing w:line="240" w:lineRule="auto"/>
        <w:ind w:left="720"/>
      </w:pPr>
      <w:r/>
      <w:r>
        <w:rPr>
          <w:b/>
        </w:rPr>
        <w:t>Safety basics:</w:t>
      </w:r>
      <w:r>
        <w:t xml:space="preserve"> Use filters, avoid sharing phone numbers, and insist on video verification before meeting in real life.</w:t>
      </w:r>
      <w:r/>
    </w:p>
    <w:p>
      <w:pPr>
        <w:pStyle w:val="ListBullet"/>
        <w:spacing w:line="240" w:lineRule="auto"/>
        <w:ind w:left="720"/>
      </w:pPr>
      <w:r/>
      <w:r>
        <w:rPr>
          <w:b/>
        </w:rPr>
        <w:t>Mood matters:</w:t>
      </w:r>
      <w:r>
        <w:t xml:space="preserve"> Pick a cam site for visual shows, a dating app for long-term matches, or an anonymous room for spontaneous chats.</w:t>
      </w:r>
      <w:r/>
      <w:r/>
    </w:p>
    <w:p>
      <w:pPr>
        <w:pStyle w:val="Heading2"/>
      </w:pPr>
      <w:r>
        <w:t>Why one platform won’t do it all , match the room to your goal</w:t>
      </w:r>
      <w:r/>
    </w:p>
    <w:p>
      <w:r/>
      <w:r>
        <w:t>Think of these services as different kinds of bars: some are wild, some are curated, and some are quiet corners for proper conversation. Cam sites with performer-led shows are brilliant when you want direct visual interaction and fast gratification, while dating apps and niche sites are better if you’re after friendships or relationships. If you just want to talk to someone with zero fuss, anonymous text rooms are still the fastest route. The trick is deciding whether you want spectacle, community, or real-world meetups, and choosing accordingly.</w:t>
      </w:r>
      <w:r/>
    </w:p>
    <w:p>
      <w:pPr>
        <w:pStyle w:val="Heading2"/>
      </w:pPr>
      <w:r>
        <w:t>Cam sites: instant visual chats when you want to watch or be watched</w:t>
      </w:r>
      <w:r/>
    </w:p>
    <w:p>
      <w:r/>
      <w:r>
        <w:t>If you’re into live shows or one-on-one video, cam platforms deliver the most immediate experiences. They use tokens or credits for private sessions, so you pay for control and exclusivity rather than basic access. Browse public rooms first to size up the vibe, then decide whether a private session is worth it. Tags and filters help you find performers who match your preferences, and VR or immersive features are turning some sites into surprisingly intimate spaces. Remember that these platforms are performance-led: they’re great for thrills, less useful for long-term connections.</w:t>
      </w:r>
      <w:r/>
    </w:p>
    <w:p>
      <w:pPr>
        <w:pStyle w:val="Heading2"/>
      </w:pPr>
      <w:r>
        <w:t>Dating apps and community hubs: for friendships, events and serious matches</w:t>
      </w:r>
      <w:r/>
    </w:p>
    <w:p>
      <w:r/>
      <w:r>
        <w:t>Apps built by and for queer women put community first. They offer social feeds, group chats and event listings, which makes it easier to move online friendships offline. These platforms tend to encourage fuller profiles and often include verification tools, which raises the quality of interactions. A membership or premium tier can be a useful filter if you want people who are serious about meeting. If your aim is a relationship or consistent social circle, this is the area to invest time in.</w:t>
      </w:r>
      <w:r/>
    </w:p>
    <w:p>
      <w:pPr>
        <w:pStyle w:val="Heading2"/>
      </w:pPr>
      <w:r>
        <w:t>Anonymous and text-first rooms: instant, private and low-commitment</w:t>
      </w:r>
      <w:r/>
    </w:p>
    <w:p>
      <w:r/>
      <w:r>
        <w:t>For pure anonymity and speed, old-school chat rooms still hold value. You pick a username and start typing, no signup, minimal friction. It’s ideal for late-night chats, practicing flirting, or just seeing who’s out there without sharing personal details. The downside is randomness: you can’t always reconnect with someone you liked, and moderation varies widely. Use these for quick conversations, but don’t rely on them when you want accountability or to verify identities.</w:t>
      </w:r>
      <w:r/>
    </w:p>
    <w:p>
      <w:pPr>
        <w:pStyle w:val="Heading2"/>
      </w:pPr>
      <w:r>
        <w:t>Safety and practical tips to get better matches and avoid scams</w:t>
      </w:r>
      <w:r/>
    </w:p>
    <w:p>
      <w:r/>
      <w:r>
        <w:t>Never give out phone numbers or financial details; keep early conversations on the platform. Use filters and tags before you start scrolling, this saves time and cuts down on mismatches. If someone seems too eager for money or pushes boundaries, report and block them. A quick video call is the fastest way to confirm someone is genuine before you consider meeting. And if privacy matters, use guest mode or a throwaway username until you feel comfortable sharing more.</w:t>
      </w:r>
      <w:r/>
    </w:p>
    <w:p>
      <w:pPr>
        <w:pStyle w:val="Heading2"/>
      </w:pPr>
      <w:r>
        <w:t>How to pick the right mix , create your own chat toolkit</w:t>
      </w:r>
      <w:r/>
    </w:p>
    <w:p>
      <w:r/>
      <w:r>
        <w:t>Most people end up using more than one service: a dating app for meaningful matches, a cam site for playful nights, and an anonymous room for spontaneous chats. Start by listing what you want, friendship, flirtation, kink, or dates, then pick one platform from each category to try. Spend a little time learning filters and community rules, and don’t be afraid to walk away from rooms that feel toxic. Over time you’ll build a shortlist that reliably delivers the vibe you want.</w:t>
      </w:r>
      <w:r/>
    </w:p>
    <w:p>
      <w:r/>
      <w:r>
        <w:t>It’s a small change that can make every chat feel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10">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https://www.villagevoice.com/lesbian-chat-rooms/?utm_source=rss&amp;utm_medium=rss&amp;utm_campaign=lesbian-chat-rooms</w:t>
        </w:r>
      </w:hyperlink>
      <w:r>
        <w:t xml:space="preserve"> - Please view link - unable to able to access data</w:t>
      </w:r>
      <w:r/>
    </w:p>
    <w:p>
      <w:pPr>
        <w:pStyle w:val="ListNumber"/>
        <w:spacing w:line="240" w:lineRule="auto"/>
        <w:ind w:left="720"/>
      </w:pPr>
      <w:r/>
      <w:hyperlink r:id="rId9">
        <w:r>
          <w:rPr>
            <w:color w:val="0000EE"/>
            <w:u w:val="single"/>
          </w:rPr>
          <w:t>https://www.villagevoice.com/lesbian-chat-rooms/?utm_source=rss&amp;utm_medium=rss&amp;utm_campaign=lesbian-chat-rooms</w:t>
        </w:r>
      </w:hyperlink>
      <w:r>
        <w:t xml:space="preserve"> - This article from The Village Voice provides an in-depth review of various lesbian chat rooms, apps, and sites, ranking them based on features such as user base, community groups, and anonymity. It offers insights into platforms like Jerkmate, Adult Friend Finder, Infatuated AI, Stripchat, Chaturbate, Chat Avenue, TalkRandom, BDSMChat, 321 Chat, Talk with Stranger, MeetVille, PinkCupid, LesbieMates, Taimi, and HER, detailing their unique offerings and user experiences to help readers find the most suitable platform for their needs.</w:t>
      </w:r>
      <w:r/>
    </w:p>
    <w:p>
      <w:pPr>
        <w:pStyle w:val="ListNumber"/>
        <w:spacing w:line="240" w:lineRule="auto"/>
        <w:ind w:left="720"/>
      </w:pPr>
      <w:r/>
      <w:hyperlink r:id="rId11">
        <w:r>
          <w:rPr>
            <w:color w:val="0000EE"/>
            <w:u w:val="single"/>
          </w:rPr>
          <w:t>https://www.villagevoice.com/jerkmate-review/</w:t>
        </w:r>
      </w:hyperlink>
      <w:r>
        <w:t xml:space="preserve"> - This review from The Village Voice delves into Jerkmate, highlighting its high-quality, one-on-one lesbian video chat rooms. The platform uses a pairing algorithm to match users with live cam performers based on their preferences, offering instant connections. It operates on a 'Gold' currency system, allowing users to enter private shows or tip performers. The review emphasizes the site's focus on visual interaction and its suitability for those seeking intense, immediate connections rather than long-term relationships.</w:t>
      </w:r>
      <w:r/>
    </w:p>
    <w:p>
      <w:pPr>
        <w:pStyle w:val="ListNumber"/>
        <w:spacing w:line="240" w:lineRule="auto"/>
        <w:ind w:left="720"/>
      </w:pPr>
      <w:r/>
      <w:hyperlink r:id="rId13">
        <w:r>
          <w:rPr>
            <w:color w:val="0000EE"/>
            <w:u w:val="single"/>
          </w:rPr>
          <w:t>https://www.villagevoice.com/adultfriendfinder-review/</w:t>
        </w:r>
      </w:hyperlink>
      <w:r>
        <w:t xml:space="preserve"> - This article from The Village Voice examines Adult Friend Finder, a platform known for its massive user base and community groups. It offers live member webcams, private chat rooms, and advanced search filters to help users find matches. The review discusses the platform's focus on casual connections and sexual exploration, noting that while it requires filtering to find lesbian-specific content, the effort leads to a more targeted and efficient experience.</w:t>
      </w:r>
      <w:r/>
    </w:p>
    <w:p>
      <w:pPr>
        <w:pStyle w:val="ListNumber"/>
        <w:spacing w:line="240" w:lineRule="auto"/>
        <w:ind w:left="720"/>
      </w:pPr>
      <w:r/>
      <w:hyperlink r:id="rId14">
        <w:r>
          <w:rPr>
            <w:color w:val="0000EE"/>
            <w:u w:val="single"/>
          </w:rPr>
          <w:t>https://www.villagevoice.com/infatuated-ai-review/</w:t>
        </w:r>
      </w:hyperlink>
      <w:r>
        <w:t xml:space="preserve"> - This review from The Village Voice explores Infatuated AI, a platform that allows users to build an AI girlfriend who remembers conversations, adapts to personality, and responds naturally over time. It offers features like voice messages, multilingual support, and long-term memory, making interactions feel more immersive. The review highlights the platform's focus on personalized virtual companionship, noting that while it doesn't provide real human interaction, it offers a unique and tailored experience for users seeking a different kind of connection.</w:t>
      </w:r>
      <w:r/>
    </w:p>
    <w:p>
      <w:pPr>
        <w:pStyle w:val="ListNumber"/>
        <w:spacing w:line="240" w:lineRule="auto"/>
        <w:ind w:left="720"/>
      </w:pPr>
      <w:r/>
      <w:hyperlink r:id="rId12">
        <w:r>
          <w:rPr>
            <w:color w:val="0000EE"/>
            <w:u w:val="single"/>
          </w:rPr>
          <w:t>https://www.villagevoice.com/stripchat-review/</w:t>
        </w:r>
      </w:hyperlink>
      <w:r>
        <w:t xml:space="preserve"> - This article from The Village Voice reviews Stripchat, a lesbian cam site offering a vast selection of performers and unique features like VR shows. The platform allows users to watch and interact in free public chat rooms before deciding to enter private sessions. It operates on a token system for private shows and emphasizes the use of tags for hyper-specific searches, making it easier for users to find performers that match their interests.</w:t>
      </w:r>
      <w:r/>
    </w:p>
    <w:p>
      <w:pPr>
        <w:pStyle w:val="ListNumber"/>
        <w:spacing w:line="240" w:lineRule="auto"/>
        <w:ind w:left="720"/>
      </w:pPr>
      <w:r/>
      <w:hyperlink r:id="rId10">
        <w:r>
          <w:rPr>
            <w:color w:val="0000EE"/>
            <w:u w:val="single"/>
          </w:rPr>
          <w:t>https://www.villagevoice.com/chaturbate-review/</w:t>
        </w:r>
      </w:hyperlink>
      <w:r>
        <w:t xml:space="preserve"> - This review from The Village Voice examines Chaturbate, a free lesbian chat room known for its community-driven content. The platform offers a vast number of public chat rooms where users can watch and interact with performers without paying. It operates on a tipping culture, where viewers' tips influence the show and what the performer does. The review highlights the site's massive variety and the use of the #lesbian tag to filter relevant streams, making it easier for users to find content that suits their preferences.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illagevoice.com/lesbian-chat-rooms/?utm_source=rss&amp;utm_medium=rss&amp;utm_campaign=lesbian-chat-rooms" TargetMode="External"/><Relationship Id="rId10" Type="http://schemas.openxmlformats.org/officeDocument/2006/relationships/hyperlink" Target="https://www.villagevoice.com/chaturbate-review/" TargetMode="External"/><Relationship Id="rId11" Type="http://schemas.openxmlformats.org/officeDocument/2006/relationships/hyperlink" Target="https://www.villagevoice.com/jerkmate-review/" TargetMode="External"/><Relationship Id="rId12" Type="http://schemas.openxmlformats.org/officeDocument/2006/relationships/hyperlink" Target="https://www.villagevoice.com/stripchat-review/" TargetMode="External"/><Relationship Id="rId13" Type="http://schemas.openxmlformats.org/officeDocument/2006/relationships/hyperlink" Target="https://www.villagevoice.com/adultfriendfinder-review/" TargetMode="External"/><Relationship Id="rId14" Type="http://schemas.openxmlformats.org/officeDocument/2006/relationships/hyperlink" Target="https://www.villagevoice.com/infatuated-ai-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