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Elephant Pride 2026 Guide: Free Outdoor Festival, New Gay Bar and Where to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gearing up for Elephant Pride 2026, a free outdoor festival at Elephant Park on 25 July that brings DJs, drag, community hubs and the debut of a new gay bar , all designed to make South London’s queer scene sparkle. Here’s what to expect, where to stop and how to plan your day.</w:t>
      </w:r>
      <w:r/>
    </w:p>
    <w:p>
      <w:r/>
      <w:r>
        <w:t>Essential Takeaways</w:t>
      </w:r>
      <w:r/>
      <w:r/>
    </w:p>
    <w:p>
      <w:pPr>
        <w:pStyle w:val="ListBullet"/>
        <w:spacing w:line="240" w:lineRule="auto"/>
        <w:ind w:left="720"/>
      </w:pPr>
      <w:r/>
      <w:r>
        <w:rPr>
          <w:b/>
        </w:rPr>
        <w:t>Free entry:</w:t>
      </w:r>
      <w:r>
        <w:t xml:space="preserve"> Elephant Pride 2026 is a free outdoor festival at Elephant Park from 2pm–10pm on 25 July; register for tickets on the event website.</w:t>
      </w:r>
      <w:r/>
    </w:p>
    <w:p>
      <w:pPr>
        <w:pStyle w:val="ListBullet"/>
        <w:spacing w:line="240" w:lineRule="auto"/>
        <w:ind w:left="720"/>
      </w:pPr>
      <w:r/>
      <w:r>
        <w:rPr>
          <w:b/>
        </w:rPr>
        <w:t>Headline act:</w:t>
      </w:r>
      <w:r>
        <w:t xml:space="preserve"> Lucy Rose performs as Absolute Britney, delivering a Britney Spears set from 9pm–10pm , expect singalongs and pop energy.</w:t>
      </w:r>
      <w:r/>
    </w:p>
    <w:p>
      <w:pPr>
        <w:pStyle w:val="ListBullet"/>
        <w:spacing w:line="240" w:lineRule="auto"/>
        <w:ind w:left="720"/>
      </w:pPr>
      <w:r/>
      <w:r>
        <w:rPr>
          <w:b/>
        </w:rPr>
        <w:t>New venue:</w:t>
      </w:r>
      <w:r>
        <w:t xml:space="preserve"> The Nellie, a new gay bar on Ash Avenue, opens 22 July and will make its Pride debut with indoor and outdoor spaces and a “classy but casual” vibe.</w:t>
      </w:r>
      <w:r/>
    </w:p>
    <w:p>
      <w:pPr>
        <w:pStyle w:val="ListBullet"/>
        <w:spacing w:line="240" w:lineRule="auto"/>
        <w:ind w:left="720"/>
      </w:pPr>
      <w:r/>
      <w:r>
        <w:rPr>
          <w:b/>
        </w:rPr>
        <w:t>Local queer guide:</w:t>
      </w:r>
      <w:r>
        <w:t xml:space="preserve"> Organisers published a Rainbow Elephant Map highlighting spots like Betty &amp; Joan’s, The Rising SE1 and The Queer Comedy Club , great for a crawl.</w:t>
      </w:r>
      <w:r/>
    </w:p>
    <w:p>
      <w:pPr>
        <w:pStyle w:val="ListBullet"/>
        <w:spacing w:line="240" w:lineRule="auto"/>
        <w:ind w:left="720"/>
      </w:pPr>
      <w:r/>
      <w:r>
        <w:rPr>
          <w:b/>
        </w:rPr>
        <w:t>Afterparty options:</w:t>
      </w:r>
      <w:r>
        <w:t xml:space="preserve"> The party continues into the night with Pride Party After Dark at Betty &amp; Joan’s until 3am for anyone wanting late-night beats.</w:t>
      </w:r>
      <w:r/>
      <w:r/>
    </w:p>
    <w:p>
      <w:pPr>
        <w:pStyle w:val="Heading2"/>
      </w:pPr>
      <w:r>
        <w:t>What Elephant Pride looks and feels like this year</w:t>
      </w:r>
      <w:r/>
    </w:p>
    <w:p>
      <w:r/>
      <w:r>
        <w:t>Think sunshine, big speakers and a crowd ready to dance , Elephant Pride is back in Elephant Park on 25 July from mid‑afternoon to evening. The main stage build promises festival energy without the muddy fields; it’s a day event aimed at locals and visitors who want a lively, accessible Pride moment. Tickets are free but registering in advance keeps things smooth at the gate.</w:t>
      </w:r>
      <w:r/>
    </w:p>
    <w:p>
      <w:r/>
      <w:r>
        <w:t>Organisers say the festival is meant to be a neighbourhood celebration as much as a city one, so expect a friendly, community-first vibe. Bring a picnic blanket, comfy shoes and a sense of fun , and maybe some ear protection if you’re planning to stick near the speakers.</w:t>
      </w:r>
      <w:r/>
    </w:p>
    <w:p>
      <w:pPr>
        <w:pStyle w:val="Heading2"/>
      </w:pPr>
      <w:r>
        <w:t>The Nellie: a new gay bar joins the map</w:t>
      </w:r>
      <w:r/>
    </w:p>
    <w:p>
      <w:r/>
      <w:r>
        <w:t>The Nellie opens its doors on Ash Avenue on 22 July and will mark its first Pride as an active venue. Launched by the team behind Elephant Pride and Betty &amp; Joan’s, the bar aims for a “classy but casual” feel with indoor and outdoor spaces that should suit everything from early drinks to post-festival wind‑downs.</w:t>
      </w:r>
      <w:r/>
    </w:p>
    <w:p>
      <w:r/>
      <w:r>
        <w:t>If you like places with design you can relax in and staff who know the local scene, this is one to try. Arrive early for a quieter drink, or plan to return after the festival for a proper debut-night vibe.</w:t>
      </w:r>
      <w:r/>
    </w:p>
    <w:p>
      <w:pPr>
        <w:pStyle w:val="Heading2"/>
      </w:pPr>
      <w:r>
        <w:t>How to crawl the Rainbow Elephant Map</w:t>
      </w:r>
      <w:r/>
    </w:p>
    <w:p>
      <w:r/>
      <w:r>
        <w:t>Organisers have put together a handy Rainbow Elephant Map pointing to queer-owned and queer-friendly spots around Elephant &amp; Castle. Highlights include Betty &amp; Joan’s for partying late, The Rising SE1 for cosy pub atmosphere, The Queer Comedy Club for a lighter change of pace, and Arepa &amp; Co if you’re hungry for Venezuelan flavours.</w:t>
      </w:r>
      <w:r/>
    </w:p>
    <w:p>
      <w:r/>
      <w:r>
        <w:t>A map-based crawl makes the day richer: stagger visits, factor in walking time through Elephant Park, and treat the map like a choose‑your‑own‑adventure. It’s perfect for first-timers who want to discover local favourites without guessing.</w:t>
      </w:r>
      <w:r/>
    </w:p>
    <w:p>
      <w:pPr>
        <w:pStyle w:val="Heading2"/>
      </w:pPr>
      <w:r>
        <w:t>What to know about the headline and entertainment</w:t>
      </w:r>
      <w:r/>
    </w:p>
    <w:p>
      <w:r/>
      <w:r>
        <w:t>Lucy Rose fronts the main act as Absolute Britney, performing a one-hour tribute set from 9pm. If you love pop theatrics and familiar bangers, that headline slot is built for big singalongs , imagine a crowd united over choreography you probably know.</w:t>
      </w:r>
      <w:r/>
    </w:p>
    <w:p>
      <w:r/>
      <w:r>
        <w:t>Daytime programming includes DJs and local performers, so arrive early if you want to catch community acts or stake a good spot near the stage. For families or those who prefer a quieter hour, mid‑afternoon crowds can be more relaxed before the evening surge.</w:t>
      </w:r>
      <w:r/>
    </w:p>
    <w:p>
      <w:pPr>
        <w:pStyle w:val="Heading2"/>
      </w:pPr>
      <w:r>
        <w:t>Practical tips for a great Pride day</w:t>
      </w:r>
      <w:r/>
    </w:p>
    <w:p>
      <w:r/>
      <w:r>
        <w:t>Pack light but smart: sun cream, a refillable water bottle, and cashless payment options for food and drinks. Remember public transport gets busier near big events, so check routes to Elephant &amp; Castle and consider arriving by bike or on foot if you live nearby. If you’re planning a crawl, book any indoor tables you might need in advance , popular spots fill up once the headline act lets out.</w:t>
      </w:r>
      <w:r/>
    </w:p>
    <w:p>
      <w:r/>
      <w:r>
        <w:t>If you want to keep celebrating, Betty &amp; Joan’s hosts Pride Party After Dark until 3am. That’s where the late-night dancers will end up, so if you’re not ready to call it a night, head there for the last set.</w:t>
      </w:r>
      <w:r/>
    </w:p>
    <w:p>
      <w:r/>
      <w:r>
        <w:t>It's a small change that can make every Pride moment feel like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https://www.attitude.co.uk/news/elephant-pride-2026-free-outdoor-festival-new-gay-bar-529505/</w:t>
        </w:r>
      </w:hyperlink>
      <w:r>
        <w:t xml:space="preserve"> - Please view link - unable to able to access data</w:t>
      </w:r>
      <w:r/>
    </w:p>
    <w:p>
      <w:pPr>
        <w:pStyle w:val="ListNumber"/>
        <w:spacing w:line="240" w:lineRule="auto"/>
        <w:ind w:left="720"/>
      </w:pPr>
      <w:r/>
      <w:hyperlink r:id="rId9">
        <w:r>
          <w:rPr>
            <w:color w:val="0000EE"/>
            <w:u w:val="single"/>
          </w:rPr>
          <w:t>https://www.attitude.co.uk/news/elephant-pride-2026-free-outdoor-festival-new-gay-bar-529505/</w:t>
        </w:r>
      </w:hyperlink>
      <w:r>
        <w:t xml:space="preserve"> - Elephant Pride 2026 is set to return for its second year, offering a free outdoor festival at Elephant Park on 25 July from 2pm to 10pm. The event will feature a Britney Spears tribute performance by Lucy Rose as Absolute Britney from 9pm to 10pm. A new gay bar, The Nellie, located on Ash Avenue in Elephant Park, will make its Pride debut. The Nellie offers both indoor and outdoor spaces and is open seven days a week. Organisers have also created a 'Rainbow Elephant Map' highlighting recommended queer hotspots in the area. For those interested in continuing the celebration, the Pride Party After Dark at Betty &amp; Joan’s will run until 3am. Festival-goers can register for free tickets via the official website.</w:t>
      </w:r>
      <w:r/>
    </w:p>
    <w:p>
      <w:pPr>
        <w:pStyle w:val="ListNumber"/>
        <w:spacing w:line="240" w:lineRule="auto"/>
        <w:ind w:left="720"/>
      </w:pPr>
      <w:r/>
      <w:hyperlink r:id="rId10">
        <w:r>
          <w:rPr>
            <w:color w:val="0000EE"/>
            <w:u w:val="single"/>
          </w:rPr>
          <w:t>https://www.elephantpark.co.uk/dine-drink-shop/events-and-fun/elephant-pride-2026/</w:t>
        </w:r>
      </w:hyperlink>
      <w:r>
        <w:t xml:space="preserve"> - Elephant Park is hosting Elephant Pride 2026, a free outdoor festival on 25 July from 2pm to 10pm. The event will feature DJs throughout the day, a variety of drinks, and a celebration of LGBTQ+ community and allies. The main stage will be headlined by Lucy Rose as Absolute Britney, delivering a live experience packed with iconic Britney Spears hits. The full lineup will be released soon. The event is free to attend, and attendees are encouraged to register in advance.</w:t>
      </w:r>
      <w:r/>
    </w:p>
    <w:p>
      <w:pPr>
        <w:pStyle w:val="ListNumber"/>
        <w:spacing w:line="240" w:lineRule="auto"/>
        <w:ind w:left="720"/>
      </w:pPr>
      <w:r/>
      <w:hyperlink r:id="rId11">
        <w:r>
          <w:rPr>
            <w:color w:val="0000EE"/>
            <w:u w:val="single"/>
          </w:rPr>
          <w:t>https://www.outsavvy.com/event/36841/elephant-pride-2026</w:t>
        </w:r>
      </w:hyperlink>
      <w:r>
        <w:t xml:space="preserve"> - OutSavvy is offering free tickets for Elephant Pride 2026, a free outdoor festival at Elephant Park on 25 July from 2pm to 10pm. The event will feature DJs throughout the day, a variety of drinks, and a celebration of LGBTQ+ community and allies. The main stage will be headlined by Lucy Rose as Absolute Britney, delivering a live experience packed with iconic Britney Spears hits. The full lineup will be released soon. The event is free to attend, and attendees are encouraged to register in advance.</w:t>
      </w:r>
      <w:r/>
    </w:p>
    <w:p>
      <w:pPr>
        <w:pStyle w:val="ListNumber"/>
        <w:spacing w:line="240" w:lineRule="auto"/>
        <w:ind w:left="720"/>
      </w:pPr>
      <w:r/>
      <w:hyperlink r:id="rId12">
        <w:r>
          <w:rPr>
            <w:color w:val="0000EE"/>
            <w:u w:val="single"/>
          </w:rPr>
          <w:t>https://ma.to/event/elephant-pride-25-jul-2026</w:t>
        </w:r>
      </w:hyperlink>
      <w:r>
        <w:t xml:space="preserve"> - Mato is listing Elephant Pride 2026, a free outdoor festival at Elephant Park on 25 July from 2pm to 10pm. The event will feature DJs throughout the day, a variety of drinks, and a celebration of LGBTQ+ community and allies. The main stage will be headlined by Lucy Rose as Absolute Britney, delivering a live experience packed with iconic Britney Spears hits. The full lineup will be released soon. The event is free to attend, and attendees are encouraged to register in advance.</w:t>
      </w:r>
      <w:r/>
    </w:p>
    <w:p>
      <w:pPr>
        <w:pStyle w:val="ListNumber"/>
        <w:spacing w:line="240" w:lineRule="auto"/>
        <w:ind w:left="720"/>
      </w:pPr>
      <w:r/>
      <w:hyperlink r:id="rId13">
        <w:r>
          <w:rPr>
            <w:color w:val="0000EE"/>
            <w:u w:val="single"/>
          </w:rPr>
          <w:t>https://www.riversideprideie.org/event/festival26/</w:t>
        </w:r>
      </w:hyperlink>
      <w:r>
        <w:t xml:space="preserve"> - Riverside's Inland Empire Pride Festival 2026 is scheduled for 30 May 2026 at White Park in Downtown Riverside. The free event will feature performances by unique entertainers, dance to the beat of up-and-coming LGBTQIA+ performers, experience LGBTQ history of Inland Empire, and enjoy over 100 LGBTQIA+ oriented and friendly organizations and companies. Attendees can eat, shop, drink, and dance in a park setting. The event will also include a youth zone, workshops, and panels. The festival is free to attend, with a 'pay what you can' model for donations.</w:t>
      </w:r>
      <w:r/>
    </w:p>
    <w:p>
      <w:pPr>
        <w:pStyle w:val="ListNumber"/>
        <w:spacing w:line="240" w:lineRule="auto"/>
        <w:ind w:left="720"/>
      </w:pPr>
      <w:r/>
      <w:hyperlink r:id="rId14">
        <w:r>
          <w:rPr>
            <w:color w:val="0000EE"/>
            <w:u w:val="single"/>
          </w:rPr>
          <w:t>https://navypier.org/pier-events/navy-pier-pride/</w:t>
        </w:r>
      </w:hyperlink>
      <w:r>
        <w:t xml:space="preserve"> - Navy Pier Pride is a free event celebrating Pride with entertainment, vibrant performances, music, dancing, and lakefront fun in Chicago. The event will feature a Community Pride Market showcasing local LGBTQ+ small businesses and conclude with fireworks at the pier. The event is scheduled for Saturday, 27 June 2026. The schedule includes various activities and performances throughout the day. The event is free to attend, and attendees are encouraged to check the official website for more details.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elephant-pride-2026-free-outdoor-festival-new-gay-bar-529505/" TargetMode="External"/><Relationship Id="rId10" Type="http://schemas.openxmlformats.org/officeDocument/2006/relationships/hyperlink" Target="https://www.elephantpark.co.uk/dine-drink-shop/events-and-fun/elephant-pride-2026/" TargetMode="External"/><Relationship Id="rId11" Type="http://schemas.openxmlformats.org/officeDocument/2006/relationships/hyperlink" Target="https://www.outsavvy.com/event/36841/elephant-pride-2026" TargetMode="External"/><Relationship Id="rId12" Type="http://schemas.openxmlformats.org/officeDocument/2006/relationships/hyperlink" Target="https://ma.to/event/elephant-pride-25-jul-2026" TargetMode="External"/><Relationship Id="rId13" Type="http://schemas.openxmlformats.org/officeDocument/2006/relationships/hyperlink" Target="https://www.riversideprideie.org/event/festival26/" TargetMode="External"/><Relationship Id="rId14" Type="http://schemas.openxmlformats.org/officeDocument/2006/relationships/hyperlink" Target="https://navypier.org/pier-events/navy-pi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