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Downey Pride 2026: Why Snow Tha Product Is the Headline You Can’t Miss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buzzing, Downey’s 6th Annual Pride Festival returns Saturday 8 August with the theme “Stronger Together,” free admission, and Snow Tha Product topping a bill that promises music, food and community services across Firestone Boulevard and Downey Avenue. Here’s what to expect and how to make the most of the evening.</w:t>
      </w:r>
      <w:r/>
    </w:p>
    <w:p>
      <w:r/>
      <w:r>
        <w:t>Essential Takeaways</w:t>
      </w:r>
      <w:r/>
      <w:r/>
    </w:p>
    <w:p>
      <w:pPr>
        <w:pStyle w:val="ListBullet"/>
        <w:spacing w:line="240" w:lineRule="auto"/>
        <w:ind w:left="720"/>
      </w:pPr>
      <w:r/>
      <w:r>
        <w:rPr>
          <w:b/>
        </w:rPr>
        <w:t>Headline act:</w:t>
      </w:r>
      <w:r>
        <w:t xml:space="preserve"> Snow Tha Product brings bilingual, high-energy rap and reggaeton-flavoured hits, expect rapid-fire bars and crowd-ready anthems.</w:t>
      </w:r>
      <w:r/>
    </w:p>
    <w:p>
      <w:pPr>
        <w:pStyle w:val="ListBullet"/>
        <w:spacing w:line="240" w:lineRule="auto"/>
        <w:ind w:left="720"/>
      </w:pPr>
      <w:r/>
      <w:r>
        <w:rPr>
          <w:b/>
        </w:rPr>
        <w:t>Family-friendly festival:</w:t>
      </w:r>
      <w:r>
        <w:t xml:space="preserve"> Live DJs, Banda Orgullo, a dance area, queer artists and local food stalls create a lively, varied atmosphere.</w:t>
      </w:r>
      <w:r/>
    </w:p>
    <w:p>
      <w:pPr>
        <w:pStyle w:val="ListBullet"/>
        <w:spacing w:line="240" w:lineRule="auto"/>
        <w:ind w:left="720"/>
      </w:pPr>
      <w:r/>
      <w:r>
        <w:rPr>
          <w:b/>
        </w:rPr>
        <w:t>Community services on site:</w:t>
      </w:r>
      <w:r>
        <w:t xml:space="preserve"> Local organisations will offer free health and behavioural-support resources, including information on substance use and mental health care.</w:t>
      </w:r>
      <w:r/>
    </w:p>
    <w:p>
      <w:pPr>
        <w:pStyle w:val="ListBullet"/>
        <w:spacing w:line="240" w:lineRule="auto"/>
        <w:ind w:left="720"/>
      </w:pPr>
      <w:r/>
      <w:r>
        <w:rPr>
          <w:b/>
        </w:rPr>
        <w:t>Logistics:</w:t>
      </w:r>
      <w:r>
        <w:t xml:space="preserve"> Free general admission and ample free parking; most activity clustered around Firestone Blvd and Downey Ave.</w:t>
      </w:r>
      <w:r/>
    </w:p>
    <w:p>
      <w:pPr>
        <w:pStyle w:val="ListBullet"/>
        <w:spacing w:line="240" w:lineRule="auto"/>
        <w:ind w:left="720"/>
      </w:pPr>
      <w:r/>
      <w:r>
        <w:rPr>
          <w:b/>
        </w:rPr>
        <w:t>Scale:</w:t>
      </w:r>
      <w:r>
        <w:t xml:space="preserve"> Organisers expect more than 8,000 attendees, making Downey Pride the area’s largest LGBTQIA+ celebration.</w:t>
      </w:r>
      <w:r/>
      <w:r/>
    </w:p>
    <w:p>
      <w:pPr>
        <w:pStyle w:val="Heading2"/>
      </w:pPr>
      <w:r>
        <w:t>Snow Tha Product brings bilingual punch and festival energy</w:t>
      </w:r>
      <w:r/>
    </w:p>
    <w:p>
      <w:r/>
      <w:r>
        <w:t>If you like your headline acts loud, fast and unapologetically proud, Snow Tha Product fits the bill. Her set will likely mix hard-hitting rap with reggaeton rhythms and R&amp;B hooks, delivered in both English and Spanish, so your ears will be busy and your feet will want to move. According to recent concert listings, she’s been headlining community-focused shows across the region, drawing large, diverse crowds.</w:t>
      </w:r>
      <w:r/>
    </w:p>
    <w:p>
      <w:r/>
      <w:r>
        <w:t>The booking tells you a lot about Downey Pride’s vibe: inclusive, high-energy and rooted in local Latinx culture. If you’re going to the festival, plan to arrive early for a good view and comfortable standing room, especially if you want to be near the stage when she starts.</w:t>
      </w:r>
      <w:r/>
    </w:p>
    <w:p>
      <w:pPr>
        <w:pStyle w:val="Heading2"/>
      </w:pPr>
      <w:r>
        <w:t>More than a concert: a full sensory weekend in one evening</w:t>
      </w:r>
      <w:r/>
    </w:p>
    <w:p>
      <w:r/>
      <w:r>
        <w:t>Downey Pride isn’t just a headline performance. DJs, Banda Orgullo and community leaders such as Bamby Salcedo are on the line-up, offering everything from danceable sets to spoken-word and advocacy moments. Expect the smell of street food, bright stalls of queer art, and a warm, festival hum as people circulate between stages and vendors.</w:t>
      </w:r>
      <w:r/>
    </w:p>
    <w:p>
      <w:r/>
      <w:r>
        <w:t>For families and pals who prefer a gentler pace, there’ll be artisan booths and seated spaces. Bring cash and a reusable bag for purchases, but also check vendor payment options, some sellers may be card-only.</w:t>
      </w:r>
      <w:r/>
    </w:p>
    <w:p>
      <w:pPr>
        <w:pStyle w:val="Heading2"/>
      </w:pPr>
      <w:r>
        <w:t>Health services and outreach are front and centre</w:t>
      </w:r>
      <w:r/>
    </w:p>
    <w:p>
      <w:r/>
      <w:r>
        <w:t>Organised by Los Angeles Centers for Alcohol and Drug Abuse (L.A. CADA), the festival doubles as an access point for local care. Attendees can learn about outpatient and residential substance use treatment, mental health support and prevention services. That mix of party and public service is part of what makes community festivals meaningful: you can celebrate while finding real-world help if you need it.</w:t>
      </w:r>
      <w:r/>
    </w:p>
    <w:p>
      <w:r/>
      <w:r>
        <w:t>If you’re seeking confidential advice or resources, head to the health-services tents early in the evening; quieter times often occur before the headline act draws the biggest crowds.</w:t>
      </w:r>
      <w:r/>
    </w:p>
    <w:p>
      <w:pPr>
        <w:pStyle w:val="Heading2"/>
      </w:pPr>
      <w:r>
        <w:t>Practical tips: when to arrive, where to park, what to wear</w:t>
      </w:r>
      <w:r/>
    </w:p>
    <w:p>
      <w:r/>
      <w:r>
        <w:t>Plan to get there by late afternoon when gates open at 4pm. Early arrival scores better parking and gives you time to browse the market and information stalls before the main music begins. Firestone Boulevard and Downey Avenue are the festival spine, so pick a meeting point, near a vendor or dance area works well.</w:t>
      </w:r>
      <w:r/>
    </w:p>
    <w:p>
      <w:r/>
      <w:r>
        <w:t>Dress for a warm Southern California evening: light layers, comfortable shoes, and a small daypack. Pack sun protection for the early hours and a lightweight jacket for later. If you’re photographing performances, a compact camera or phone with a good stabiliser will capture the energy without weighing you down.</w:t>
      </w:r>
      <w:r/>
    </w:p>
    <w:p>
      <w:pPr>
        <w:pStyle w:val="Heading2"/>
      </w:pPr>
      <w:r>
        <w:t>Why this festival matters: community, culture and momentum</w:t>
      </w:r>
      <w:r/>
    </w:p>
    <w:p>
      <w:r/>
      <w:r>
        <w:t>Downey Pride has grown quickly into a major local event; organisers expect north of 8,000 people this year. That scale signals both an appetite for visible LGBTQIA+ celebration and the success of blending entertainment with tangible support services. It’s a reminder that festivals can be joyous and useful at once.</w:t>
      </w:r>
      <w:r/>
    </w:p>
    <w:p>
      <w:r/>
      <w:r>
        <w:t>So whether you’re there for the music, the food, or the chance to connect with local organisations, Downey Pride is shaping up to be the kind of summer night that sticks with you. It’s loud, it’s local, and it’s very much for the community.</w:t>
      </w:r>
      <w:r/>
    </w:p>
    <w:p>
      <w:r/>
      <w:r>
        <w:t>It's a small change that can make every visit more memorable, pick a plan, bring friends, and enjoy the night.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https://adelantemagazine.com/downey-pride-saturday-august-8-2026-snow-tha-product-to-headline-the-event/</w:t>
        </w:r>
      </w:hyperlink>
      <w:r>
        <w:t xml:space="preserve"> - Please view link - unable to able to access data</w:t>
      </w:r>
      <w:r/>
    </w:p>
    <w:p>
      <w:pPr>
        <w:pStyle w:val="ListNumber"/>
        <w:spacing w:line="240" w:lineRule="auto"/>
        <w:ind w:left="720"/>
      </w:pPr>
      <w:r/>
      <w:hyperlink r:id="rId10">
        <w:r>
          <w:rPr>
            <w:color w:val="0000EE"/>
            <w:u w:val="single"/>
          </w:rPr>
          <w:t>https://downeypride.com/</w:t>
        </w:r>
      </w:hyperlink>
      <w:r>
        <w:t xml:space="preserve"> - Downey Pride is dedicated to celebrating and promoting inclusion, diversity, and respect for the LGBTQ+ community and its allies in Downey, California. Their annual festival provides a safe and welcoming space for people of all ages, fostering acceptance and unity while highlighting the city’s commitment to diversity and promoting greater understanding. The 6th Annual Downey Pride Festival is scheduled for August 8, 2026, from 4 pm to 10 pm in Downtown Downey, featuring free general admission. For more details, visit their official website.</w:t>
      </w:r>
      <w:r/>
    </w:p>
    <w:p>
      <w:pPr>
        <w:pStyle w:val="ListNumber"/>
        <w:spacing w:line="240" w:lineRule="auto"/>
        <w:ind w:left="720"/>
      </w:pPr>
      <w:r/>
      <w:hyperlink r:id="rId12">
        <w:r>
          <w:rPr>
            <w:color w:val="0000EE"/>
            <w:u w:val="single"/>
          </w:rPr>
          <w:t>https://www.thebombfactory.com/events/detail/snow-tha-product-1241055</w:t>
        </w:r>
      </w:hyperlink>
      <w:r>
        <w:t xml:space="preserve"> - Snow Tha Product, born Claudia Feliciano, is a Latin GRAMMY-nominated and multi-platinum selling singer, rapper, and actress. Raised in a musical environment, she was inspired by her Mexican roots and childhood idols such as Maria Felix, Gloria Trevi, and Alejandra Guzman. Her music blends rap, hip hop, R&amp;B, trap, and reggaeton, and she raps in both English and Spanish. Snow Tha Product has built a loyal following and is set to headline the Downey Pride Festival on August 8, 2026.</w:t>
      </w:r>
      <w:r/>
    </w:p>
    <w:p>
      <w:pPr>
        <w:pStyle w:val="ListNumber"/>
        <w:spacing w:line="240" w:lineRule="auto"/>
        <w:ind w:left="720"/>
      </w:pPr>
      <w:r/>
      <w:hyperlink r:id="rId11">
        <w:r>
          <w:rPr>
            <w:color w:val="0000EE"/>
            <w:u w:val="single"/>
          </w:rPr>
          <w:t>https://www.thedowneypatriot.com/events/downey-pride</w:t>
        </w:r>
      </w:hyperlink>
      <w:r>
        <w:t xml:space="preserve"> - The Downey Pride festival returns to Downtown Downey on Saturday, August 8, 2026, from 4:00 PM to Sunday, August 9, 2026, at 3:00 AM. The event is free to attend and will be held at Downtown Downey, 10927 Downey Avenue, Downey, CA. For more details, visit The Downey Patriot's website.</w:t>
      </w:r>
      <w:r/>
    </w:p>
    <w:p>
      <w:pPr>
        <w:pStyle w:val="ListNumber"/>
        <w:spacing w:line="240" w:lineRule="auto"/>
        <w:ind w:left="720"/>
      </w:pPr>
      <w:r/>
      <w:hyperlink r:id="rId14">
        <w:r>
          <w:rPr>
            <w:color w:val="0000EE"/>
            <w:u w:val="single"/>
          </w:rPr>
          <w:t>https://www.downtowndowney.org/event-details/pride-festival</w:t>
        </w:r>
      </w:hyperlink>
      <w:r>
        <w:t xml:space="preserve"> - The Downey Pride Festival is scheduled for Saturday, August 9, 2026, in Downtown Downey. Presented by L.A. CADA, the event will feature food trucks, live entertainment, vendors, family activities, and more. Admission is free. For more information, visit Downtown Downey's official website.</w:t>
      </w:r>
      <w:r/>
    </w:p>
    <w:p>
      <w:pPr>
        <w:pStyle w:val="ListNumber"/>
        <w:spacing w:line="240" w:lineRule="auto"/>
        <w:ind w:left="720"/>
      </w:pPr>
      <w:r/>
      <w:hyperlink r:id="rId15">
        <w:r>
          <w:rPr>
            <w:color w:val="0000EE"/>
            <w:u w:val="single"/>
          </w:rPr>
          <w:t>https://www.downeyca.org/visitor/upcoming-events/-sortn-EName/-sortd-asc</w:t>
        </w:r>
      </w:hyperlink>
      <w:r>
        <w:t xml:space="preserve"> - The City of Downey's official website lists upcoming events, including the Downey Pride Festival on August 8, 2026. The festival is expected to have more than 8,000 attendees and is the area's largest celebration of the LGBTQIA+ community. Admission is free, with ample free parking near the festival. For more details, visit the city's events page.</w:t>
      </w:r>
      <w:r/>
    </w:p>
    <w:p>
      <w:pPr>
        <w:pStyle w:val="ListNumber"/>
        <w:spacing w:line="240" w:lineRule="auto"/>
        <w:ind w:left="720"/>
      </w:pPr>
      <w:r/>
      <w:hyperlink r:id="rId13">
        <w:r>
          <w:rPr>
            <w:color w:val="0000EE"/>
            <w:u w:val="single"/>
          </w:rPr>
          <w:t>https://www.financialcontent.com/article/getnews-2026-6-9-snow-tha-product-brings-thousands-together-for-fiesta-en-sbado-community-celebration-in-downtown-los-angeles</w:t>
        </w:r>
      </w:hyperlink>
      <w:r>
        <w:t xml:space="preserve"> - Snow Tha Product hosted the 'Fiesta En Sábado' community celebration at Pershing Square in Downtown Los Angeles, drawing thousands of attendees for a day focused on family, culture, music, food, and unity. The event featured live entertainment, giveaways, community activations, food, and activities designed to bring people together in a positive and meaningful way. This event highlights Snow Tha Product's commitment to community engagement and cultural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elantemagazine.com/downey-pride-saturday-august-8-2026-snow-tha-product-to-headline-the-event/" TargetMode="External"/><Relationship Id="rId10" Type="http://schemas.openxmlformats.org/officeDocument/2006/relationships/hyperlink" Target="https://downeypride.com/" TargetMode="External"/><Relationship Id="rId11" Type="http://schemas.openxmlformats.org/officeDocument/2006/relationships/hyperlink" Target="https://www.thedowneypatriot.com/events/downey-pride" TargetMode="External"/><Relationship Id="rId12" Type="http://schemas.openxmlformats.org/officeDocument/2006/relationships/hyperlink" Target="https://www.thebombfactory.com/events/detail/snow-tha-product-1241055" TargetMode="External"/><Relationship Id="rId13" Type="http://schemas.openxmlformats.org/officeDocument/2006/relationships/hyperlink" Target="https://www.financialcontent.com/article/getnews-2026-6-9-snow-tha-product-brings-thousands-together-for-fiesta-en-sbado-community-celebration-in-downtown-los-angeles" TargetMode="External"/><Relationship Id="rId14" Type="http://schemas.openxmlformats.org/officeDocument/2006/relationships/hyperlink" Target="https://www.downtowndowney.org/event-details/pride-festival" TargetMode="External"/><Relationship Id="rId15" Type="http://schemas.openxmlformats.org/officeDocument/2006/relationships/hyperlink" Target="https://www.downeyca.org/visitor/upcoming-events/-sortn-EName/-sortd-as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