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Busch Gardens Williamsburg Pride Day Guide: What to Expect This Sunday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rainbow among the roller coasters: Busch Gardens Williamsburg is hosting its annual Pride Day on Sunday, July 26, with family-friendly performances, a vendor fair, a DJ dance party and specialty merchandise , most activities included with park admission, so it’s an easy add-on for a day out.</w:t>
      </w:r>
      <w:r/>
    </w:p>
    <w:p>
      <w:r/>
      <w:r>
        <w:t>Essential Takeaways</w:t>
      </w:r>
      <w:r/>
      <w:r/>
    </w:p>
    <w:p>
      <w:pPr>
        <w:pStyle w:val="ListBullet"/>
        <w:spacing w:line="240" w:lineRule="auto"/>
        <w:ind w:left="720"/>
      </w:pPr>
      <w:r/>
      <w:r>
        <w:rPr>
          <w:b/>
        </w:rPr>
        <w:t>When and where:</w:t>
      </w:r>
      <w:r>
        <w:t xml:space="preserve"> Pride Day runs Sunday, July 26, at Busch Gardens Williamsburg, 10 a.m.–9 p.m., with multiple theatre shows and daytime activities.</w:t>
      </w:r>
      <w:r/>
    </w:p>
    <w:p>
      <w:pPr>
        <w:pStyle w:val="ListBullet"/>
        <w:spacing w:line="240" w:lineRule="auto"/>
        <w:ind w:left="720"/>
      </w:pPr>
      <w:r/>
      <w:r>
        <w:rPr>
          <w:b/>
        </w:rPr>
        <w:t>Main attraction:</w:t>
      </w:r>
      <w:r>
        <w:t xml:space="preserve"> Family-friendly drag and variety performances in the Abbey Stone Theatre at 11:30 a.m., 1:30 p.m. and 3:30 p.m.</w:t>
      </w:r>
      <w:r/>
    </w:p>
    <w:p>
      <w:pPr>
        <w:pStyle w:val="ListBullet"/>
        <w:spacing w:line="240" w:lineRule="auto"/>
        <w:ind w:left="720"/>
      </w:pPr>
      <w:r/>
      <w:r>
        <w:rPr>
          <w:b/>
        </w:rPr>
        <w:t>Reserved seating option:</w:t>
      </w:r>
      <w:r>
        <w:t xml:space="preserve"> Close-up seats for the theatre shows are available for $5.99; park admission is required separately.</w:t>
      </w:r>
      <w:r/>
    </w:p>
    <w:p>
      <w:pPr>
        <w:pStyle w:val="ListBullet"/>
        <w:spacing w:line="240" w:lineRule="auto"/>
        <w:ind w:left="720"/>
      </w:pPr>
      <w:r/>
      <w:r>
        <w:rPr>
          <w:b/>
        </w:rPr>
        <w:t>Extras included:</w:t>
      </w:r>
      <w:r>
        <w:t xml:space="preserve"> DJ dance party, vendor fair and event-themed merchandise are part of the celebration and included with admission.</w:t>
      </w:r>
      <w:r/>
    </w:p>
    <w:p>
      <w:pPr>
        <w:pStyle w:val="ListBullet"/>
        <w:spacing w:line="240" w:lineRule="auto"/>
        <w:ind w:left="720"/>
      </w:pPr>
      <w:r/>
      <w:r>
        <w:rPr>
          <w:b/>
        </w:rPr>
        <w:t>Community roots:</w:t>
      </w:r>
      <w:r>
        <w:t xml:space="preserve"> The event started in 2022 with the Hampton Roads LGBT Chamber of Commerce and returns for its fifth year.</w:t>
      </w:r>
      <w:r/>
      <w:r/>
    </w:p>
    <w:p>
      <w:pPr>
        <w:pStyle w:val="Heading2"/>
      </w:pPr>
      <w:r>
        <w:t>What the day looks like , shows, music and a festival feel</w:t>
      </w:r>
      <w:r/>
    </w:p>
    <w:p>
      <w:r/>
      <w:r>
        <w:t>If you picture rainbow flags fluttering beside coaster tracks, you’re not far off. The heart of Pride Day is a trio of lively, family-friendly performances in the Abbey Stone Theatre, featuring LGBTQ+ entertainers across singing and dance. There’s also a DJ dance party and a vendor fair, so it’s part variety show, part street fair, and part theme-park day out.</w:t>
      </w:r>
      <w:r/>
    </w:p>
    <w:p>
      <w:r/>
      <w:r>
        <w:t>Busch Gardens lists the schedule and event details on its site, and the park runs these kinds of special event days alongside its seasonal programming. Think of Pride Day as another reason to time a visit when the park is buzzing but still easy to navigate.</w:t>
      </w:r>
      <w:r/>
    </w:p>
    <w:p>
      <w:pPr>
        <w:pStyle w:val="Heading2"/>
      </w:pPr>
      <w:r>
        <w:t>The shows , who’s on stage and how to get a good view</w:t>
      </w:r>
      <w:r/>
    </w:p>
    <w:p>
      <w:r/>
      <w:r>
        <w:t>Performers include Jennifer Warner, Just Jasmin, Sabrina Lawrence, Celestia Cox, Gensis and Steve Roberts, with shows at mid-morning, early afternoon and late afternoon. The performances are billed as family-friendly, so expect energetic numbers rather than late-night nightclub vibes.</w:t>
      </w:r>
      <w:r/>
    </w:p>
    <w:p>
      <w:r/>
      <w:r>
        <w:t>If you want a guaranteed good seat, the park offers reserved seating for the Abbey Stone Theatre performances at $5.99, which covers the seat but not admission. If you’re planning to catch a show with children or want to avoid standing-room crowds, the small premium can be worth it.</w:t>
      </w:r>
      <w:r/>
    </w:p>
    <w:p>
      <w:pPr>
        <w:pStyle w:val="Heading2"/>
      </w:pPr>
      <w:r>
        <w:t>Tickets, timing and how this fits with your park day</w:t>
      </w:r>
      <w:r/>
    </w:p>
    <w:p>
      <w:r/>
      <w:r>
        <w:t>All Pride Day activities except the reserved-seating drag show are included with standard park admission, so you don’t need separate event tickets to enjoy most of the offerings. The park is open 10 a.m. to 9 p.m., which gives you plenty of time for rides, shows and the vendor area.</w:t>
      </w:r>
      <w:r/>
    </w:p>
    <w:p>
      <w:r/>
      <w:r>
        <w:t>If you’re after a calmer visit, arrive early for the first show and enjoy rides before crowds peak. ParksRadar notes peak times for attractions and suggests planning around midday surges; aim for the 11:30 a.m. or 3:30 p.m. performances to split your day between theatre and attractions.</w:t>
      </w:r>
      <w:r/>
    </w:p>
    <w:p>
      <w:pPr>
        <w:pStyle w:val="Heading2"/>
      </w:pPr>
      <w:r>
        <w:t>Shopping, vendors and little extras to watch for</w:t>
      </w:r>
      <w:r/>
    </w:p>
    <w:p>
      <w:r/>
      <w:r>
        <w:t>Expect speciality Pride merchandise and a vendor fair selling food, crafts or community-focused goods. These stalls add a festival atmosphere and let you bring a keepsake home without hunting the main gift shops.</w:t>
      </w:r>
      <w:r/>
    </w:p>
    <w:p>
      <w:r/>
      <w:r>
        <w:t>Busch Gardens often ties limited-edition merchandise to its events, so if there’s something you like, grab it sooner rather than later , popular items can sell through quickly on event days.</w:t>
      </w:r>
      <w:r/>
    </w:p>
    <w:p>
      <w:pPr>
        <w:pStyle w:val="Heading2"/>
      </w:pPr>
      <w:r>
        <w:t>Why it matters , community, continuity and what comes next</w:t>
      </w:r>
      <w:r/>
    </w:p>
    <w:p>
      <w:r/>
      <w:r>
        <w:t>This Pride Day marks the fifth annual celebration since the park teamed up with the Hampton Roads LGBT Chamber of Commerce in 2022. For local visitors it’s become a fixture: a chance to celebrate visibility in a family-friendly setting while enjoying a full theme-park day.</w:t>
      </w:r>
      <w:r/>
    </w:p>
    <w:p>
      <w:r/>
      <w:r>
        <w:t>There’s broader value, too. Events like this help normalise LGBTQ+ representation in mainstream leisure spaces and give local performers a platform. Whether you come for the coasters, the shows, or just a colourful day out, it’s a simple way to support community-focused events.</w:t>
      </w:r>
      <w:r/>
    </w:p>
    <w:p>
      <w:r/>
      <w:r>
        <w:t>It’s a small change that can make a big day out feel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https://wydaily.com/latest/2026/07/24/busch-gardens-williamsburg-to-host-pride-day-sunday/</w:t>
        </w:r>
      </w:hyperlink>
      <w:r>
        <w:t xml:space="preserve"> - Please view link - unable to able to access data</w:t>
      </w:r>
      <w:r/>
    </w:p>
    <w:p>
      <w:pPr>
        <w:pStyle w:val="ListNumber"/>
        <w:spacing w:line="240" w:lineRule="auto"/>
        <w:ind w:left="720"/>
      </w:pPr>
      <w:r/>
      <w:hyperlink r:id="rId10">
        <w:r>
          <w:rPr>
            <w:color w:val="0000EE"/>
            <w:u w:val="single"/>
          </w:rPr>
          <w:t>https://buschgardens.com/williamsburg/events/pride-day/</w:t>
        </w:r>
      </w:hyperlink>
      <w:r>
        <w:t xml:space="preserve"> - Busch Gardens Williamsburg is hosting its annual Pride Day on Sunday, July 26, 2026, from 10 a.m. to 9 p.m. The event features family-friendly entertainment by LGBTQ+ performers, a DJ dance party, specialty merchandise, and a vendor fair, all included with park admission. Reserved seating for performances in the Abbey Stone Theatre is available for $5.99. This marks the fifth year of Pride Day at the park, which began in 2022 in partnership with the Hampton Roads LGBT Chamber of Commerce.</w:t>
      </w:r>
      <w:r/>
    </w:p>
    <w:p>
      <w:pPr>
        <w:pStyle w:val="ListNumber"/>
        <w:spacing w:line="240" w:lineRule="auto"/>
        <w:ind w:left="720"/>
      </w:pPr>
      <w:r/>
      <w:hyperlink r:id="rId11">
        <w:r>
          <w:rPr>
            <w:color w:val="0000EE"/>
            <w:u w:val="single"/>
          </w:rPr>
          <w:t>https://buschgardens.com/williamsburg/events/summer-of-wonder/</w:t>
        </w:r>
      </w:hyperlink>
      <w:r>
        <w:t xml:space="preserve"> - From June 26 to July 30, 2026, Busch Gardens Williamsburg is celebrating the Summer of Wonder, offering world-class thrills, electrifying entertainment, and family-friendly fun. Guests can enjoy eleven record-breaking coasters, including the reimagined Verbolten: Forbidden Turn, and award-winning indoor shows like Celtic Fyre® and All-New Across the Pond: Legends of the UK. The event also features two new nighttime shows, Kinetix: The Next Generation and Drone Show, providing an immersive summer experience.</w:t>
      </w:r>
      <w:r/>
    </w:p>
    <w:p>
      <w:pPr>
        <w:pStyle w:val="ListNumber"/>
        <w:spacing w:line="240" w:lineRule="auto"/>
        <w:ind w:left="720"/>
      </w:pPr>
      <w:r/>
      <w:hyperlink r:id="rId13">
        <w:r>
          <w:rPr>
            <w:color w:val="0000EE"/>
            <w:u w:val="single"/>
          </w:rPr>
          <w:t>https://buschgardens.com/williamsburg/events/beer-festival/</w:t>
        </w:r>
      </w:hyperlink>
      <w:r>
        <w:t xml:space="preserve"> - Busch Gardens Williamsburg's Bier Fest Brews &amp; BBQ, running from July 31 to September 7, 2026, combines classic Oktoberfest charm with Virginia's favourite brews and bands. The festival offers over 80 craft brews and cocktails from 60 breweries, including 39 local Virginia favourites, and 38 specialty BBQ dishes across the park. The event is included with park admission and operates from 12 p.m. until 30 minutes prior to park close on Fridays, Saturdays, Sundays, and Labor Day.</w:t>
      </w:r>
      <w:r/>
    </w:p>
    <w:p>
      <w:pPr>
        <w:pStyle w:val="ListNumber"/>
        <w:spacing w:line="240" w:lineRule="auto"/>
        <w:ind w:left="720"/>
      </w:pPr>
      <w:r/>
      <w:hyperlink r:id="rId14">
        <w:r>
          <w:rPr>
            <w:color w:val="0000EE"/>
            <w:u w:val="single"/>
          </w:rPr>
          <w:t>https://buschgardens.com/williamsburg/annual-pass/monthly-offers/</w:t>
        </w:r>
      </w:hyperlink>
      <w:r>
        <w:t xml:space="preserve"> - Busch Gardens Williamsburg offers monthly membership rewards and offers, including special discounts, offers, and rewards throughout the year. In July 2026, members can enjoy two free bonus guest tickets valid from July 14 to 19, and one free 7 oz. beer per visit from July 1 to 31. These benefits are available to members visiting Busch Gardens Williamsburg or Water Country USA, with specific terms and conditions applying.</w:t>
      </w:r>
      <w:r/>
    </w:p>
    <w:p>
      <w:pPr>
        <w:pStyle w:val="ListNumber"/>
        <w:spacing w:line="240" w:lineRule="auto"/>
        <w:ind w:left="720"/>
      </w:pPr>
      <w:r/>
      <w:hyperlink r:id="rId15">
        <w:r>
          <w:rPr>
            <w:color w:val="0000EE"/>
            <w:u w:val="single"/>
          </w:rPr>
          <w:t>https://www.youtube.com/watch?v=1AXAbN1YuOA</w:t>
        </w:r>
      </w:hyperlink>
      <w:r>
        <w:t xml:space="preserve"> - A YouTube video titled 'Every Festival &amp; Ride Change Coming to Busch Gardens Next Year' provides an overview of the major events and ride changes at Busch Gardens Williamsburg for 2026. The video covers festivals like Mardi Gras, Food &amp; Wine, Howl-O-Scream, and Christmas Town, as well as the transformation of the Verbolten ride into Verbolten: Forbidden Turn. It offers insights into the upcoming changes and what visitors can expect during their 2026 visit.</w:t>
      </w:r>
      <w:r/>
    </w:p>
    <w:p>
      <w:pPr>
        <w:pStyle w:val="ListNumber"/>
        <w:spacing w:line="240" w:lineRule="auto"/>
        <w:ind w:left="720"/>
      </w:pPr>
      <w:r/>
      <w:hyperlink r:id="rId12">
        <w:r>
          <w:rPr>
            <w:color w:val="0000EE"/>
            <w:u w:val="single"/>
          </w:rPr>
          <w:t>https://www.parksradar.com/parks/best-time-to-visit-busch-gardens-williamsburg</w:t>
        </w:r>
      </w:hyperlink>
      <w:r>
        <w:t xml:space="preserve"> - Parks Radar provides information on the best times to visit Busch Gardens Williamsburg in 2026, highlighting the least crowded months and days. November, December, and May are noted as the calmest months, with Tuesday and Wednesday being the least crowded days. The article also discusses crowd levels during peak times, such as July and August, weekends, and major holidays, helping visitors plan their trips to avoid large crowds.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ydaily.com/latest/2026/07/24/busch-gardens-williamsburg-to-host-pride-day-sunday/" TargetMode="External"/><Relationship Id="rId10" Type="http://schemas.openxmlformats.org/officeDocument/2006/relationships/hyperlink" Target="https://buschgardens.com/williamsburg/events/pride-day/" TargetMode="External"/><Relationship Id="rId11" Type="http://schemas.openxmlformats.org/officeDocument/2006/relationships/hyperlink" Target="https://buschgardens.com/williamsburg/events/summer-of-wonder/" TargetMode="External"/><Relationship Id="rId12" Type="http://schemas.openxmlformats.org/officeDocument/2006/relationships/hyperlink" Target="https://www.parksradar.com/parks/best-time-to-visit-busch-gardens-williamsburg" TargetMode="External"/><Relationship Id="rId13" Type="http://schemas.openxmlformats.org/officeDocument/2006/relationships/hyperlink" Target="https://buschgardens.com/williamsburg/events/beer-festival/" TargetMode="External"/><Relationship Id="rId14" Type="http://schemas.openxmlformats.org/officeDocument/2006/relationships/hyperlink" Target="https://buschgardens.com/williamsburg/annual-pass/monthly-offers/" TargetMode="External"/><Relationship Id="rId15" Type="http://schemas.openxmlformats.org/officeDocument/2006/relationships/hyperlink" Target="https://www.youtube.com/watch?v=1AXAbN1YuO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