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Berlin Pride 2024 Guide: What to Expect at this Year’s CSD Parade and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Kick off your walking shoes and flags , hundreds of thousands are set to flood Berlin for the Christopher Street Day parade and weekend, blending big parties, political messages and a packed programme from Drag Marches to concerts at the Brandenburg Gate. Here’s what matters and how to make the most of Pride this year.</w:t>
      </w:r>
      <w:r/>
    </w:p>
    <w:p>
      <w:r/>
      <w:r>
        <w:t>Essential Takeaways</w:t>
      </w:r>
      <w:r/>
      <w:r/>
    </w:p>
    <w:p>
      <w:pPr>
        <w:pStyle w:val="ListBullet"/>
        <w:spacing w:line="240" w:lineRule="auto"/>
        <w:ind w:left="720"/>
      </w:pPr>
      <w:r/>
      <w:r>
        <w:rPr>
          <w:b/>
        </w:rPr>
        <w:t>Mass turnout:</w:t>
      </w:r>
      <w:r>
        <w:t xml:space="preserve"> Organisers expect more than 100,000 people for the main CSD parade, making it one of Europe’s largest Pride events.</w:t>
      </w:r>
      <w:r/>
    </w:p>
    <w:p>
      <w:pPr>
        <w:pStyle w:val="ListBullet"/>
        <w:spacing w:line="240" w:lineRule="auto"/>
        <w:ind w:left="720"/>
      </w:pPr>
      <w:r/>
      <w:r>
        <w:rPr>
          <w:b/>
        </w:rPr>
        <w:t>Politics and party:</w:t>
      </w:r>
      <w:r>
        <w:t xml:space="preserve"> The motto “Haltung is hot” signals visible queer pride tied to democracy, human rights and a pushback against rising hate crimes.</w:t>
      </w:r>
      <w:r/>
    </w:p>
    <w:p>
      <w:pPr>
        <w:pStyle w:val="ListBullet"/>
        <w:spacing w:line="240" w:lineRule="auto"/>
        <w:ind w:left="720"/>
      </w:pPr>
      <w:r/>
      <w:r>
        <w:rPr>
          <w:b/>
        </w:rPr>
        <w:t>Diverse programme:</w:t>
      </w:r>
      <w:r>
        <w:t xml:space="preserve"> Events include a Drag March, Dyke* March, a CSD church service, stage performances and a headline concert at the Brandenburg Gate.</w:t>
      </w:r>
      <w:r/>
    </w:p>
    <w:p>
      <w:pPr>
        <w:pStyle w:val="ListBullet"/>
        <w:spacing w:line="240" w:lineRule="auto"/>
        <w:ind w:left="720"/>
      </w:pPr>
      <w:r/>
      <w:r>
        <w:rPr>
          <w:b/>
        </w:rPr>
        <w:t>High-profile support:</w:t>
      </w:r>
      <w:r>
        <w:t xml:space="preserve"> Politicians across major parties will speak briefly and performers such as Sarah Connor are appearing free of charge.</w:t>
      </w:r>
      <w:r/>
    </w:p>
    <w:p>
      <w:pPr>
        <w:pStyle w:val="ListBullet"/>
        <w:spacing w:line="240" w:lineRule="auto"/>
        <w:ind w:left="720"/>
      </w:pPr>
      <w:r/>
      <w:r>
        <w:rPr>
          <w:b/>
        </w:rPr>
        <w:t>Parallel demonstrations:</w:t>
      </w:r>
      <w:r>
        <w:t xml:space="preserve"> Left-wing Internationalist Queer Pride marches and right-wing counter-protests are planned nearby, so expect increased security and spirited atmosphere.</w:t>
      </w:r>
      <w:r/>
      <w:r/>
    </w:p>
    <w:p>
      <w:pPr>
        <w:pStyle w:val="Heading2"/>
      </w:pPr>
      <w:r>
        <w:t>Opening the weekend: Drag March and Democracy night set the tone</w:t>
      </w:r>
      <w:r/>
    </w:p>
    <w:p>
      <w:r/>
      <w:r>
        <w:t>Berlin’s Pride kicks off with a new Drag March that marches straight to the Brandenburg Gate, where an evening focused on democracy and equality awaits. The action has a theatrical, colourful energy , think glitter, big voices and political placards all in one. According to the official CSD programme, organisers are emphasising that Pride is not just celebration but a statement of civic values. If you enjoy performance art with a message, this is the moment to arrive early and soak it in.</w:t>
      </w:r>
      <w:r/>
    </w:p>
    <w:p>
      <w:pPr>
        <w:pStyle w:val="Heading2"/>
      </w:pPr>
      <w:r>
        <w:t>The big parade: a route through central Berlin and lots to see</w:t>
      </w:r>
      <w:r/>
    </w:p>
    <w:p>
      <w:r/>
      <w:r>
        <w:t>The main parade launches from Leipziger Straße and snakes past Potsdamer Platz, Nollendorfplatz and Lützowplatz en route to the Victory Column and Straße des 17. Juni. With 83 floats and 55 foot groups, the route offers a steady stream of music, slogans and local bars opening their doors. Local guides recommend picking a viewing spot near Nollendorfplatz for a dense, festive crowd or closer to the Tiergarten for more space and easier exits. Bring water, a portable charger and a flag , you’ll want a good photo.</w:t>
      </w:r>
      <w:r/>
    </w:p>
    <w:p>
      <w:pPr>
        <w:pStyle w:val="Heading2"/>
      </w:pPr>
      <w:r>
        <w:t>Politics on the mic: why “Haltung is hot” matters this year</w:t>
      </w:r>
      <w:r/>
    </w:p>
    <w:p>
      <w:r/>
      <w:r>
        <w:t>Organisers have said the rallying cry connects queer visibility to a wider defence of democracy and human rights, in response to a tougher social climate and rising hate crimes. Berlin CSD representatives told broadcasters that visibility is a form of protection and protest. That tone filters through the programme: speeches from party figures, educational stalls and the Dyke* March all spotlight rights and solidarity alongside the fun. If you care about civic impact, use the weekend to visit information booths and sign petitions or learn how to support local initiatives.</w:t>
      </w:r>
      <w:r/>
    </w:p>
    <w:p>
      <w:pPr>
        <w:pStyle w:val="Heading2"/>
      </w:pPr>
      <w:r>
        <w:t>Stage highlights and headline music at the Brandenburg Gate</w:t>
      </w:r>
      <w:r/>
    </w:p>
    <w:p>
      <w:r/>
      <w:r>
        <w:t>The final rally at the Brandenburg Gate promises a large stage programme, and organisers confirmed headline appearances including pop singer Sarah Connor, who’s waiving a fee. The official stage schedule lists artists, speakers and community groups across the evening, making it a festival-style send-off. Arrive well before the scheduled set you want , security checks and big crowds can slow entry. If you prefer quieter enjoyment, sample smaller stages and neighbourhood parties in Schöneberg or around Nollendorfplatz.</w:t>
      </w:r>
      <w:r/>
    </w:p>
    <w:p>
      <w:pPr>
        <w:pStyle w:val="Heading2"/>
      </w:pPr>
      <w:r>
        <w:t>Expect demonstrations on both sides , plan for safety</w:t>
      </w:r>
      <w:r/>
    </w:p>
    <w:p>
      <w:r/>
      <w:r>
        <w:t>Alongside the mainstream CSD parade, a more leftist Internationalist Queer Pride will hold a separate march in Wedding, while right-wing groups announced a counter-demonstration near Potsdamer Platz. That clash of politics means police presence will be visible and transport may be disrupted. Simple safety tips: agree meeting points with friends, carry ID, keep valuables secure, and check public transport updates. Most participants say the atmosphere is celebratory and resilient, but being prepared keeps the focus on joy and visibility.</w:t>
      </w:r>
      <w:r/>
    </w:p>
    <w:p>
      <w:r/>
      <w:r>
        <w:t>It's a weekend that mixes joy with urgency, and a small plan goes a long way to enjoying every part of it.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1">
        <w:r>
          <w:rPr>
            <w:color w:val="0000EE"/>
            <w:u w:val="single"/>
          </w:rPr>
          <w:t>[3]</w:t>
        </w:r>
      </w:hyperlink>
      <w:r>
        <w:t xml:space="preserve">- Paragraph 3: </w:t>
      </w:r>
      <w:hyperlink r:id="rId9">
        <w:r>
          <w:rPr>
            <w:color w:val="0000EE"/>
            <w:u w:val="single"/>
          </w:rPr>
          <w:t>[1]</w:t>
        </w:r>
      </w:hyperlink>
      <w:r>
        <w:t xml:space="preserve">, </w:t>
      </w:r>
      <w:hyperlink r:id="rId13">
        <w:r>
          <w:rPr>
            <w:color w:val="0000EE"/>
            <w:u w:val="single"/>
          </w:rPr>
          <w:t>[5]</w:t>
        </w:r>
      </w:hyperlink>
      <w:r>
        <w:t xml:space="preserve">- Paragraph 4: </w:t>
      </w:r>
      <w:hyperlink r:id="rId11">
        <w:r>
          <w:rPr>
            <w:color w:val="0000EE"/>
            <w:u w:val="single"/>
          </w:rPr>
          <w:t>[3]</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https://www.stern.de/gesellschaft/regional/berlin-brandenburg/gleichberechtigung--buntes-csd-wochenende--parade--demonstrationen-und-konzert-38004150.html</w:t>
        </w:r>
      </w:hyperlink>
      <w:r>
        <w:t xml:space="preserve"> - Please view link - unable to able to access data</w:t>
      </w:r>
      <w:r/>
    </w:p>
    <w:p>
      <w:pPr>
        <w:pStyle w:val="ListNumber"/>
        <w:spacing w:line="240" w:lineRule="auto"/>
        <w:ind w:left="720"/>
      </w:pPr>
      <w:r/>
      <w:hyperlink r:id="rId10">
        <w:r>
          <w:rPr>
            <w:color w:val="0000EE"/>
            <w:u w:val="single"/>
          </w:rPr>
          <w:t>https://www.euronews.com/2024/07/28/hundreds-of-thousands-march-on-berlin-streets-as-part-of-pride-demonstration</w:t>
        </w:r>
      </w:hyperlink>
      <w:r>
        <w:t xml:space="preserve"> - On July 27, 2024, hundreds of thousands marched through Berlin's streets for the 46th Berlin Pride, also known as Christopher Street Day (CSD). Despite rainy conditions, participants advocated for LGBTQ+ rights with vibrant parades, colourful floats, and music. The event's motto, 'Only strong together – for democracy and diversity,' highlighted concerns over increasing discrimination against the queer community in Germany. Renowned German singer Herbert Grönemeyer performed during the demonstration, underscoring the event's significance in promoting equality and solidarity.</w:t>
      </w:r>
      <w:r/>
    </w:p>
    <w:p>
      <w:pPr>
        <w:pStyle w:val="ListNumber"/>
        <w:spacing w:line="240" w:lineRule="auto"/>
        <w:ind w:left="720"/>
      </w:pPr>
      <w:r/>
      <w:hyperlink r:id="rId11">
        <w:r>
          <w:rPr>
            <w:color w:val="0000EE"/>
            <w:u w:val="single"/>
          </w:rPr>
          <w:t>https://csd-berlin.de/en/our-stage-program-2024</w:t>
        </w:r>
      </w:hyperlink>
      <w:r>
        <w:t xml:space="preserve"> - The 2024 Berlin Pride featured a diverse closing rally with speeches and artistic performances. The programme commenced at 1 pm and concluded around midnight, showcasing a range of acts including becks, Drag Syndrome, Amanda Lepore, Kiddy Smile, and Hollywood Tramp. Presenters for the event included Jesse George, Sister Daphne, Juressica Parka, and Phryne Dexter-Solaris. The organisers emphasised the importance of aligning the programme with the event's motto and core demands, aiming to foster inclusivity and representation within the queer community.</w:t>
      </w:r>
      <w:r/>
    </w:p>
    <w:p>
      <w:pPr>
        <w:pStyle w:val="ListNumber"/>
        <w:spacing w:line="240" w:lineRule="auto"/>
        <w:ind w:left="720"/>
      </w:pPr>
      <w:r/>
      <w:hyperlink r:id="rId15">
        <w:r>
          <w:rPr>
            <w:color w:val="0000EE"/>
            <w:u w:val="single"/>
          </w:rPr>
          <w:t>https://www.proutatwork.de/en/the-csd-a-symbol-of-queer-diversity-and-solidarity/</w:t>
        </w:r>
      </w:hyperlink>
      <w:r>
        <w:t xml:space="preserve"> - Christopher Street Day (CSD) serves as a powerful symbol of queer visibility, equal opportunities, and solidarity. Beyond being a colourful parade, CSD is a platform for denouncing social grievances, promoting education, and celebrating the achievements of the queer community. The 2024 events in Pirna and Berlin demonstrated the importance of solidarity and commitment to an open society, with organisations like PROUT AT WORK actively participating to advocate for diversity, democracy, and tolerance.</w:t>
      </w:r>
      <w:r/>
    </w:p>
    <w:p>
      <w:pPr>
        <w:pStyle w:val="ListNumber"/>
        <w:spacing w:line="240" w:lineRule="auto"/>
        <w:ind w:left="720"/>
      </w:pPr>
      <w:r/>
      <w:hyperlink r:id="rId13">
        <w:r>
          <w:rPr>
            <w:color w:val="0000EE"/>
            <w:u w:val="single"/>
          </w:rPr>
          <w:t>https://csd-berlin.de/en/news/information-from-berliner-csd-ev-following-the-press-conference</w:t>
        </w:r>
      </w:hyperlink>
      <w:r>
        <w:t xml:space="preserve"> - In June 2024, two queer bars in Berlin were attacked, highlighting the acute danger facing the city's queer community. The Berlin CSD e.V. expressed concern over the withdrawal of the Bundestag administration from the CSD, emphasising the event's political nature and its role in standing up for human rights, diversity, and queer visibility. Board member Thomas Hoffmann highlighted the increasing threats from right-wing extremists and the need for support from political decision-makers to address the challenges faced by the queer community.</w:t>
      </w:r>
      <w:r/>
    </w:p>
    <w:p>
      <w:pPr>
        <w:pStyle w:val="ListNumber"/>
        <w:spacing w:line="240" w:lineRule="auto"/>
        <w:ind w:left="720"/>
      </w:pPr>
      <w:r/>
      <w:hyperlink r:id="rId12">
        <w:r>
          <w:rPr>
            <w:color w:val="0000EE"/>
            <w:u w:val="single"/>
          </w:rPr>
          <w:t>https://www.sowohntberlin.de/mein-kiez/csd-berlin/</w:t>
        </w:r>
      </w:hyperlink>
      <w:r>
        <w:t xml:space="preserve"> - Despite the decriminalisation of homosexuality in Germany in 1994 and the legalisation of same-sex marriage in 2017, discrimination and attacks against queer individuals persist. In 2023, Berlin authorities recorded 791 queerphobic attacks, underscoring the ongoing need for events like the 2024 Berlin Pride. Participation in such events sends a clear message against stigmatisation and in favour of a diverse society, highlighting the importance of visibility and solidarity within the queer community.</w:t>
      </w:r>
      <w:r/>
    </w:p>
    <w:p>
      <w:pPr>
        <w:pStyle w:val="ListNumber"/>
        <w:spacing w:line="240" w:lineRule="auto"/>
        <w:ind w:left="720"/>
      </w:pPr>
      <w:r/>
      <w:hyperlink r:id="rId14">
        <w:r>
          <w:rPr>
            <w:color w:val="0000EE"/>
            <w:u w:val="single"/>
          </w:rPr>
          <w:t>https://www.berlin.de/en/news/10467655-5559700-berlins-pride-month-kicks-off.en.html</w:t>
        </w:r>
      </w:hyperlink>
      <w:r>
        <w:t xml:space="preserve"> - Berlin's 'Pride Month' kicked off with numerous events aimed at promoting greater visibility and equality for the gay and lesbian community. The month-long celebration, launched in 2021 by Berliner CSD e.V., includes exhibitions, bike tours, panel discussions, concerts, and parties. The highlight is the Christopher Street Day Parade on July 25. The initiative aims to provide more space for current issues facing the queer community, fostering inclusivity and awareness throughout the city.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ern.de/gesellschaft/regional/berlin-brandenburg/gleichberechtigung--buntes-csd-wochenende--parade--demonstrationen-und-konzert-38004150.html" TargetMode="External"/><Relationship Id="rId10" Type="http://schemas.openxmlformats.org/officeDocument/2006/relationships/hyperlink" Target="https://www.euronews.com/2024/07/28/hundreds-of-thousands-march-on-berlin-streets-as-part-of-pride-demonstration" TargetMode="External"/><Relationship Id="rId11" Type="http://schemas.openxmlformats.org/officeDocument/2006/relationships/hyperlink" Target="https://csd-berlin.de/en/our-stage-program-2024" TargetMode="External"/><Relationship Id="rId12" Type="http://schemas.openxmlformats.org/officeDocument/2006/relationships/hyperlink" Target="https://www.sowohntberlin.de/mein-kiez/csd-berlin/" TargetMode="External"/><Relationship Id="rId13" Type="http://schemas.openxmlformats.org/officeDocument/2006/relationships/hyperlink" Target="https://csd-berlin.de/en/news/information-from-berliner-csd-ev-following-the-press-conference" TargetMode="External"/><Relationship Id="rId14" Type="http://schemas.openxmlformats.org/officeDocument/2006/relationships/hyperlink" Target="https://www.berlin.de/en/news/10467655-5559700-berlins-pride-month-kicks-off.en.html" TargetMode="External"/><Relationship Id="rId15" Type="http://schemas.openxmlformats.org/officeDocument/2006/relationships/hyperlink" Target="https://www.proutatwork.de/en/the-csd-a-symbol-of-queer-diversity-and-solidar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