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Berlin Drag March: How the City’s Newest Pride Tradition Blends Protest and Party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tourists and locals turned out as Berlin staged its first-ever drag march , a glittering, political warm-up to Christopher Street Day that mixes music, makeup and message. Hundreds of performers paraded from the Reichstag to the Brandenburg Gate, underlining why pride here is as much about protest as it is about partying.</w:t>
      </w:r>
      <w:r/>
    </w:p>
    <w:p>
      <w:r/>
      <w:r>
        <w:t>Essential Takeaways</w:t>
      </w:r>
      <w:r/>
      <w:r/>
    </w:p>
    <w:p>
      <w:pPr>
        <w:pStyle w:val="ListBullet"/>
        <w:spacing w:line="240" w:lineRule="auto"/>
        <w:ind w:left="720"/>
      </w:pPr>
      <w:r/>
      <w:r>
        <w:rPr>
          <w:b/>
        </w:rPr>
        <w:t>Historic debut:</w:t>
      </w:r>
      <w:r>
        <w:t xml:space="preserve"> Berlin held its inaugural drag march as an official opening to Christopher Street Day, drawing hundreds of performers and onlookers. </w:t>
      </w:r>
      <w:r/>
    </w:p>
    <w:p>
      <w:pPr>
        <w:pStyle w:val="ListBullet"/>
        <w:spacing w:line="240" w:lineRule="auto"/>
        <w:ind w:left="720"/>
      </w:pPr>
      <w:r/>
      <w:r>
        <w:rPr>
          <w:b/>
        </w:rPr>
        <w:t>Joy with purpose:</w:t>
      </w:r>
      <w:r>
        <w:t xml:space="preserve"> Drag performers combined spectacle with activism, handing out safer-sex info and fundraising for queer causes. </w:t>
      </w:r>
      <w:r/>
    </w:p>
    <w:p>
      <w:pPr>
        <w:pStyle w:val="ListBullet"/>
        <w:spacing w:line="240" w:lineRule="auto"/>
        <w:ind w:left="720"/>
      </w:pPr>
      <w:r/>
      <w:r>
        <w:rPr>
          <w:b/>
        </w:rPr>
        <w:t>Soundtrack and symbols:</w:t>
      </w:r>
      <w:r>
        <w:t xml:space="preserve"> The Transophonix brass band played “Das lila Lied,” a 1920s gay-rights anthem, while participants marched past the Reichstag and Brandenburg Gate. </w:t>
      </w:r>
      <w:r/>
    </w:p>
    <w:p>
      <w:pPr>
        <w:pStyle w:val="ListBullet"/>
        <w:spacing w:line="240" w:lineRule="auto"/>
        <w:ind w:left="720"/>
      </w:pPr>
      <w:r/>
      <w:r>
        <w:rPr>
          <w:b/>
        </w:rPr>
        <w:t>Community roots:</w:t>
      </w:r>
      <w:r>
        <w:t xml:space="preserve"> The Sisters of Perpetual Indulgence , flamboyant, nun-costumed activists , were central organisers, highlighting long-standing grassroots work across Germany. </w:t>
      </w:r>
      <w:r/>
    </w:p>
    <w:p>
      <w:pPr>
        <w:pStyle w:val="ListBullet"/>
        <w:spacing w:line="240" w:lineRule="auto"/>
        <w:ind w:left="720"/>
      </w:pPr>
      <w:r/>
      <w:r>
        <w:rPr>
          <w:b/>
        </w:rPr>
        <w:t>Visual impact:</w:t>
      </w:r>
      <w:r>
        <w:t xml:space="preserve"> Costumes ranged from towering heels to painted faces, creating a bold, photographic procession that felt both defiant and celebratory.</w:t>
      </w:r>
      <w:r/>
      <w:r/>
    </w:p>
    <w:p>
      <w:pPr>
        <w:pStyle w:val="Heading2"/>
      </w:pPr>
      <w:r>
        <w:t>A colourful opening act that feels like a declaration</w:t>
      </w:r>
      <w:r/>
    </w:p>
    <w:p>
      <w:r/>
      <w:r>
        <w:t>Berlin’s first drag march hit the streets with the kind of visual bravado the city is known for, and a smell of glitter and sweat to match. Organisers positioned the event as the theatrical starter for Christopher Street Day, and the scene felt like a living postcard: sequins flashing, purple eyelashes batting, and a brass band turning old protest songs into parade anthems. According to AP News, Sister Daphne of the Sisters of Perpetual Indulgence led the crowd with both comedy and conviction, reminding everyone this is performance with purpose.</w:t>
      </w:r>
      <w:r/>
    </w:p>
    <w:p>
      <w:pPr>
        <w:pStyle w:val="Heading2"/>
      </w:pPr>
      <w:r>
        <w:t>From nightlife outreach to public protest , the Sisters’ story</w:t>
      </w:r>
      <w:r/>
    </w:p>
    <w:p>
      <w:r/>
      <w:r>
        <w:t>The Sisters of Perpetual Indulgence began in San Francisco and the German branch has been active since 1991. They’re not just costume and camp; they hand out safer-sex materials and raise money for people affected by HIV and for queer projects, work that often happens in the city’s nightlife. The march brought that grassroots activism into broad daylight, which matters because visibility still translates into services, donations and political pressure.</w:t>
      </w:r>
      <w:r/>
    </w:p>
    <w:p>
      <w:pPr>
        <w:pStyle w:val="Heading2"/>
      </w:pPr>
      <w:r>
        <w:t>Music and memory: why “Das lila Lied” matters here</w:t>
      </w:r>
      <w:r/>
    </w:p>
    <w:p>
      <w:r/>
      <w:r>
        <w:t>Playing “Das lila Lied” during the march was a neat, sorrowful reminder that queer music has a long memory. The song links today’s glitter to Germany’s queer history in the 1920s and to the Stonewall legacy that Christopher Street Day commemorates. It’s one thing to pose in a dress; it’s another to sing anthems that trace a century of resistance. For visitors, it’s a visceral cue: Berlin’s pride events are celebrations that never forget their roots.</w:t>
      </w:r>
      <w:r/>
    </w:p>
    <w:p>
      <w:pPr>
        <w:pStyle w:val="Heading2"/>
      </w:pPr>
      <w:r>
        <w:t>What this means for Christopher Street Day and local pride culture</w:t>
      </w:r>
      <w:r/>
    </w:p>
    <w:p>
      <w:r/>
      <w:r>
        <w:t>Berlin’s CSD has become one of Europe’s major pride gatherings, and the drag march adds a fresh, theatrical chapter to that story. The event blends protest , placards, raised fists, intentional gestures , with the irreverence people expect from drag. For those choosing between events, the advice is simple: arrive early if you want front-row views of performative bits, and bring comfortable shoes if you intend to march.</w:t>
      </w:r>
      <w:r/>
    </w:p>
    <w:p>
      <w:pPr>
        <w:pStyle w:val="Heading2"/>
      </w:pPr>
      <w:r>
        <w:t>How to enjoy or join a drag march safely and respectfully</w:t>
      </w:r>
      <w:r/>
    </w:p>
    <w:p>
      <w:r/>
      <w:r>
        <w:t>If you’re planning to attend, remember this is both a party and a protest. Respect performers’ space, ask before photographing up close, and consider donating to the causes on display. If you want to join in costume, plan your makeup and footwear the night before and pack a small repair kit , tape, safety pins, spare heel tips , because nothing deflates a good heel moment like a broken shoe.</w:t>
      </w:r>
      <w:r/>
    </w:p>
    <w:p>
      <w:r/>
      <w:r>
        <w:t>It's a small change to the CSD calendar, but the drag march already feels like one of those additions that will stick , bold, noisy and unmissable.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3">
        <w:r>
          <w:rPr>
            <w:color w:val="0000EE"/>
            <w:u w:val="single"/>
          </w:rPr>
          <w:t>[6]</w:t>
        </w:r>
      </w:hyperlink>
      <w:r>
        <w:t xml:space="preserve">- Paragraph 4: </w:t>
      </w:r>
      <w:hyperlink r:id="rId9">
        <w:r>
          <w:rPr>
            <w:color w:val="0000EE"/>
            <w:u w:val="single"/>
          </w:rPr>
          <w:t>[2]</w:t>
        </w:r>
      </w:hyperlink>
      <w:r>
        <w:t xml:space="preserve">, </w:t>
      </w:r>
      <w:hyperlink r:id="rId10">
        <w:r>
          <w:rPr>
            <w:color w:val="0000EE"/>
            <w:u w:val="single"/>
          </w:rPr>
          <w:t>[4]</w:t>
        </w:r>
      </w:hyperlink>
      <w:r>
        <w:t xml:space="preserve">- Paragraph 5: </w:t>
      </w:r>
      <w:hyperlink r:id="rId12">
        <w:r>
          <w:rPr>
            <w:color w:val="0000EE"/>
            <w:u w:val="single"/>
          </w:rPr>
          <w:t>[5]</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https://apnews.com/article/germany-berlin-pride-drag-march-lgbtq-ae19e8d8152e0034fcc520bdaadcc37b</w:t>
        </w:r>
      </w:hyperlink>
      <w:r>
        <w:t xml:space="preserve"> - Please view link - unable to able to access data</w:t>
      </w:r>
      <w:r/>
    </w:p>
    <w:p>
      <w:pPr>
        <w:pStyle w:val="ListNumber"/>
        <w:spacing w:line="240" w:lineRule="auto"/>
        <w:ind w:left="720"/>
      </w:pPr>
      <w:r/>
      <w:hyperlink r:id="rId9">
        <w:r>
          <w:rPr>
            <w:color w:val="0000EE"/>
            <w:u w:val="single"/>
          </w:rPr>
          <w:t>https://apnews.com/article/germany-berlin-pride-drag-march-lgbtq-ae19e8d8152e0034fcc520bdaadcc37b</w:t>
        </w:r>
      </w:hyperlink>
      <w:r>
        <w:t xml:space="preserve"> - Berlin hosted its inaugural drag march on July 24, 2026, marking the beginning of one of Europe's largest LGBTQ+ celebrations. Organised by drag queen Sister Daphne OSPI of the Sisters of Perpetual Indulgence, the event featured approximately 500 participants, including drag queens, drag kings, and supporters. The march combined protest with celebration, emphasising themes of joy and activism through music and vibrant displays. The Transophonix brass band accompanied the procession with 'The Lavender Song,' a historic anthem of the gay rights movement, as attendees paraded past Berlin landmarks like the Reichstag and Brandenburg Gate. The event served as a prelude to Berlin's Christopher Street Day Parade, commemorating the 1969 Stonewall Rebellion in New York. Sister Daphne highlighted the dual mission of the Sisters of Perpetual Indulgence: engaging in nightlife outreach and supporting HIV/AIDS and queer-related causes. With her striking makeup and symbolic gestures, she expressed delight in being part of a growing, unified movement that fuses resistance with festivity. (</w:t>
      </w:r>
      <w:hyperlink r:id="rId14">
        <w:r>
          <w:rPr>
            <w:color w:val="0000EE"/>
            <w:u w:val="single"/>
          </w:rPr>
          <w:t>apnews.com</w:t>
        </w:r>
      </w:hyperlink>
      <w:r>
        <w:t>)</w:t>
      </w:r>
      <w:r/>
    </w:p>
    <w:p>
      <w:pPr>
        <w:pStyle w:val="ListNumber"/>
        <w:spacing w:line="240" w:lineRule="auto"/>
        <w:ind w:left="720"/>
      </w:pPr>
      <w:r/>
      <w:hyperlink r:id="rId11">
        <w:r>
          <w:rPr>
            <w:color w:val="0000EE"/>
            <w:u w:val="single"/>
          </w:rPr>
          <w:t>https://csd-berlin.de/en/news/berlin-bekommt-seinen-ersten-drag-march</w:t>
        </w:r>
      </w:hyperlink>
      <w:r>
        <w:t xml:space="preserve"> - The Berlin Pride Association (Berliner CSD e.V.) announced the inaugural Drag* March in Berlin, scheduled for July 24, 2026. The event aims to promote visibility, diversity, democracy, and solidarity, culminating at the Brandenburg Gate under the motto 'Attitude is Hot – Blessings Instead of Hate Speech!' Co-supported by the Sisters of Perpetual Indulgence and Travestie für Deutschland, the march draws inspiration from the New York Drag March tradition. Organisers seek to highlight drag as a cultural form integral to queer life, creative expression, and social commitment, especially in times when drag artists and queer visibility face increasing hostility and political debate. The goal is to set a positive example for diversity, respect, and democratic cohesion. (</w:t>
      </w:r>
      <w:hyperlink r:id="rId15">
        <w:r>
          <w:rPr>
            <w:color w:val="0000EE"/>
            <w:u w:val="single"/>
          </w:rPr>
          <w:t>csd-berlin.de</w:t>
        </w:r>
      </w:hyperlink>
      <w:r>
        <w:t>)</w:t>
      </w:r>
      <w:r/>
    </w:p>
    <w:p>
      <w:pPr>
        <w:pStyle w:val="ListNumber"/>
        <w:spacing w:line="240" w:lineRule="auto"/>
        <w:ind w:left="720"/>
      </w:pPr>
      <w:r/>
      <w:hyperlink r:id="rId10">
        <w:r>
          <w:rPr>
            <w:color w:val="0000EE"/>
            <w:u w:val="single"/>
          </w:rPr>
          <w:t>https://www.siegessaeule.de/news/berlin-bekommt-seinen-ersten-drag-march/</w:t>
        </w:r>
      </w:hyperlink>
      <w:r>
        <w:t xml:space="preserve"> - The Berlin Pride Association (Berliner CSD e.V.) and activist groups Travestie für Deutschland and the Sisters of Perpetual Indulgence (OSPI) announced the first Drag* March in Berlin, set for the evening before the main CSD demonstration. The march, themed 'Attitude is Hot – Blessings Instead of Hate Speech!', aims to highlight drag as a cultural form and an essential part of queer expression. In times when drag is increasingly targeted by hostility and political debates, organisers intend to counter right-wing hate and queerphobia with a message of diversity, respect, and democratic cohesion. The objective is to make visible those who have paved the way and create space for new forms of political expression. (</w:t>
      </w:r>
      <w:hyperlink r:id="rId16">
        <w:r>
          <w:rPr>
            <w:color w:val="0000EE"/>
            <w:u w:val="single"/>
          </w:rPr>
          <w:t>siegessaeule.de</w:t>
        </w:r>
      </w:hyperlink>
      <w:r>
        <w:t>)</w:t>
      </w:r>
      <w:r/>
    </w:p>
    <w:p>
      <w:pPr>
        <w:pStyle w:val="ListNumber"/>
        <w:spacing w:line="240" w:lineRule="auto"/>
        <w:ind w:left="720"/>
      </w:pPr>
      <w:r/>
      <w:hyperlink r:id="rId12">
        <w:r>
          <w:rPr>
            <w:color w:val="0000EE"/>
            <w:u w:val="single"/>
          </w:rPr>
          <w:t>https://www.aha-berlin.de/termine/87/2843-Schminken-f%C3%BCr-den-Drag-March</w:t>
        </w:r>
      </w:hyperlink>
      <w:r>
        <w:t xml:space="preserve"> - AHA-Berlin e.V. announced a pre-march event on July 24, 2026, offering a safe space for participants to prepare for the inaugural Drag* March in Berlin. The Drag March, inspired by the New York City Drag March of 1994, serves as a protest against the exclusion of drag performers and leather men from official Pride events. The AHA-Berlin e.V. event provides a communal space for makeup application before the demonstration. The schedule includes gathering at Platz der Republik, marching to the Brandenburg Gate, and a subsequent demonstration. The initiative aims to counteract right-wing hostility and queerphobia with a vibrant and visible protest. (</w:t>
      </w:r>
      <w:hyperlink r:id="rId17">
        <w:r>
          <w:rPr>
            <w:color w:val="0000EE"/>
            <w:u w:val="single"/>
          </w:rPr>
          <w:t>aha-berlin.de</w:t>
        </w:r>
      </w:hyperlink>
      <w:r>
        <w:t>)</w:t>
      </w:r>
      <w:r/>
    </w:p>
    <w:p>
      <w:pPr>
        <w:pStyle w:val="ListNumber"/>
        <w:spacing w:line="240" w:lineRule="auto"/>
        <w:ind w:left="720"/>
      </w:pPr>
      <w:r/>
      <w:hyperlink r:id="rId13">
        <w:r>
          <w:rPr>
            <w:color w:val="0000EE"/>
            <w:u w:val="single"/>
          </w:rPr>
          <w:t>https://www.youtube.com/watch?v=iLgWcGO1EI8</w:t>
        </w:r>
      </w:hyperlink>
      <w:r>
        <w:t xml:space="preserve"> - A video capturing the participation of the Sisters of Perpetual Indulgence in the Berlin Pride on July 26, 2025. The footage showcases the group's involvement in the Pride parade, highlighting their role in promoting LGBTQ+ rights and visibility. The Sisters of Perpetual Indulgence are known for their flamboyant attire and activism, and their presence at the Pride event underscores their commitment to the queer community. The video provides a visual representation of the group's participation and the vibrant atmosphere of the Pride parade. (</w:t>
      </w:r>
      <w:hyperlink r:id="rId18">
        <w:r>
          <w:rPr>
            <w:color w:val="0000EE"/>
            <w:u w:val="single"/>
          </w:rPr>
          <w:t>youtube.com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pnews.com/article/germany-berlin-pride-drag-march-lgbtq-ae19e8d8152e0034fcc520bdaadcc37b" TargetMode="External"/><Relationship Id="rId10" Type="http://schemas.openxmlformats.org/officeDocument/2006/relationships/hyperlink" Target="https://www.siegessaeule.de/news/berlin-bekommt-seinen-ersten-drag-march/" TargetMode="External"/><Relationship Id="rId11" Type="http://schemas.openxmlformats.org/officeDocument/2006/relationships/hyperlink" Target="https://csd-berlin.de/en/news/berlin-bekommt-seinen-ersten-drag-march" TargetMode="External"/><Relationship Id="rId12" Type="http://schemas.openxmlformats.org/officeDocument/2006/relationships/hyperlink" Target="https://www.aha-berlin.de/termine/87/2843-Schminken-f%C3%BCr-den-Drag-March" TargetMode="External"/><Relationship Id="rId13" Type="http://schemas.openxmlformats.org/officeDocument/2006/relationships/hyperlink" Target="https://www.youtube.com/watch?v=iLgWcGO1EI8" TargetMode="External"/><Relationship Id="rId14" Type="http://schemas.openxmlformats.org/officeDocument/2006/relationships/hyperlink" Target="https://apnews.com/article/ae19e8d8152e0034fcc520bdaadcc37b?utm_source=openai" TargetMode="External"/><Relationship Id="rId15" Type="http://schemas.openxmlformats.org/officeDocument/2006/relationships/hyperlink" Target="https://csd-berlin.de/en/news/berlin-bekommt-seinen-ersten-drag-march?utm_source=openai" TargetMode="External"/><Relationship Id="rId16" Type="http://schemas.openxmlformats.org/officeDocument/2006/relationships/hyperlink" Target="https://www.siegessaeule.de/news/berlin-bekommt-seinen-ersten-drag-march/?utm_source=openai" TargetMode="External"/><Relationship Id="rId17" Type="http://schemas.openxmlformats.org/officeDocument/2006/relationships/hyperlink" Target="https://www.aha-berlin.de/termine/87/2843-Schminken-f%C3%BCr-den-Drag-March?utm_source=openai" TargetMode="External"/><Relationship Id="rId18" Type="http://schemas.openxmlformats.org/officeDocument/2006/relationships/hyperlink" Target="https://www.youtube.com/watch?v=iLgWcGO1EI8&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