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Road Closure Guide for Weekend Parades and Pride Parade Route Details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drivers are planning around a busy Belfast weekend as multiple parades and festivals close city streets; here’s who’s marching, where and when, and practical tips to avoid delays and park legally.</w:t>
      </w:r>
      <w:r/>
    </w:p>
    <w:p>
      <w:r/>
      <w:r>
        <w:t>Essential Takeaways</w:t>
      </w:r>
      <w:r/>
      <w:r/>
    </w:p>
    <w:p>
      <w:pPr>
        <w:pStyle w:val="ListBullet"/>
        <w:spacing w:line="240" w:lineRule="auto"/>
        <w:ind w:left="720"/>
      </w:pPr>
      <w:r/>
      <w:r>
        <w:rPr>
          <w:b/>
        </w:rPr>
        <w:t>Main event:</w:t>
      </w:r>
      <w:r>
        <w:t xml:space="preserve"> Belfast Pride parade starts from Custom House Square around 1pm and finishes by about 4pm, using central streets including High Street, Royal Avenue and Donegall Place, so expect lengthy city-centre restrictions.</w:t>
      </w:r>
      <w:r/>
    </w:p>
    <w:p>
      <w:pPr>
        <w:pStyle w:val="ListBullet"/>
        <w:spacing w:line="240" w:lineRule="auto"/>
        <w:ind w:left="720"/>
      </w:pPr>
      <w:r/>
      <w:r>
        <w:rPr>
          <w:b/>
        </w:rPr>
        <w:t>Other processions:</w:t>
      </w:r>
      <w:r>
        <w:t xml:space="preserve"> Rath Yatra (Festival of Chariots) assembles at Writers Square at 11am and moves at 12:30pm along Donegall Street and Dublin Road toward Crescent Gardens.</w:t>
      </w:r>
      <w:r/>
    </w:p>
    <w:p>
      <w:pPr>
        <w:pStyle w:val="ListBullet"/>
        <w:spacing w:line="240" w:lineRule="auto"/>
        <w:ind w:left="720"/>
      </w:pPr>
      <w:r/>
      <w:r>
        <w:rPr>
          <w:b/>
        </w:rPr>
        <w:t>Local band marches:</w:t>
      </w:r>
      <w:r>
        <w:t xml:space="preserve"> East and South Belfast band parades run through residential routes in the morning and early afternoon, with short commemorations at Belfast City Hall.</w:t>
      </w:r>
      <w:r/>
    </w:p>
    <w:p>
      <w:pPr>
        <w:pStyle w:val="ListBullet"/>
        <w:spacing w:line="240" w:lineRule="auto"/>
        <w:ind w:left="720"/>
      </w:pPr>
      <w:r/>
      <w:r>
        <w:rPr>
          <w:b/>
        </w:rPr>
        <w:t>Festival delays:</w:t>
      </w:r>
      <w:r>
        <w:t xml:space="preserve"> Féile an Phobail begins on the Falls Road, running two weeks; expect traffic slowdowns around Whiterock, Andersonstown and Glen Road.</w:t>
      </w:r>
      <w:r/>
    </w:p>
    <w:p>
      <w:pPr>
        <w:pStyle w:val="ListBullet"/>
        <w:spacing w:line="240" w:lineRule="auto"/>
        <w:ind w:left="720"/>
      </w:pPr>
      <w:r/>
      <w:r>
        <w:rPr>
          <w:b/>
        </w:rPr>
        <w:t>Practical tip:</w:t>
      </w:r>
      <w:r>
        <w:t xml:space="preserve"> Park legally, leave extra journey time, and follow police diversions and on‑the‑ground officers to avoid fines and blockages.</w:t>
      </w:r>
      <w:r/>
      <w:r/>
    </w:p>
    <w:p>
      <w:pPr>
        <w:pStyle w:val="Heading2"/>
      </w:pPr>
      <w:r>
        <w:t>Pride in the centre: what to expect and when</w:t>
      </w:r>
      <w:r/>
    </w:p>
    <w:p>
      <w:r/>
      <w:r>
        <w:t>The big draw is the Belfast Pride parade, moving off from Custom House Square at roughly 1pm and winding through the heart of the city until mid‑afternoon. The route threads High Street, Bridge Street, Waring Street, Donegall Street and the retail spine around Royal Avenue and Donegall Place, so the centre will feel snug and noisy, in a good way. Police have warned that closures and traffic restrictions will last for several hours, and officers will be directing traffic. If you’re heading into town for shopping or lunch, plan to arrive much earlier or pick public transport stops outside the immediate route.</w:t>
      </w:r>
      <w:r/>
    </w:p>
    <w:p>
      <w:pPr>
        <w:pStyle w:val="Heading2"/>
      </w:pPr>
      <w:r>
        <w:t>Rath Yatra (Festival of Chariots): a quieter, colourful procession</w:t>
      </w:r>
      <w:r/>
    </w:p>
    <w:p>
      <w:r/>
      <w:r>
        <w:t>The Festival of Chariots assembles at Writers Square at 11am and proceeds at 12:30pm along Donegall Street, Donegall Place and eventually Dublin Road toward Crescent Gardens. It’s a visually striking, family‑friendly parade rather than a mass march, but it still necessitates police diversions along its corridor. If you’re travelling along Dublin Road or Bedford Street around midday, expect temporary holds. For spectators, the best spots are near Writers Square or the stretch around Shaftesbury Square where the procession slows.</w:t>
      </w:r>
      <w:r/>
    </w:p>
    <w:p>
      <w:pPr>
        <w:pStyle w:val="Heading2"/>
      </w:pPr>
      <w:r>
        <w:t>Band parades in East and South Belfast: local routes to note</w:t>
      </w:r>
      <w:r/>
    </w:p>
    <w:p>
      <w:r/>
      <w:r>
        <w:t>East Belfast’s band parade gathers on Tower Street at 9:30am and moves at 10:15am, looping through Newtownards Road, Ann Street and the city hall area for a short commemoration at the Cenotaph. South Belfast sees multiple band assemblies from Pine Street and Charlotte Street in the early and mid‑afternoon, with winding routes through Shaftesbury Square, Sandy Row and Donegall Pass. These are community events with lots of local foot traffic, so residents should allow extra time for short diversions and respect the temporary road closures when leaving or returning home.</w:t>
      </w:r>
      <w:r/>
    </w:p>
    <w:p>
      <w:pPr>
        <w:pStyle w:val="Heading2"/>
      </w:pPr>
      <w:r>
        <w:t>Féile an Phobail: two weeks of culture, two weeks of patience</w:t>
      </w:r>
      <w:r/>
    </w:p>
    <w:p>
      <w:r/>
      <w:r>
        <w:t>Féile an Phobail kicks off on the Falls Road and runs across two packed weeks of arts and community events. The festival brings a steady stream of people and occasional road impacts across the wider Whiterock Road, Andersonstown Road and Glen Road areas. If you’re heading into West Belfast during the festival, leave more time and consider alternative routes. Local businesses will be busy, so park considerately and don’t block driveways or access.</w:t>
      </w:r>
      <w:r/>
    </w:p>
    <w:p>
      <w:pPr>
        <w:pStyle w:val="Heading2"/>
      </w:pPr>
      <w:r>
        <w:t>How to plan journeys and park without drama</w:t>
      </w:r>
      <w:r/>
    </w:p>
    <w:p>
      <w:r/>
      <w:r>
        <w:t>Police advice is straightforward: park legally, don’t obstruct properties, and follow officers’ direction. For drivers, early starts or leaving later in the afternoon often beat the worst of the closures. Public transport can be the easiest option, but check service updates since some stops may be affected. For spectators, bring water, comfy shoes and a bit of patience , these events are lively and friendly, and a little planning makes them enjoyable for everyone.</w:t>
      </w:r>
      <w:r/>
    </w:p>
    <w:p>
      <w:r/>
      <w:r>
        <w:t>It's a small change to your routine that can make the day flow a lot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https://www.belfastlive.co.uk/news/belfast-news/full-list-road-closures-traffic-34345468</w:t>
        </w:r>
      </w:hyperlink>
      <w:r>
        <w:t xml:space="preserve"> - Please view link - unable to able to access data</w:t>
      </w:r>
      <w:r/>
    </w:p>
    <w:p>
      <w:pPr>
        <w:pStyle w:val="ListNumber"/>
        <w:spacing w:line="240" w:lineRule="auto"/>
        <w:ind w:left="720"/>
      </w:pPr>
      <w:r/>
      <w:hyperlink r:id="rId10">
        <w:r>
          <w:rPr>
            <w:color w:val="0000EE"/>
            <w:u w:val="single"/>
          </w:rPr>
          <w:t>https://www.belfastpride.com/parade-route/</w:t>
        </w:r>
      </w:hyperlink>
      <w:r>
        <w:t xml:space="preserve"> - The Belfast Pride Parade is the largest event for the LGBTQIA+ community in Belfast, scheduled for Saturday, July 25, 2026, at 1:00 pm, with the parade build-up starting from 11:30 am. The route for the 2026 parade is the same as the 2025 route, aiming to accommodate everyone safely and ensure maximum visibility for the community. The parade is a major city event and the biggest cross-community parade in Belfast, serving as both a protest and a celebration for the rights and lives of LGBTQIA+ people in Belfast and beyond.</w:t>
      </w:r>
      <w:r/>
    </w:p>
    <w:p>
      <w:pPr>
        <w:pStyle w:val="ListNumber"/>
        <w:spacing w:line="240" w:lineRule="auto"/>
        <w:ind w:left="720"/>
      </w:pPr>
      <w:r/>
      <w:hyperlink r:id="rId11">
        <w:r>
          <w:rPr>
            <w:color w:val="0000EE"/>
            <w:u w:val="single"/>
          </w:rPr>
          <w:t>https://www.irishnews.com/news/northern-ireland/belfast-pride-parade-route-map-start-time-and-all-you-need-to-know-ZVNI7OSLP5BHLDUU57MOMMYQNM/</w:t>
        </w:r>
      </w:hyperlink>
      <w:r>
        <w:t xml:space="preserve"> - The Belfast Pride Parade is the main event in the city's LGBTQ+ calendar, with this year's theme being 'Love Your Mind'. The parade is scheduled for Saturday, July 28, 2024, with the pre-parade build-up starting from 11:30 am at Custom House Square, and the parade itself commencing at 1 pm. The route begins at the Albert Clock and proceeds through the city centre via High Street, Donegall Street, York Street, Royal Avenue, and Donegall Place, passing Belfast City Hall before finishing on Victoria Street.</w:t>
      </w:r>
      <w:r/>
    </w:p>
    <w:p>
      <w:pPr>
        <w:pStyle w:val="ListNumber"/>
        <w:spacing w:line="240" w:lineRule="auto"/>
        <w:ind w:left="720"/>
      </w:pPr>
      <w:r/>
      <w:hyperlink r:id="rId14">
        <w:r>
          <w:rPr>
            <w:color w:val="0000EE"/>
            <w:u w:val="single"/>
          </w:rPr>
          <w:t>https://www.nus-usi.org/belfast_pride_2024</w:t>
        </w:r>
      </w:hyperlink>
      <w:r>
        <w:t xml:space="preserve"> - The National Union of Students – Union of Students in Ireland (NUS-USI) is inviting students to join their Student Bloc for the Belfast Pride Parade on Saturday, July 27, 2024. The day's festivities begin with a Rainbow Breakfast at McHugh's Basement Bar from 10 am, followed by assembling for the parade at 12:15 pm, ready to start marching at 1 pm. The event is free and aims to demonstrate the strength of the student movement in supporting LGBTQIA+ rights.</w:t>
      </w:r>
      <w:r/>
    </w:p>
    <w:p>
      <w:pPr>
        <w:pStyle w:val="ListNumber"/>
        <w:spacing w:line="240" w:lineRule="auto"/>
        <w:ind w:left="720"/>
      </w:pPr>
      <w:r/>
      <w:hyperlink r:id="rId13">
        <w:r>
          <w:rPr>
            <w:color w:val="0000EE"/>
            <w:u w:val="single"/>
          </w:rPr>
          <w:t>https://www.hellorayo.co.uk/cool-fm/local/events/belfast-pride-2024-parade-route-times</w:t>
        </w:r>
      </w:hyperlink>
      <w:r>
        <w:t xml:space="preserve"> - Belfast Pride is the largest event for the LGBTQIA+ community in Belfast and Northern Ireland, with this year's parade set to be the biggest yet. The theme for 2024 is 'LOVE YOUR MIND'. The parade is scheduled for Saturday, July 27, 2024, with the build-up at Custom House Square starting at 11:30 am, and the parade commencing at 1 pm. The route follows the same path as in 2023, starting at Custom House Square and finishing on Victoria Street.</w:t>
      </w:r>
      <w:r/>
    </w:p>
    <w:p>
      <w:pPr>
        <w:pStyle w:val="ListNumber"/>
        <w:spacing w:line="240" w:lineRule="auto"/>
        <w:ind w:left="720"/>
      </w:pPr>
      <w:r/>
      <w:hyperlink r:id="rId15">
        <w:r>
          <w:rPr>
            <w:color w:val="0000EE"/>
            <w:u w:val="single"/>
          </w:rPr>
          <w:t>https://www.allianceparty.org/belfast_pride_2024</w:t>
        </w:r>
      </w:hyperlink>
      <w:r>
        <w:t xml:space="preserve"> - The Alliance Party is looking forward to welcoming many of its members to join them in the Belfast Pride Parade on Saturday, July 27, 2024. The parade build-up starts from 11:30 am, with the parade leaving at 1 pm sharp. The route for the 2024 parade is the same as the route in 2023, aiming to accommodate everyone safely and ensure maximum visibility for the community. Participants are encouraged to RSVP to receive a wristband for access to the parade.</w:t>
      </w:r>
      <w:r/>
    </w:p>
    <w:p>
      <w:pPr>
        <w:pStyle w:val="ListNumber"/>
        <w:spacing w:line="240" w:lineRule="auto"/>
        <w:ind w:left="720"/>
      </w:pPr>
      <w:r/>
      <w:hyperlink r:id="rId12">
        <w:r>
          <w:rPr>
            <w:color w:val="0000EE"/>
            <w:u w:val="single"/>
          </w:rPr>
          <w:t>https://www.paradescommission.org/viewparade.aspx?id=87976</w:t>
        </w:r>
      </w:hyperlink>
      <w:r>
        <w:t xml:space="preserve"> - The Northern Ireland Parades Commission has approved the Belfast Pride Parade scheduled for July 27, 2024. The parade is set to start at 1 pm from the Albert Clock, proceeding through High Street, Bridge Street, Waring Street, Donegall Street, Royal Avenue, Donegall Place, Donegall Square North, Chichester Street, Victoria Street, and Anne Street, concluding around 4 pm. The expected number of participants is 15,000, with 30,000 supporters anticipated along the route.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live.co.uk/news/belfast-news/full-list-road-closures-traffic-34345468" TargetMode="External"/><Relationship Id="rId10" Type="http://schemas.openxmlformats.org/officeDocument/2006/relationships/hyperlink" Target="https://www.belfastpride.com/parade-route/" TargetMode="External"/><Relationship Id="rId11" Type="http://schemas.openxmlformats.org/officeDocument/2006/relationships/hyperlink" Target="https://www.irishnews.com/news/northern-ireland/belfast-pride-parade-route-map-start-time-and-all-you-need-to-know-ZVNI7OSLP5BHLDUU57MOMMYQNM/" TargetMode="External"/><Relationship Id="rId12" Type="http://schemas.openxmlformats.org/officeDocument/2006/relationships/hyperlink" Target="https://www.paradescommission.org/viewparade.aspx?id=87976" TargetMode="External"/><Relationship Id="rId13" Type="http://schemas.openxmlformats.org/officeDocument/2006/relationships/hyperlink" Target="https://www.hellorayo.co.uk/cool-fm/local/events/belfast-pride-2024-parade-route-times" TargetMode="External"/><Relationship Id="rId14" Type="http://schemas.openxmlformats.org/officeDocument/2006/relationships/hyperlink" Target="https://www.nus-usi.org/belfast_pride_2024" TargetMode="External"/><Relationship Id="rId15" Type="http://schemas.openxmlformats.org/officeDocument/2006/relationships/hyperlink" Target="https://www.allianceparty.org/belfast_pride_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