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Wiki Loves Pride Events and How They’re Building Queer Editing Communities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human stories: Wiki Loves Pride Lagos blended a Pride celebration with hands-on Wikimedia training, showing how in-person events help retain LGBTIQ+ editors, sharpen editing skills, and make queer knowledge more visible across Wikipedia and sister projects.</w:t>
      </w:r>
      <w:r/>
    </w:p>
    <w:p>
      <w:r/>
      <w:r>
        <w:t>Essential Takeaways</w:t>
      </w:r>
      <w:r/>
      <w:r/>
    </w:p>
    <w:p>
      <w:pPr>
        <w:pStyle w:val="ListBullet"/>
        <w:spacing w:line="240" w:lineRule="auto"/>
        <w:ind w:left="720"/>
      </w:pPr>
      <w:r/>
      <w:r>
        <w:rPr>
          <w:b/>
        </w:rPr>
        <w:t>In-person clarity:</w:t>
      </w:r>
      <w:r>
        <w:t xml:space="preserve"> The Lagos workshop made editing feel tangible , account creation to first edits , for newcomers who'd previously left sessions confused. </w:t>
      </w:r>
      <w:r/>
    </w:p>
    <w:p>
      <w:pPr>
        <w:pStyle w:val="ListBullet"/>
        <w:spacing w:line="240" w:lineRule="auto"/>
        <w:ind w:left="720"/>
      </w:pPr>
      <w:r/>
      <w:r>
        <w:rPr>
          <w:b/>
        </w:rPr>
        <w:t>Retention focus:</w:t>
      </w:r>
      <w:r>
        <w:t xml:space="preserve"> Monthly virtual and physical trainings aim to keep LGBTIQ+ Nigerian editors active and confident. </w:t>
      </w:r>
      <w:r/>
    </w:p>
    <w:p>
      <w:pPr>
        <w:pStyle w:val="ListBullet"/>
        <w:spacing w:line="240" w:lineRule="auto"/>
        <w:ind w:left="720"/>
      </w:pPr>
      <w:r/>
      <w:r>
        <w:rPr>
          <w:b/>
        </w:rPr>
        <w:t>Practical help matters:</w:t>
      </w:r>
      <w:r>
        <w:t xml:space="preserve"> Follow-up support via WhatsApp and Commons/Wikipedia help pages smoothed early technical hurdles like infoboxes and tables. </w:t>
      </w:r>
      <w:r/>
    </w:p>
    <w:p>
      <w:pPr>
        <w:pStyle w:val="ListBullet"/>
        <w:spacing w:line="240" w:lineRule="auto"/>
        <w:ind w:left="720"/>
      </w:pPr>
      <w:r/>
      <w:r>
        <w:rPr>
          <w:b/>
        </w:rPr>
        <w:t>Leadership growth:</w:t>
      </w:r>
      <w:r>
        <w:t xml:space="preserve"> New community managers are turning editing practice into public-speaking and organising experience. </w:t>
      </w:r>
      <w:r/>
    </w:p>
    <w:p>
      <w:pPr>
        <w:pStyle w:val="ListBullet"/>
        <w:spacing w:line="240" w:lineRule="auto"/>
        <w:ind w:left="720"/>
      </w:pPr>
      <w:r/>
      <w:r>
        <w:rPr>
          <w:b/>
        </w:rPr>
        <w:t>Partnership power:</w:t>
      </w:r>
      <w:r>
        <w:t xml:space="preserve"> Working with local NGOs like the Centre for Population Health Initiatives brought community trust and outreach to the campaign.</w:t>
      </w:r>
      <w:r/>
      <w:r/>
    </w:p>
    <w:p>
      <w:pPr>
        <w:pStyle w:val="Heading2"/>
      </w:pPr>
      <w:r>
        <w:t>Why a Pride party and an edit-a-thon work so well together</w:t>
      </w:r>
      <w:r/>
    </w:p>
    <w:p>
      <w:r/>
      <w:r>
        <w:t>The visual of a Pride flyer on a table beside a laptop captures why the format clicked: warmth and welcome meet practical learning, and people relax enough to try things they’d feared. The Lagos event paired celebration with step-by-step editing guidance, so newcomers left with live edits, not just good intentions. Organisations such as the Centre for Population Health Initiatives lent credibility and helped draw attendees who might otherwise not touch Wikimedia projects. If you want to replicate this, think festival vibes plus a clear workstation area and a patient, visible tutor.</w:t>
      </w:r>
      <w:r/>
    </w:p>
    <w:p>
      <w:pPr>
        <w:pStyle w:val="Heading2"/>
      </w:pPr>
      <w:r>
        <w:t>From confusion to confidence: the practical learning curve</w:t>
      </w:r>
      <w:r/>
    </w:p>
    <w:p>
      <w:r/>
      <w:r>
        <w:t>Many people who sign up for Wikimedia sessions create accounts and then vanish because the platform feels opaque. That shifted at Wiki Loves Pride Lagos when facilitators walked participants through account setup, making edits and uploading to Commons. Small, recurring problems , adding awards, populating infoboxes, building tables , were handled in follow-up chats and help pages, showing that a one-off workshop plus ongoing support is a strong combo. Tip: schedule a quick post-event chat group so attendees can ask questions while the experience is fresh.</w:t>
      </w:r>
      <w:r/>
    </w:p>
    <w:p>
      <w:pPr>
        <w:pStyle w:val="Heading2"/>
      </w:pPr>
      <w:r>
        <w:t>Community management as activism and skill-building</w:t>
      </w:r>
      <w:r/>
    </w:p>
    <w:p>
      <w:r/>
      <w:r>
        <w:t>The story of someone who began contributing seriously in mid-2025 and has since done thousands of edits shows how editing becomes a form of advocacy. Serving as a community manager or project officer gives people a platform to run trainings, steward newcomers, and organise larger campaigns like Queering Wiki. It also builds soft skills: public speaking, event logistics and mentorship. For volunteers, consider rotating small leadership roles so more people gain that experience without burning out.</w:t>
      </w:r>
      <w:r/>
    </w:p>
    <w:p>
      <w:pPr>
        <w:pStyle w:val="Heading2"/>
      </w:pPr>
      <w:r>
        <w:t>Why partnerships change reach and retention</w:t>
      </w:r>
      <w:r/>
    </w:p>
    <w:p>
      <w:r/>
      <w:r>
        <w:t>Partnering with a local health organisation helped the organisers move beyond existing Wikimedia circles and welcome people who trust local services. That meant a more diverse attendee list and better retention, because people saw the work as community-relevant, not just a tech exercise. If you’re organising, tap into groups that already serve your target community and offer shared goals , visibility, health, heritage , to make collaboration feel mutual.</w:t>
      </w:r>
      <w:r/>
    </w:p>
    <w:p>
      <w:pPr>
        <w:pStyle w:val="Heading2"/>
      </w:pPr>
      <w:r>
        <w:t>Looking ahead: campaigns, conferences and keeping momentum</w:t>
      </w:r>
      <w:r/>
    </w:p>
    <w:p>
      <w:r/>
      <w:r>
        <w:t>Wiki Loves Pride in Lagos feels like a building block, not a one-off. Monthly sessions and an expanding leadership bench hint at longer-term change: sustained editing, richer queer content and cross-border projects like Queering Wiki on the horizon. The practical lesson is clear , combine delight and discipline: a celebratory event draws people in, regular follow-ups keep them engaged, and small leadership roles turn participants into organisers.</w:t>
      </w:r>
      <w:r/>
    </w:p>
    <w:p>
      <w:r/>
      <w:r>
        <w:t>It's a small change that can make every edit more visible and every voice a little louder.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[5]</w:t>
        </w:r>
      </w:hyperlink>
      <w:r>
        <w:t xml:space="preserve">- Paragraph 3: </w:t>
      </w:r>
      <w:hyperlink r:id="rId10">
        <w:r>
          <w:rPr>
            <w:color w:val="0000EE"/>
            <w:u w:val="single"/>
          </w:rPr>
          <w:t>[2]</w:t>
        </w:r>
      </w:hyperlink>
      <w:r>
        <w:t xml:space="preserve">, </w:t>
      </w:r>
      <w:hyperlink r:id="rId14">
        <w:r>
          <w:rPr>
            <w:color w:val="0000EE"/>
            <w:u w:val="single"/>
          </w:rPr>
          <w:t>[6]</w:t>
        </w:r>
      </w:hyperlink>
      <w:r>
        <w:t xml:space="preserve">- Paragraph 4: </w:t>
      </w:r>
      <w:hyperlink r:id="rId13">
        <w:r>
          <w:rPr>
            <w:color w:val="0000EE"/>
            <w:u w:val="single"/>
          </w:rPr>
          <w:t>[5]</w:t>
        </w:r>
      </w:hyperlink>
      <w:r>
        <w:t xml:space="preserve">, </w:t>
      </w:r>
      <w:hyperlink r:id="rId15">
        <w:r>
          <w:rPr>
            <w:color w:val="0000EE"/>
            <w:u w:val="single"/>
          </w:rPr>
          <w:t>[7]</w:t>
        </w:r>
      </w:hyperlink>
      <w:r>
        <w:t xml:space="preserve">- Paragraph 5: </w:t>
      </w:r>
      <w:hyperlink r:id="rId12">
        <w:r>
          <w:rPr>
            <w:color w:val="0000EE"/>
            <w:u w:val="single"/>
          </w:rPr>
          <w:t>[3]</w:t>
        </w:r>
      </w:hyperlink>
      <w:r>
        <w:t xml:space="preserve">, </w:t>
      </w:r>
      <w:hyperlink r:id="rId11">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https://diff.wikimedia.org/2026/07/24/recap-wiki-loves-pride-lagos-physical-event-and-lessons-from-the-past-six-months/</w:t>
        </w:r>
      </w:hyperlink>
      <w:r>
        <w:t xml:space="preserve"> - Please view link - unable to able to access data</w:t>
      </w:r>
      <w:r/>
    </w:p>
    <w:p>
      <w:pPr>
        <w:pStyle w:val="ListNumber"/>
        <w:spacing w:line="240" w:lineRule="auto"/>
        <w:ind w:left="720"/>
      </w:pPr>
      <w:r/>
      <w:hyperlink r:id="rId10">
        <w:r>
          <w:rPr>
            <w:color w:val="0000EE"/>
            <w:u w:val="single"/>
          </w:rPr>
          <w:t>https://diff.wikimedia.org/2025/12/23/strengthening-lgbt-knowledge-equity-obinna-tony-francis-ochem-appointed-first-community-manager-of-the-wikimedia-nigeria-lgbt-community/</w:t>
        </w:r>
      </w:hyperlink>
      <w:r>
        <w:t xml:space="preserve"> - In December 2025, Obinna Tony-Francis Ochem was appointed as the first Community Manager of the Wikimedia Nigeria LGBT+ Community. This historic appointment signifies a new phase of growth and sustainability for LGBT+ knowledge equity within the Wikimedia movement in Nigeria and across Africa. The role aims to strengthen programme delivery, support contributors, document impact, and further position the community within the broader Wikimedia and human rights ecosystems. Obinna officially assumed the role in November 2025, with a clear mandate to deepen engagement, expand partnerships, and nurture the next generation of queer Wikimedians in Nigeria.</w:t>
      </w:r>
      <w:r/>
    </w:p>
    <w:p>
      <w:pPr>
        <w:pStyle w:val="ListNumber"/>
        <w:spacing w:line="240" w:lineRule="auto"/>
        <w:ind w:left="720"/>
      </w:pPr>
      <w:r/>
      <w:hyperlink r:id="rId12">
        <w:r>
          <w:rPr>
            <w:color w:val="0000EE"/>
            <w:u w:val="single"/>
          </w:rPr>
          <w:t>https://diff.wikimedia.org/2025/06/04/wiki-loves-pride-a-campaign-to-edit-with-pride/</w:t>
        </w:r>
      </w:hyperlink>
      <w:r>
        <w:t xml:space="preserve"> - In June 2025, Wikimedia LGBT+ launched the Wiki Loves Pride campaign, running from June 1 to June 30. The campaign aimed to celebrate the history of the LGBT+ community on Wikipedia and Wikimedia Commons. During this month, editors from around the world united to write about history, biographies, and topics related to the LGBT+ community, striving to improve and expand LGBT and queer content in different languages. The previous year, the campaign resulted in the publication of more than 300 articles and annexes, covering a wide range of topics from biographies to historical chronologies and information on marriage equality in various parts of the world.</w:t>
      </w:r>
      <w:r/>
    </w:p>
    <w:p>
      <w:pPr>
        <w:pStyle w:val="ListNumber"/>
        <w:spacing w:line="240" w:lineRule="auto"/>
        <w:ind w:left="720"/>
      </w:pPr>
      <w:r/>
      <w:hyperlink r:id="rId11">
        <w:r>
          <w:rPr>
            <w:color w:val="0000EE"/>
            <w:u w:val="single"/>
          </w:rPr>
          <w:t>https://diff.wikimedia.org/2026/05/03/wiki-loves-pride-an-invitation-to-a-revolutionary-act/</w:t>
        </w:r>
      </w:hyperlink>
      <w:r>
        <w:t xml:space="preserve"> - Between June and August each year, Queer Wikimedians and their allies embark on a mission of activism called 'Wiki Loves Pride'. This event is a celebration of Pride Month, involving activities such as editing Wikipedia, posting pride events and activities on Wikimedia Commons, and improving queer data on Wikidata. Last year, Wiki Loves Pride saw over 700 articles—many of them new, some improved—and thousands of images and videos uploaded to Commons. The event took place across Africa, Asia, the Americas, and Europe, highlighting the global reach and impact of the campaign.</w:t>
      </w:r>
      <w:r/>
    </w:p>
    <w:p>
      <w:pPr>
        <w:pStyle w:val="ListNumber"/>
        <w:spacing w:line="240" w:lineRule="auto"/>
        <w:ind w:left="720"/>
      </w:pPr>
      <w:r/>
      <w:hyperlink r:id="rId13">
        <w:r>
          <w:rPr>
            <w:color w:val="0000EE"/>
            <w:u w:val="single"/>
          </w:rPr>
          <w:t>https://diff.wikimedia.org/2026/05/25/wiki-loves-pride-2026-diverse-voices-diverse-data/</w:t>
        </w:r>
      </w:hyperlink>
      <w:r>
        <w:t xml:space="preserve"> - Since its inception in 2001, Wikipedia has featured a constantly growing volume of LGBT+ content. Over time, new Wikimedia platforms have emerged, complementing the immense work done by thousands of editors worldwide. Wikimedia LGBT+ has organized Wiki Loves Pride as a way to bring together efforts to make content related to the community more visible. Despite this progress, numerous LGBT+ people, places, and milestones remain untold in the Wikimedia world. This year's special invitation to Wiki Loves Pride is to discover this world that is right in front of us but not yet represented in Wikipedia articles, Wikimedia Commons files, or Wikidata items, especially in regions with underrepresentation on these topics.</w:t>
      </w:r>
      <w:r/>
    </w:p>
    <w:p>
      <w:pPr>
        <w:pStyle w:val="ListNumber"/>
        <w:spacing w:line="240" w:lineRule="auto"/>
        <w:ind w:left="720"/>
      </w:pPr>
      <w:r/>
      <w:hyperlink r:id="rId14">
        <w:r>
          <w:rPr>
            <w:color w:val="0000EE"/>
            <w:u w:val="single"/>
          </w:rPr>
          <w:t>https://meta.wikimedia.org/wiki/Queering_Wiki_2026</w:t>
        </w:r>
      </w:hyperlink>
      <w:r>
        <w:t xml:space="preserve"> - Queering Wiki 2026 is a global gathering for queer contributors across Wikimedia projects and the free knowledge movement. Scheduled to take place from October 23 to 25, 2026, in Montreal, Quebec, Canada, the event aims to connect, collaborate, and collectively advance representation and equity for queer communities within the Wikimedia ecosystem. The objectives include building capacity for LGBTQ+ Wikimedians through skill-sharing and workshops, strengthening LGBTQ+ representation across Wikimedia projects, fostering global connections among LGBTQ+ Wikimedia contributors and allies, and creating safer, inclusive spaces within and beyond Wikimedia communities.</w:t>
      </w:r>
      <w:r/>
    </w:p>
    <w:p>
      <w:pPr>
        <w:pStyle w:val="ListNumber"/>
        <w:spacing w:line="240" w:lineRule="auto"/>
        <w:ind w:left="720"/>
      </w:pPr>
      <w:r/>
      <w:hyperlink r:id="rId15">
        <w:r>
          <w:rPr>
            <w:color w:val="0000EE"/>
            <w:u w:val="single"/>
          </w:rPr>
          <w:t>https://meta.wikimedia.org/wiki/Queering_Wiki_2026/Organizers</w:t>
        </w:r>
      </w:hyperlink>
      <w:r>
        <w:t xml:space="preserve"> - The Queering Wiki 2026 conference is organized by a diverse team of individuals passionate about advancing LGBTQ+ representation within the Wikimedia ecosystem. The organizing committee includes Bisi Alimi, Executive Director of WMLGBT+; Vic Sfriso, Director of Programmes and Community Engagement at WMLGBT+; Michelle Jones, Learning and Development at WMLGBT+; Louis Germain, Executive Director of Wikimedia Canada; Nacho Casares, WMLGBT+; Owen Blacker, WMLGBT+ board chair; Freddy Veloz, WMLGBT+ board member; Obinna Tony-Francis Ochem, WMLGBT+; and Ayokanmi Oyeyemi, WMLGBT+ board member. This team brings together a wealth of experience and dedication to creating an inclusive and impactful event for the LGBTQ+ community within the Wikimedia movement.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diff.wikimedia.org/2026/07/24/recap-wiki-loves-pride-lagos-physical-event-and-lessons-from-the-past-six-months/" TargetMode="External"/><Relationship Id="rId10" Type="http://schemas.openxmlformats.org/officeDocument/2006/relationships/hyperlink" Target="https://diff.wikimedia.org/2025/12/23/strengthening-lgbt-knowledge-equity-obinna-tony-francis-ochem-appointed-first-community-manager-of-the-wikimedia-nigeria-lgbt-community/" TargetMode="External"/><Relationship Id="rId11" Type="http://schemas.openxmlformats.org/officeDocument/2006/relationships/hyperlink" Target="https://diff.wikimedia.org/2026/05/03/wiki-loves-pride-an-invitation-to-a-revolutionary-act/" TargetMode="External"/><Relationship Id="rId12" Type="http://schemas.openxmlformats.org/officeDocument/2006/relationships/hyperlink" Target="https://diff.wikimedia.org/2025/06/04/wiki-loves-pride-a-campaign-to-edit-with-pride/" TargetMode="External"/><Relationship Id="rId13" Type="http://schemas.openxmlformats.org/officeDocument/2006/relationships/hyperlink" Target="https://diff.wikimedia.org/2026/05/25/wiki-loves-pride-2026-diverse-voices-diverse-data/" TargetMode="External"/><Relationship Id="rId14" Type="http://schemas.openxmlformats.org/officeDocument/2006/relationships/hyperlink" Target="https://meta.wikimedia.org/wiki/Queering_Wiki_2026" TargetMode="External"/><Relationship Id="rId15" Type="http://schemas.openxmlformats.org/officeDocument/2006/relationships/hyperlink" Target="https://meta.wikimedia.org/wiki/Queering_Wiki_2026/Organize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