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White Rock Pride Week Highlights: Community, Colour and Connection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turned out as White Rock celebrated Pride Week, a colourful, community-led series of events that matter for visibility, safety and belonging across the city. From the flag-raising at City Hall to the car parade and family activities, here's what happened and why it counts.</w:t>
      </w:r>
      <w:r/>
    </w:p>
    <w:p>
      <w:r/>
      <w:r>
        <w:t>Essential Takeaways</w:t>
      </w:r>
      <w:r/>
      <w:r/>
    </w:p>
    <w:p>
      <w:pPr>
        <w:pStyle w:val="ListBullet"/>
        <w:spacing w:line="240" w:lineRule="auto"/>
        <w:ind w:left="720"/>
      </w:pPr>
      <w:r/>
      <w:r>
        <w:rPr>
          <w:b/>
        </w:rPr>
        <w:t>Flag-raising moment:</w:t>
      </w:r>
      <w:r>
        <w:t xml:space="preserve"> City Hall hosted a well-attended Pride flag ceremony that felt warm and civic, with Mayor Megan Knight and the White Rock Pride Society leading the salute.</w:t>
      </w:r>
      <w:r/>
    </w:p>
    <w:p>
      <w:pPr>
        <w:pStyle w:val="ListBullet"/>
        <w:spacing w:line="240" w:lineRule="auto"/>
        <w:ind w:left="720"/>
      </w:pPr>
      <w:r/>
      <w:r>
        <w:rPr>
          <w:b/>
        </w:rPr>
        <w:t>Public services visible:</w:t>
      </w:r>
      <w:r>
        <w:t xml:space="preserve"> White Rock RCMP and Fire and Rescue took part, wearing specially designed Pride badges , a calm, reassuring sign for many residents.</w:t>
      </w:r>
      <w:r/>
    </w:p>
    <w:p>
      <w:pPr>
        <w:pStyle w:val="ListBullet"/>
        <w:spacing w:line="240" w:lineRule="auto"/>
        <w:ind w:left="720"/>
      </w:pPr>
      <w:r/>
      <w:r>
        <w:rPr>
          <w:b/>
        </w:rPr>
        <w:t>Parade energy:</w:t>
      </w:r>
      <w:r>
        <w:t xml:space="preserve"> The Pride Ride car parade packed Centennial Park with decorated vehicles and a waterfront cruise that drew smiles and waves.</w:t>
      </w:r>
      <w:r/>
    </w:p>
    <w:p>
      <w:pPr>
        <w:pStyle w:val="ListBullet"/>
        <w:spacing w:line="240" w:lineRule="auto"/>
        <w:ind w:left="720"/>
      </w:pPr>
      <w:r/>
      <w:r>
        <w:rPr>
          <w:b/>
        </w:rPr>
        <w:t>Family-friendly programming:</w:t>
      </w:r>
      <w:r>
        <w:t xml:space="preserve"> Events such as Family Day at Miramar Plaza and free concerts at the pier made Pride Week accessible and festive for all ages.</w:t>
      </w:r>
      <w:r/>
    </w:p>
    <w:p>
      <w:pPr>
        <w:pStyle w:val="ListBullet"/>
        <w:spacing w:line="240" w:lineRule="auto"/>
        <w:ind w:left="720"/>
      </w:pPr>
      <w:r/>
      <w:r>
        <w:rPr>
          <w:b/>
        </w:rPr>
        <w:t>Community voice:</w:t>
      </w:r>
      <w:r>
        <w:t xml:space="preserve"> Speakers and attendees emphasised belonging and the everyday need to speak up for dignity and respect.</w:t>
      </w:r>
      <w:r/>
      <w:r/>
    </w:p>
    <w:p>
      <w:pPr>
        <w:pStyle w:val="Heading2"/>
      </w:pPr>
      <w:r>
        <w:t>A civic salute: flag-raising set the tone</w:t>
      </w:r>
      <w:r/>
    </w:p>
    <w:p>
      <w:r/>
      <w:r>
        <w:t>The week began with a simple, striking scene , a newly redesigned international Pride flag unfurled beside White Rock City Hall, watched by more than 100 people. It felt bright and public, the sort of image that headlines: flags fluttering, people gathered, a town coming together. According to local organisers, the ceremony was led by Mayor Megan Knight and the White Rock Pride Society, underlining that this was an official, municipal moment as much as a grassroots one. For anyone wondering why these rituals matter, seeing civic leaders and uniformed services present sends a message: Pride is part of community life.</w:t>
      </w:r>
      <w:r/>
    </w:p>
    <w:p>
      <w:pPr>
        <w:pStyle w:val="Heading2"/>
      </w:pPr>
      <w:r>
        <w:t>Uniforms and badges: small symbols, big meaning</w:t>
      </w:r>
      <w:r/>
    </w:p>
    <w:p>
      <w:r/>
      <w:r>
        <w:t>One neat detail that caught attention was the specially designed Pride badge worn by members of the White Rock RCMP detachment and Fire and Rescue during the week. Little gestures like a badge can feel surprisingly reassuring to LGBTQ+ residents who want to know their emergency services respect and represent them. This isn’t merely about appearances; it’s part of a broader trend where public institutions signal inclusion through visible symbols. If you live locally and value that kind of reassurance, check whether your local services take part in similar initiatives , it can be a deciding factor when you feel safe to be yourself.</w:t>
      </w:r>
      <w:r/>
    </w:p>
    <w:p>
      <w:pPr>
        <w:pStyle w:val="Heading2"/>
      </w:pPr>
      <w:r>
        <w:t>Cars, colours and community: the Pride Ride parade</w:t>
      </w:r>
      <w:r/>
    </w:p>
    <w:p>
      <w:r/>
      <w:r>
        <w:t>The Pride Ride car parade delivered a playful, mobile kind of pageant. Cars decked out in rainbows gathered at Centennial Park and rolled along the waterfront, waving to onlookers and turning the seaside loop into a moving celebration. Parades like this are deceptively effective: they’re accessible for people who prefer to keep some distance, they let families and neighbours participate without a huge time commitment, and they create those unmissable, photographic moments that keep conversations going. If you missed it this year, it’s the sort of event that’s easy to join next time , decorate a car, fly a flag, come for the route along the pier.</w:t>
      </w:r>
      <w:r/>
    </w:p>
    <w:p>
      <w:pPr>
        <w:pStyle w:val="Heading2"/>
      </w:pPr>
      <w:r>
        <w:t>Family Day and pier concerts: Pride for everyone</w:t>
      </w:r>
      <w:r/>
    </w:p>
    <w:p>
      <w:r/>
      <w:r>
        <w:t>Pride Week wasn’t just for adults; Family Day at Miramar Plaza brought multi-generational activity to the heart of the schedule, while a free Concerts at the Pier event with Doug and the Slugs added live music and a relaxed evening vibe. Making Pride kid-friendly and mainstream is a deliberate choice by organisers who want these celebrations to be about belonging for everyone. If you’re planning to attend future events, look out for family programming and free shows , they’re a great way to introduce children to community values in a gentle, joyful setting.</w:t>
      </w:r>
      <w:r/>
    </w:p>
    <w:p>
      <w:pPr>
        <w:pStyle w:val="Heading2"/>
      </w:pPr>
      <w:r>
        <w:t>Why voices and stories still matter</w:t>
      </w:r>
      <w:r/>
    </w:p>
    <w:p>
      <w:r/>
      <w:r>
        <w:t>Speakers at the flag-raising reminded attendees that this is more than colour and confetti. Denise Darrell, a retired community executive, spoke about the importance of bringing people of different faiths, cultures and lived experiences together and the protective power of speaking up when words are wrong. Those remarks echo a larger conversation seen in coverage of Pride events nationally, where visibility is paired with calls for safety, dignity and mutual respect. For neighbours and allies, that’s a useful takeaway: showing up matters, and so does what you do when you hear something hurtful.</w:t>
      </w:r>
      <w:r/>
    </w:p>
    <w:p>
      <w:r/>
      <w:r>
        <w:t>It's a small change that can make every handshake, conversation and neighbourhood walk feel a little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15">
        <w:r>
          <w:rPr>
            <w:color w:val="0000EE"/>
            <w:u w:val="single"/>
          </w:rPr>
          <w:t>[6]</w:t>
        </w:r>
      </w:hyperlink>
      <w:r>
        <w:t xml:space="preserve">, </w:t>
      </w:r>
      <w:hyperlink r:id="rId10">
        <w:r>
          <w:rPr>
            <w:color w:val="0000EE"/>
            <w:u w:val="single"/>
          </w:rPr>
          <w:t>[2]</w:t>
        </w:r>
      </w:hyperlink>
      <w:r>
        <w:t xml:space="preserve">- Paragraph 5: </w:t>
      </w:r>
      <w:hyperlink r:id="rId11">
        <w:r>
          <w:rPr>
            <w:color w:val="0000EE"/>
            <w:u w:val="single"/>
          </w:rPr>
          <w:t>[7]</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https://peacearchnews.com/2026/07/23/white-rock-pride-week-celebrates-belonging/</w:t>
        </w:r>
      </w:hyperlink>
      <w:r>
        <w:t xml:space="preserve"> - Please view link - unable to able to access data</w:t>
      </w:r>
      <w:r/>
    </w:p>
    <w:p>
      <w:pPr>
        <w:pStyle w:val="ListNumber"/>
        <w:spacing w:line="240" w:lineRule="auto"/>
        <w:ind w:left="720"/>
      </w:pPr>
      <w:r/>
      <w:hyperlink r:id="rId10">
        <w:r>
          <w:rPr>
            <w:color w:val="0000EE"/>
            <w:u w:val="single"/>
          </w:rPr>
          <w:t>https://bcpost.ca/news/flag-raising-to-kick-off-pride-week-in-white-rock/</w:t>
        </w:r>
      </w:hyperlink>
      <w:r>
        <w:t xml:space="preserve"> - The article reports on the annual Pride flag-raising ceremony held on July 17, 2026, at White Rock City Hall, marking the commencement of Pride Week. The event was attended by community members, local leaders, allies, and supporters, with the flag hoisted at 4:30 p.m. The ceremony was described as a true showcase of White Rock's welcoming and inclusive community. (</w:t>
      </w:r>
      <w:hyperlink r:id="rId16">
        <w:r>
          <w:rPr>
            <w:color w:val="0000EE"/>
            <w:u w:val="single"/>
          </w:rPr>
          <w:t>bcpost.ca</w:t>
        </w:r>
      </w:hyperlink>
      <w:r>
        <w:t>)</w:t>
      </w:r>
      <w:r/>
    </w:p>
    <w:p>
      <w:pPr>
        <w:pStyle w:val="ListNumber"/>
        <w:spacing w:line="240" w:lineRule="auto"/>
        <w:ind w:left="720"/>
      </w:pPr>
      <w:r/>
      <w:hyperlink r:id="rId12">
        <w:r>
          <w:rPr>
            <w:color w:val="0000EE"/>
            <w:u w:val="single"/>
          </w:rPr>
          <w:t>https://whiterockpride.com/sponsorship-opportunities-white-rock-pride-week/</w:t>
        </w:r>
      </w:hyperlink>
      <w:r>
        <w:t xml:space="preserve"> - This page outlines sponsorship opportunities for White Rock Pride Week 2026, scheduled from July 17 to 24. The White Rock Pride Society invites businesses and individuals to participate as sponsors, highlighting the positive impact of previous events and the anticipated growth of the 2026 celebrations. The page provides details on sponsorship packages and contact information for further inquiries. (</w:t>
      </w:r>
      <w:hyperlink r:id="rId17">
        <w:r>
          <w:rPr>
            <w:color w:val="0000EE"/>
            <w:u w:val="single"/>
          </w:rPr>
          <w:t>whiterockpride.com</w:t>
        </w:r>
      </w:hyperlink>
      <w:r>
        <w:t>)</w:t>
      </w:r>
      <w:r/>
    </w:p>
    <w:p>
      <w:pPr>
        <w:pStyle w:val="ListNumber"/>
        <w:spacing w:line="240" w:lineRule="auto"/>
        <w:ind w:left="720"/>
      </w:pPr>
      <w:r/>
      <w:hyperlink r:id="rId13">
        <w:r>
          <w:rPr>
            <w:color w:val="0000EE"/>
            <w:u w:val="single"/>
          </w:rPr>
          <w:t>https://www.whitecenterpride.org/white-center-pride-street-festival</w:t>
        </w:r>
      </w:hyperlink>
      <w:r>
        <w:t xml:space="preserve"> - The 7th Annual White Center Pride Street Festival is scheduled for June 6, 2026, in downtown White Center. The theme for 2026 is 'All Out,' inspired by the community's spirit of support and celebration. The festival will feature over 130 local vendors, food trucks, drag performances, an expanded kids' area, and more. Attendees are encouraged to volunteer and participate in the event. (</w:t>
      </w:r>
      <w:hyperlink r:id="rId18">
        <w:r>
          <w:rPr>
            <w:color w:val="0000EE"/>
            <w:u w:val="single"/>
          </w:rPr>
          <w:t>whitecenterpride.org</w:t>
        </w:r>
      </w:hyperlink>
      <w:r>
        <w:t>)</w:t>
      </w:r>
      <w:r/>
    </w:p>
    <w:p>
      <w:pPr>
        <w:pStyle w:val="ListNumber"/>
        <w:spacing w:line="240" w:lineRule="auto"/>
        <w:ind w:left="720"/>
      </w:pPr>
      <w:r/>
      <w:hyperlink r:id="rId14">
        <w:r>
          <w:rPr>
            <w:color w:val="0000EE"/>
            <w:u w:val="single"/>
          </w:rPr>
          <w:t>https://www.whitecenterpride.org/</w:t>
        </w:r>
      </w:hyperlink>
      <w:r>
        <w:t xml:space="preserve"> - White Center Pride is an all-volunteer 501(c)(3) non-profit organisation dedicated to fostering a diverse LGBTQIA+ community in White Center through year-round events and grassroots efforts. The organisation aims to create an inclusive space for all, with upcoming events including the 2026 Pride at the Park with the Dubsea Fishsticks on June 20 and the KCLS Pride Family Book Club on June 25. (</w:t>
      </w:r>
      <w:hyperlink r:id="rId19">
        <w:r>
          <w:rPr>
            <w:color w:val="0000EE"/>
            <w:u w:val="single"/>
          </w:rPr>
          <w:t>whitecenterpride.org</w:t>
        </w:r>
      </w:hyperlink>
      <w:r>
        <w:t>)</w:t>
      </w:r>
      <w:r/>
    </w:p>
    <w:p>
      <w:pPr>
        <w:pStyle w:val="ListNumber"/>
        <w:spacing w:line="240" w:lineRule="auto"/>
        <w:ind w:left="720"/>
      </w:pPr>
      <w:r/>
      <w:hyperlink r:id="rId15">
        <w:r>
          <w:rPr>
            <w:color w:val="0000EE"/>
            <w:u w:val="single"/>
          </w:rPr>
          <w:t>https://www.whitecenterpride.org/event-details/2026-white-center-pride-street-festival</w:t>
        </w:r>
      </w:hyperlink>
      <w:r>
        <w:t xml:space="preserve"> - The 2026 White Center Pride Street Festival is set for June 6, 2026, at 9655 16th Ave SW, Seattle, WA. The event will feature over 100 merchant booths, multiple stages of entertainment and drag performances, locally operated beverage gardens, a kids' area with a super-slide and bouncy castle, and more. Attendees are encouraged to use the hashtag #whitecenterpride to show support and can donate to support the event. (</w:t>
      </w:r>
      <w:hyperlink r:id="rId20">
        <w:r>
          <w:rPr>
            <w:color w:val="0000EE"/>
            <w:u w:val="single"/>
          </w:rPr>
          <w:t>whitecenterpride.org</w:t>
        </w:r>
      </w:hyperlink>
      <w:r>
        <w:t>)</w:t>
      </w:r>
      <w:r/>
    </w:p>
    <w:p>
      <w:pPr>
        <w:pStyle w:val="ListNumber"/>
        <w:spacing w:line="240" w:lineRule="auto"/>
        <w:ind w:left="720"/>
      </w:pPr>
      <w:r/>
      <w:hyperlink r:id="rId11">
        <w:r>
          <w:rPr>
            <w:color w:val="0000EE"/>
            <w:u w:val="single"/>
          </w:rPr>
          <w:t>https://www.latimes.com/world-nation/story/2026-06-01/pride-month-2026-has-begun-heres-what-to-expect-for-lgbtq-celebrations</w:t>
        </w:r>
      </w:hyperlink>
      <w:r>
        <w:t xml:space="preserve"> - The article discusses the commencement of Pride Month 2026, highlighting nationwide parades from major metropolitan areas to small towns. The celebrations blend rainbow festivities with the protest roots of the LGBTQ+ community, especially as they face renewed political challenges to their rights and inclusion. (</w:t>
      </w:r>
      <w:hyperlink r:id="rId21">
        <w:r>
          <w:rPr>
            <w:color w:val="0000EE"/>
            <w:u w:val="single"/>
          </w:rPr>
          <w:t>latimes.com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eacearchnews.com/2026/07/23/white-rock-pride-week-celebrates-belonging/" TargetMode="External"/><Relationship Id="rId10" Type="http://schemas.openxmlformats.org/officeDocument/2006/relationships/hyperlink" Target="https://bcpost.ca/news/flag-raising-to-kick-off-pride-week-in-white-rock/" TargetMode="External"/><Relationship Id="rId11" Type="http://schemas.openxmlformats.org/officeDocument/2006/relationships/hyperlink" Target="https://www.latimes.com/world-nation/story/2026-06-01/pride-month-2026-has-begun-heres-what-to-expect-for-lgbtq-celebrations" TargetMode="External"/><Relationship Id="rId12" Type="http://schemas.openxmlformats.org/officeDocument/2006/relationships/hyperlink" Target="https://whiterockpride.com/sponsorship-opportunities-white-rock-pride-week/" TargetMode="External"/><Relationship Id="rId13" Type="http://schemas.openxmlformats.org/officeDocument/2006/relationships/hyperlink" Target="https://www.whitecenterpride.org/white-center-pride-street-festival" TargetMode="External"/><Relationship Id="rId14" Type="http://schemas.openxmlformats.org/officeDocument/2006/relationships/hyperlink" Target="https://www.whitecenterpride.org/" TargetMode="External"/><Relationship Id="rId15" Type="http://schemas.openxmlformats.org/officeDocument/2006/relationships/hyperlink" Target="https://www.whitecenterpride.org/event-details/2026-white-center-pride-street-festival" TargetMode="External"/><Relationship Id="rId16" Type="http://schemas.openxmlformats.org/officeDocument/2006/relationships/hyperlink" Target="https://bcpost.ca/news/flag-raising-to-kick-off-pride-week-in-white-rock/?utm_source=openai" TargetMode="External"/><Relationship Id="rId17" Type="http://schemas.openxmlformats.org/officeDocument/2006/relationships/hyperlink" Target="https://whiterockpride.com/sponsorship-opportunities-white-rock-pride-week/?utm_source=openai" TargetMode="External"/><Relationship Id="rId18" Type="http://schemas.openxmlformats.org/officeDocument/2006/relationships/hyperlink" Target="https://www.whitecenterpride.org/white-center-pride-street-festival?utm_source=openai" TargetMode="External"/><Relationship Id="rId19" Type="http://schemas.openxmlformats.org/officeDocument/2006/relationships/hyperlink" Target="https://www.whitecenterpride.org/?utm_source=openai" TargetMode="External"/><Relationship Id="rId20" Type="http://schemas.openxmlformats.org/officeDocument/2006/relationships/hyperlink" Target="https://www.whitecenterpride.org/event-details/2026-white-center-pride-street-festival?utm_source=openai" TargetMode="External"/><Relationship Id="rId21" Type="http://schemas.openxmlformats.org/officeDocument/2006/relationships/hyperlink" Target="https://www.latimes.com/world-nation/story/2026-06-01/pride-month-2026-has-begun-heres-what-to-expect-for-lgbtq-celebration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