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Weekend Events in San Diego This July: Pride Concerts, Film Fest,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flocking to Gaslamp for Comic‑Con, but there’s plenty else happening around San Diego this weekend , from the San Diego Women’s Chorus Pride Concert to a Bicycle Film Festival, plant markets, and family‑friendly carousel fun, offering options for every taste and crowd tolerance.</w:t>
      </w:r>
      <w:r/>
    </w:p>
    <w:p>
      <w:r/>
      <w:r>
        <w:t>Essential Takeaways</w:t>
      </w:r>
      <w:r/>
      <w:r/>
    </w:p>
    <w:p>
      <w:pPr>
        <w:pStyle w:val="ListBullet"/>
        <w:spacing w:line="240" w:lineRule="auto"/>
        <w:ind w:left="720"/>
      </w:pPr>
      <w:r/>
      <w:r>
        <w:rPr>
          <w:b/>
        </w:rPr>
        <w:t>Pride highlight:</w:t>
      </w:r>
      <w:r>
        <w:t xml:space="preserve"> San Diego Women’s Chorus performs two Pride Concert shows Saturday evening and Sunday afternoon, tickets still available and the vibe is celebratory.</w:t>
      </w:r>
      <w:r/>
    </w:p>
    <w:p>
      <w:pPr>
        <w:pStyle w:val="ListBullet"/>
        <w:spacing w:line="240" w:lineRule="auto"/>
        <w:ind w:left="720"/>
      </w:pPr>
      <w:r/>
      <w:r>
        <w:rPr>
          <w:b/>
        </w:rPr>
        <w:t>Outdoor charity golf:</w:t>
      </w:r>
      <w:r>
        <w:t xml:space="preserve"> The Alabaster Jar Project’s 9th annual tournament on Friday supports survivors and includes individual and four‑person team options.</w:t>
      </w:r>
      <w:r/>
    </w:p>
    <w:p>
      <w:pPr>
        <w:pStyle w:val="ListBullet"/>
        <w:spacing w:line="240" w:lineRule="auto"/>
        <w:ind w:left="720"/>
      </w:pPr>
      <w:r/>
      <w:r>
        <w:rPr>
          <w:b/>
        </w:rPr>
        <w:t>Film and bike culture:</w:t>
      </w:r>
      <w:r>
        <w:t xml:space="preserve"> The Bicycle Film Festival runs Saturday at the Museum of Photographic Arts with three themed film slates; day and full‑pass pricing available.</w:t>
      </w:r>
      <w:r/>
    </w:p>
    <w:p>
      <w:pPr>
        <w:pStyle w:val="ListBullet"/>
        <w:spacing w:line="240" w:lineRule="auto"/>
        <w:ind w:left="720"/>
      </w:pPr>
      <w:r/>
      <w:r>
        <w:rPr>
          <w:b/>
        </w:rPr>
        <w:t>Family and festival picks:</w:t>
      </w:r>
      <w:r>
        <w:t xml:space="preserve"> Free carousel rides and live entertainment at Balboa Park for National Carousel Day, plus the Hella Plants Market and Vista Temple Obon Festival for cultural flair.</w:t>
      </w:r>
      <w:r/>
    </w:p>
    <w:p>
      <w:pPr>
        <w:pStyle w:val="ListBullet"/>
        <w:spacing w:line="240" w:lineRule="auto"/>
        <w:ind w:left="720"/>
      </w:pPr>
      <w:r/>
      <w:r>
        <w:rPr>
          <w:b/>
        </w:rPr>
        <w:t>After‑party energy:</w:t>
      </w:r>
      <w:r>
        <w:t xml:space="preserve"> For late‑night or niche tastes, there’s a Daft Punk tribute at the Music Box and an Eastside Story Car Show with concerts near the waterfront.</w:t>
      </w:r>
      <w:r/>
      <w:r/>
    </w:p>
    <w:p>
      <w:pPr>
        <w:pStyle w:val="Heading2"/>
      </w:pPr>
      <w:r>
        <w:t>San Diego Women’s Chorus brings a Pride celebration you can actually hear</w:t>
      </w:r>
      <w:r/>
    </w:p>
    <w:p>
      <w:r/>
      <w:r>
        <w:t>If you prefer music to panel lines, the San Diego Women’s Chorus offers two chances to catch its annual Pride concert, and the sound is warm and communal rather than stadium loud. According to the chorus and local listings, the shows are Saturday evening and Sunday afternoon at the Joan and Irwin Jacobs Performing Arts Center, with tickets still on sale. This is the kind of performance where harmonies feel intimate and the room hums with goodwill. If you’re avoiding Comic‑Con crowds downtown but still want a festival‑style moment, this is a calm, uplifting option. Bring a friend, expect upbeat set pieces, and arrive early for decent seating.</w:t>
      </w:r>
      <w:r/>
    </w:p>
    <w:p>
      <w:pPr>
        <w:pStyle w:val="Heading2"/>
      </w:pPr>
      <w:r>
        <w:t>A charity golf day that’s about much more than birdies</w:t>
      </w:r>
      <w:r/>
    </w:p>
    <w:p>
      <w:r/>
      <w:r>
        <w:t>The Alabaster Jar Project’s annual golf tournament returns to Rancho Bernardo Inn on Friday, marking its ninth year as a fundraiser for housing and support services for survivors of human trafficking. Entry prices cover individual players and foursomes, and organisers emphasise both the competitive fun and the cause behind the day. It’s a sunny, polished way to support a local charity while enjoying a relaxed round. If you decide to go, register in advance and consider signing the whole group up , team play is a good option for workplace or friend crews who want to make a bigger impact.</w:t>
      </w:r>
      <w:r/>
    </w:p>
    <w:p>
      <w:pPr>
        <w:pStyle w:val="Heading2"/>
      </w:pPr>
      <w:r>
        <w:t>Bicycle Film Festival: pedal‑powered cinema for the curious</w:t>
      </w:r>
      <w:r/>
    </w:p>
    <w:p>
      <w:r/>
      <w:r>
        <w:t>Biking culture gets its cinematic moment at the Museum of Photographic Arts on Saturday, with three curated slates labelled for cinematic, adventure and urban bike films. The festival has travelled from New York to more than 100 cities, and the San Diego edition keeps that roaming spirit alive. Buy a single‑slate ticket if you’ve got a few hours to spare, or opt for the full‑day pass if you want the whole cycling sweep. It’s perfect for anyone who appreciates good visuals, offbeat storytelling and an audience that applauds a well‑shot bike chase.</w:t>
      </w:r>
      <w:r/>
    </w:p>
    <w:p>
      <w:pPr>
        <w:pStyle w:val="Heading2"/>
      </w:pPr>
      <w:r>
        <w:t>Plants, car shows and carousel rides , something for every pace</w:t>
      </w:r>
      <w:r/>
    </w:p>
    <w:p>
      <w:r/>
      <w:r>
        <w:t>If crowds aren’t your thing, there are gentler fares that still feel festive. The Hella Plants Market brings vendors, workshops and cocktails to the Soap Factory with a laid‑back, green‑thumb energy; early entry and terrarium workshops are available for serious shoppers. Over at Balboa Park, National Carousel Day offers free rides and live entertainment, an easy family outing that’s equal parts nostalgic and charming. And for a louder, retro option, the Eastside Story Car Show and concert at Broadway Pier mixes classic cars with live funk and freestyle pop , bring cash for merch and expect a lively pierside scene.</w:t>
      </w:r>
      <w:r/>
    </w:p>
    <w:p>
      <w:pPr>
        <w:pStyle w:val="Heading2"/>
      </w:pPr>
      <w:r>
        <w:t>Culture and community: Obon, Italian‑themed fundraisers and more</w:t>
      </w:r>
      <w:r/>
    </w:p>
    <w:p>
      <w:r/>
      <w:r>
        <w:t>San Diego’s calendar balances big spectacles with community rituals. The Vista Buddhist Temple Obon Festival runs both Saturday and Sunday with Taiko drumming, Bon Odori dance circles and cultural activities that feel grounding and communal. For something a touch quirkier, a 1950s Rock &amp; Roll Revival fundraiser channels vintage Italy at an adults‑only night in Little Italy. These events are reminders that the city’s cultural life isn’t all blockbuster conventions , there’s a steady stream of ceremonies, fundraisers and hobbyist shows that stitch neighbourhoods together.</w:t>
      </w:r>
      <w:r/>
    </w:p>
    <w:p>
      <w:r/>
      <w:r>
        <w:t>It's a small change in plans that can make your weekend feel curated rather than crowded , pick one or two events, pack water and good shoes, and enjoy San Diego at your own pace.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[7]</w:t>
        </w:r>
      </w:hyperlink>
      <w:r>
        <w:t xml:space="preserve">, </w:t>
      </w:r>
      <w:hyperlink r:id="rId10">
        <w:r>
          <w:rPr>
            <w:color w:val="0000EE"/>
            <w:u w:val="single"/>
          </w:rPr>
          <w:t>[6]</w:t>
        </w:r>
      </w:hyperlink>
      <w:r>
        <w:t xml:space="preserve">- Paragraph 2: </w:t>
      </w:r>
      <w:hyperlink r:id="rId10">
        <w:r>
          <w:rPr>
            <w:color w:val="0000EE"/>
            <w:u w:val="single"/>
          </w:rPr>
          <w:t>[6]</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[2]</w:t>
        </w:r>
      </w:hyperlink>
      <w:r>
        <w:t xml:space="preserve">, </w:t>
      </w:r>
      <w:hyperlink r:id="rId9">
        <w:r>
          <w:rPr>
            <w:color w:val="0000EE"/>
            <w:u w:val="single"/>
          </w:rPr>
          <w:t>[7]</w:t>
        </w:r>
      </w:hyperlink>
      <w:r>
        <w:t xml:space="preserve">- Paragraph 5: </w:t>
      </w:r>
      <w:hyperlink r:id="rId9">
        <w:r>
          <w:rPr>
            <w:color w:val="0000EE"/>
            <w:u w:val="single"/>
          </w:rPr>
          <w:t>[7]</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https://timesofsandiego.com/san-diego-events/2026/07/23/san-diego-weekend-guide-july-24-26/</w:t>
        </w:r>
      </w:hyperlink>
      <w:r>
        <w:t xml:space="preserve"> - Please view link - unable to able to access data</w:t>
      </w:r>
      <w:r/>
    </w:p>
    <w:p>
      <w:pPr>
        <w:pStyle w:val="ListNumber"/>
        <w:spacing w:line="240" w:lineRule="auto"/>
        <w:ind w:left="720"/>
      </w:pPr>
      <w:r/>
      <w:hyperlink r:id="rId14">
        <w:r>
          <w:rPr>
            <w:color w:val="0000EE"/>
            <w:u w:val="single"/>
          </w:rPr>
          <w:t>https://www.sdwc.org/</w:t>
        </w:r>
      </w:hyperlink>
      <w:r>
        <w:t xml:space="preserve"> - The San Diego Women's Chorus (SDWC) is a lesbian-identified, feminist sisterhood of musicians that welcomes members and volunteers from the vastly diverse LGBTQ and straight-ally communities. Founded in 1987 by community activist Cynthia Lawrence-Wallace, SDWC has grown from a group of 14 lesbians gathered around a piano in a private home to a thriving community with over 150 members who believe in the power of music and the power of women. For 35 years, SDWC has provided a safe space that encourages women’s creativity, celebrates diversity, and inspires social action.</w:t>
      </w:r>
      <w:r/>
    </w:p>
    <w:p>
      <w:pPr>
        <w:pStyle w:val="ListNumber"/>
        <w:spacing w:line="240" w:lineRule="auto"/>
        <w:ind w:left="720"/>
      </w:pPr>
      <w:r/>
      <w:hyperlink r:id="rId12">
        <w:r>
          <w:rPr>
            <w:color w:val="0000EE"/>
            <w:u w:val="single"/>
          </w:rPr>
          <w:t>https://www.alabasterjarproject.org/golf</w:t>
        </w:r>
      </w:hyperlink>
      <w:r>
        <w:t xml:space="preserve"> - The Alabaster Jar Project is a non-profit organisation that provides long-term housing and comprehensive support for survivors of human trafficking and sexual exploitation. Their 2026 Golf Tournament is scheduled for Friday, July 24th, at the Rancho Bernardo Inn 18-hole championship golf course, rated 9 out of 10 by the U-T San Diego. Registration begins at 10:00 am, with a shotgun start at 1:00 pm. The tournament is a 4-person scramble format with a bogey max score per hole. Individual entry is $175, and a foursome entry is $700.</w:t>
      </w:r>
      <w:r/>
    </w:p>
    <w:p>
      <w:pPr>
        <w:pStyle w:val="ListNumber"/>
        <w:spacing w:line="240" w:lineRule="auto"/>
        <w:ind w:left="720"/>
      </w:pPr>
      <w:r/>
      <w:hyperlink r:id="rId13">
        <w:r>
          <w:rPr>
            <w:color w:val="0000EE"/>
            <w:u w:val="single"/>
          </w:rPr>
          <w:t>https://www.kpbs.org/events/2026/07/24/9th-annual-golf-tournament-for-alabaster-jar-project</w:t>
        </w:r>
      </w:hyperlink>
      <w:r>
        <w:t xml:space="preserve"> - The 9th Annual Golf Tournament for Alabaster Jar Project is set for Friday, July 24, 2026, at the Rancho Bernardo Inn. The event offers 18 holes of championship golf, a golf cart, lunch with a drink ticket, three raffle tickets, a swag bag, and complimentary range balls. Individual entry is $190, and a foursome entry is $700. The Alabaster Jar Project is a non-profit that serves survivors of human trafficking and sexual exploitation with wraparound services such as long-term housing and case management, empowering them to move towards healing and success.</w:t>
      </w:r>
      <w:r/>
    </w:p>
    <w:p>
      <w:pPr>
        <w:pStyle w:val="ListNumber"/>
        <w:spacing w:line="240" w:lineRule="auto"/>
        <w:ind w:left="720"/>
      </w:pPr>
      <w:r/>
      <w:hyperlink r:id="rId11">
        <w:r>
          <w:rPr>
            <w:color w:val="0000EE"/>
            <w:u w:val="single"/>
          </w:rPr>
          <w:t>https://www.kpbs.org/events/ongoing/shine-annual-pride-concert</w:t>
        </w:r>
      </w:hyperlink>
      <w:r>
        <w:t xml:space="preserve"> - The San Diego Women's Chorus presents 'Shine', a powerful celebration of Pride, community, and collective voice. This special concert uplifts stories of resilience, joy, love, and liberation through music that inspires and connects. 'Shine' invites audiences of all identities to come together in harmony and celebrate the brilliance within us all. The performances are scheduled for July 25, 2026, at 7 PM, and July 26, 2026, at 4 PM, at the Joan and Irwin Jacobs Performing Arts Center.</w:t>
      </w:r>
      <w:r/>
    </w:p>
    <w:p>
      <w:pPr>
        <w:pStyle w:val="ListNumber"/>
        <w:spacing w:line="240" w:lineRule="auto"/>
        <w:ind w:left="720"/>
      </w:pPr>
      <w:r/>
      <w:hyperlink r:id="rId10">
        <w:r>
          <w:rPr>
            <w:color w:val="0000EE"/>
            <w:u w:val="single"/>
          </w:rPr>
          <w:t>https://sdpride.org/event/san-diego-womens-chorus/</w:t>
        </w:r>
      </w:hyperlink>
      <w:r>
        <w:t xml:space="preserve"> - The San Diego Women's Chorus is scheduled to perform on July 25, 2026, at 7:00 pm. The two concert performances are on July 25th and 26th, 2026. For more information, contact pride@sdwc.org.</w:t>
      </w:r>
      <w:r/>
    </w:p>
    <w:p>
      <w:pPr>
        <w:pStyle w:val="ListNumber"/>
        <w:spacing w:line="240" w:lineRule="auto"/>
        <w:ind w:left="720"/>
      </w:pPr>
      <w:r/>
      <w:hyperlink r:id="rId9">
        <w:r>
          <w:rPr>
            <w:color w:val="0000EE"/>
            <w:u w:val="single"/>
          </w:rPr>
          <w:t>https://timesofsandiego.com/san-diego-events/2026/07/23/san-diego-weekend-guide-july-24-26/</w:t>
        </w:r>
      </w:hyperlink>
      <w:r>
        <w:t xml:space="preserve"> - The San Diego Women's Chorus is set to perform its annual Pride Concert with two shows this weekend. The performances are scheduled for Saturday, July 25, at 7 p.m., and Sunday, July 26, at 4 p.m., at the Joan and Irwin Jacobs Performing Arts Center. Tickets are still available.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imesofsandiego.com/san-diego-events/2026/07/23/san-diego-weekend-guide-july-24-26/" TargetMode="External"/><Relationship Id="rId10" Type="http://schemas.openxmlformats.org/officeDocument/2006/relationships/hyperlink" Target="https://sdpride.org/event/san-diego-womens-chorus/" TargetMode="External"/><Relationship Id="rId11" Type="http://schemas.openxmlformats.org/officeDocument/2006/relationships/hyperlink" Target="https://www.kpbs.org/events/ongoing/shine-annual-pride-concert" TargetMode="External"/><Relationship Id="rId12" Type="http://schemas.openxmlformats.org/officeDocument/2006/relationships/hyperlink" Target="https://www.alabasterjarproject.org/golf" TargetMode="External"/><Relationship Id="rId13" Type="http://schemas.openxmlformats.org/officeDocument/2006/relationships/hyperlink" Target="https://www.kpbs.org/events/2026/07/24/9th-annual-golf-tournament-for-alabaster-jar-project" TargetMode="External"/><Relationship Id="rId14" Type="http://schemas.openxmlformats.org/officeDocument/2006/relationships/hyperlink" Target="https://www.sdw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