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Travel Tips for Liverpool Pride 2026: How to Arrive Smoothly and Stress-Free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bigger crowds: Fred. Olsen and event organisers are advising passengers and visitors to plan ahead for Liverpool Pride on Saturday, July 25, when the march and waterfront celebrations will make the city centre busier than usual. Here’s what to know, where to go, and how to avoid last-minute stress.</w:t>
      </w:r>
      <w:r/>
    </w:p>
    <w:p>
      <w:r/>
      <w:r>
        <w:t>Essential Takeaways</w:t>
      </w:r>
      <w:r/>
      <w:r/>
    </w:p>
    <w:p>
      <w:pPr>
        <w:pStyle w:val="ListBullet"/>
        <w:spacing w:line="240" w:lineRule="auto"/>
        <w:ind w:left="720"/>
      </w:pPr>
      <w:r/>
      <w:r>
        <w:rPr>
          <w:b/>
        </w:rPr>
        <w:t>Plan extra time:</w:t>
      </w:r>
      <w:r>
        <w:t xml:space="preserve"> The Pride march starts at 11.30am and finishes around 12.30pm, with speeches from 11am; trains and streets will be busier than normal.</w:t>
      </w:r>
      <w:r/>
    </w:p>
    <w:p>
      <w:pPr>
        <w:pStyle w:val="ListBullet"/>
        <w:spacing w:line="240" w:lineRule="auto"/>
        <w:ind w:left="720"/>
      </w:pPr>
      <w:r/>
      <w:r>
        <w:rPr>
          <w:b/>
        </w:rPr>
        <w:t>Allow for road closures:</w:t>
      </w:r>
      <w:r>
        <w:t xml:space="preserve"> Road restrictions around the city centre will affect routes to the cruise terminal and nearby drop-off points.</w:t>
      </w:r>
      <w:r/>
    </w:p>
    <w:p>
      <w:pPr>
        <w:pStyle w:val="ListBullet"/>
        <w:spacing w:line="240" w:lineRule="auto"/>
        <w:ind w:left="720"/>
      </w:pPr>
      <w:r/>
      <w:r>
        <w:rPr>
          <w:b/>
        </w:rPr>
        <w:t>Check your check-in slot:</w:t>
      </w:r>
      <w:r>
        <w:t xml:space="preserve"> Cruise terminal guests should only arrive during their allocated check-in window; bag drop opens at 11.30am and check-in closes at 4pm.</w:t>
      </w:r>
      <w:r/>
    </w:p>
    <w:p>
      <w:pPr>
        <w:pStyle w:val="ListBullet"/>
        <w:spacing w:line="240" w:lineRule="auto"/>
        <w:ind w:left="720"/>
      </w:pPr>
      <w:r/>
      <w:r>
        <w:rPr>
          <w:b/>
        </w:rPr>
        <w:t>Short walks are handy:</w:t>
      </w:r>
      <w:r>
        <w:t xml:space="preserve"> The Crowne Plaza and city centre cafés are a 10–15 minute stroll from the terminal; there’s limited seating inside the terminal.</w:t>
      </w:r>
      <w:r/>
    </w:p>
    <w:p>
      <w:pPr>
        <w:pStyle w:val="ListBullet"/>
        <w:spacing w:line="240" w:lineRule="auto"/>
        <w:ind w:left="720"/>
      </w:pPr>
      <w:r/>
      <w:r>
        <w:rPr>
          <w:b/>
        </w:rPr>
        <w:t>Accessibility and safety:</w:t>
      </w:r>
      <w:r>
        <w:t xml:space="preserve"> The 2026 march is walking only, no vehicles or floats, with a new focus on accessibility and community participation.</w:t>
      </w:r>
      <w:r/>
      <w:r/>
    </w:p>
    <w:p>
      <w:pPr>
        <w:pStyle w:val="Heading2"/>
      </w:pPr>
      <w:r>
        <w:t>Why this Pride weekend will feel busier than most</w:t>
      </w:r>
      <w:r/>
    </w:p>
    <w:p>
      <w:r/>
      <w:r>
        <w:t>Liverpool Pride brings colour, music and thousands of people into the city, and this year’s partnership between local LGBTQ+ groups promises an even stronger turnout. Fred. Olsen has reminded cruise passengers that the march route and related road closures mean extra travel time, especially between late morning and early afternoon. If you’re arriving by train, expect platforms and concourses to be crowded; if by car, plan for diversions and slower journeys into central parking. Practical tip: aim to arrive at least an hour earlier than you normally would, particularly if you need to drop luggage or check in for a cruise.</w:t>
      </w:r>
      <w:r/>
    </w:p>
    <w:p>
      <w:pPr>
        <w:pStyle w:val="Heading2"/>
      </w:pPr>
      <w:r>
        <w:t>Getting to the cruise terminal , what passengers should know</w:t>
      </w:r>
      <w:r/>
    </w:p>
    <w:p>
      <w:r/>
      <w:r>
        <w:t>The Liverpool Cruise Terminal is fairly compact with limited seating, so the port operator is sticking to strict check-in slots to manage numbers. Bag drop opens at 11.30am and the terminal will only admit guests during allocated times, with final check-in at 4pm , don’t miss it. Road closures around Lord Street could add walking time of around 10–15 minutes from nearby hotels and city centre stops. Advice: wear comfortable shoes and pack essentials in a small day bag so you can wait outside cafes or the hotel bar if the terminal is full.</w:t>
      </w:r>
      <w:r/>
    </w:p>
    <w:p>
      <w:pPr>
        <w:pStyle w:val="Heading2"/>
      </w:pPr>
      <w:r>
        <w:t>Navigating the march route and city centre events</w:t>
      </w:r>
      <w:r/>
    </w:p>
    <w:p>
      <w:r/>
      <w:r>
        <w:t>This year’s march sets off from Houghton Street and weaves through Church Street and Paradise Street before finishing on Lord Street. Organisers have redesigned the route to improve accessibility and removed the need for heavier road closures used in previous years. Because the parade will be walking only , no floats or vehicles , the emphasis is on community participation and clearer pedestrian flows. Practical insight: if you want a front-row view, arrive early for a spot on the route; otherwise plan an alternative route around the core area to avoid delays.</w:t>
      </w:r>
      <w:r/>
    </w:p>
    <w:p>
      <w:pPr>
        <w:pStyle w:val="Heading2"/>
      </w:pPr>
      <w:r>
        <w:t>Transport options and crowd-friendly choices</w:t>
      </w:r>
      <w:r/>
    </w:p>
    <w:p>
      <w:r/>
      <w:r>
        <w:t>Trains will be busier than usual, so consider off-peak travel where possible, or arrive significantly earlier than your departure time. If you’re driving, use peripheral car parks and walk in; central roads will be slow and some may be closed temporarily. Local buses and rideshare services may have delays, so factor in contingency time if catching a cruise or a scheduled show. Tip: download transport apps for live updates and keep an eye on the Echo’s live coverage for real-time changes and best moments from the day.</w:t>
      </w:r>
      <w:r/>
    </w:p>
    <w:p>
      <w:pPr>
        <w:pStyle w:val="Heading2"/>
      </w:pPr>
      <w:r>
        <w:t>What the new partnership means for Pride in Liverpool</w:t>
      </w:r>
      <w:r/>
    </w:p>
    <w:p>
      <w:r/>
      <w:r>
        <w:t>Sahir and the LCR Pride Foundation are headline organisers this year, with Sahir coordinating the festival and LCR Pride Foundation leading parade logistics and community stalls. The collaboration follows community engagement in 2025 and aims to make events more community-led, inclusive and accessible. For visitors that’s good news: clearer messaging, improved accessibility and a stronger programme of events across the weekend. A small reflection: when organisers put community needs first, the day feels friendlier and easier to navigate , which matters when you’re trying to enjoy an energetic city celebration.</w:t>
      </w:r>
      <w:r/>
    </w:p>
    <w:p>
      <w:r/>
      <w:r>
        <w:t>It's a small bit of planning that can make a long day much smoother , leave extra time, check your slot, and enjoy the parade.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https://www.liverpoolecho.co.uk/whats-on/whats-on-news/travel-advice-hundreds-expected-liverpool-34334553</w:t>
        </w:r>
      </w:hyperlink>
      <w:r>
        <w:t xml:space="preserve"> - Please view link - unable to able to access data</w:t>
      </w:r>
      <w:r/>
    </w:p>
    <w:p>
      <w:pPr>
        <w:pStyle w:val="ListNumber"/>
        <w:spacing w:line="240" w:lineRule="auto"/>
        <w:ind w:left="720"/>
      </w:pPr>
      <w:r/>
      <w:hyperlink r:id="rId10">
        <w:r>
          <w:rPr>
            <w:color w:val="0000EE"/>
            <w:u w:val="single"/>
          </w:rPr>
          <w:t>https://www.mandsbankarena.com/media-centre/latest-press-releases/2026/liverpool-s-pride-reveals-2026-march-route-through-the-heart-of-the-city/</w:t>
        </w:r>
      </w:hyperlink>
      <w:r>
        <w:t xml:space="preserve"> - Liverpool's Pride 2026 has unveiled the official march route, inviting thousands to participate in a powerful display of visibility and solidarity. Scheduled for Saturday, 25 July 2026, the march will commence at Houghton Street, proceed through Church Street and Paradise Street, and conclude on Lord Street. This year's parade is designed to be fully accessible, eliminating the need for road closures used in previous years. The organisers emphasise that the march will be a walking-only event, focusing on community participation and collective voice.</w:t>
      </w:r>
      <w:r/>
    </w:p>
    <w:p>
      <w:pPr>
        <w:pStyle w:val="ListNumber"/>
        <w:spacing w:line="240" w:lineRule="auto"/>
        <w:ind w:left="720"/>
      </w:pPr>
      <w:r/>
      <w:hyperlink r:id="rId14">
        <w:r>
          <w:rPr>
            <w:color w:val="0000EE"/>
            <w:u w:val="single"/>
          </w:rPr>
          <w:t>https://www.mandsbankarena.com/whats-on/liverpools-pride-opening-party/</w:t>
        </w:r>
      </w:hyperlink>
      <w:r>
        <w:t xml:space="preserve"> - Liverpool's Pride 2026 is set to commence with an Official Opening Party at the M&amp;S Bank Arena on Friday, 24 July 2026. The event will feature headliners Sugababes performing a full greatest hits set and Beth Ditto's first solo show in Liverpool. Additional performances include drag superstars Bimini and Tia Kofi, along with Horsemeat Disco, Harrsn featuring House Gospel Choir, and local community performers Tyler DaClaire, Pam Sandwich, and Debbie Darling. The Opening Party marks a bold, high-energy celebration of unity, inclusion, and community.</w:t>
      </w:r>
      <w:r/>
    </w:p>
    <w:p>
      <w:pPr>
        <w:pStyle w:val="ListNumber"/>
        <w:spacing w:line="240" w:lineRule="auto"/>
        <w:ind w:left="720"/>
      </w:pPr>
      <w:r/>
      <w:hyperlink r:id="rId15">
        <w:r>
          <w:rPr>
            <w:color w:val="0000EE"/>
            <w:u w:val="single"/>
          </w:rPr>
          <w:t>https://www.liverpoolfc.com/news/liverpool-fc-supports-premier-league-pride-initiative</w:t>
        </w:r>
      </w:hyperlink>
      <w:r>
        <w:t xml:space="preserve"> - Liverpool FC has announced its support for the Premier League's 'With Pride' initiative, a new programme aimed at uniting the league's ongoing LGBTQ+ efforts to foster long-term change. All Premier League matches between 6 and 12 February 2026 will be dedicated to 'With Pride', aligning with LGBTQ+ History Month. This initiative provides an opportunity to highlight and celebrate the LGBTQ+ community in football, showcasing the work undertaken to make the game more inclusive.</w:t>
      </w:r>
      <w:r/>
    </w:p>
    <w:p>
      <w:pPr>
        <w:pStyle w:val="ListNumber"/>
        <w:spacing w:line="240" w:lineRule="auto"/>
        <w:ind w:left="720"/>
      </w:pPr>
      <w:r/>
      <w:hyperlink r:id="rId13">
        <w:r>
          <w:rPr>
            <w:color w:val="0000EE"/>
            <w:u w:val="single"/>
          </w:rPr>
          <w:t>https://uncoverliverpool.com/events/liverpools-pride/</w:t>
        </w:r>
      </w:hyperlink>
      <w:r>
        <w:t xml:space="preserve"> - Liverpool's Pride 2026 is scheduled for 25 July 2026, offering a day of joy, music, community, and colour. The event will feature a march through the city centre, a Community Expo in the LEX, and various city-wide celebrations, cultural performances, and community-led LGBTQ+ events. The Community Expo will bring together charities, community groups, independent traders, and brands under one roof, providing an opportunity to connect, shop, and discover everything the Liverpool LGBTQ+ community has to offer.</w:t>
      </w:r>
      <w:r/>
    </w:p>
    <w:p>
      <w:pPr>
        <w:pStyle w:val="ListNumber"/>
        <w:spacing w:line="240" w:lineRule="auto"/>
        <w:ind w:left="720"/>
      </w:pPr>
      <w:r/>
      <w:hyperlink r:id="rId11">
        <w:r>
          <w:rPr>
            <w:color w:val="0000EE"/>
            <w:u w:val="single"/>
          </w:rPr>
          <w:t>https://www.liverpool-one.com/whats-on/pride/</w:t>
        </w:r>
      </w:hyperlink>
      <w:r>
        <w:t xml:space="preserve"> - Liverpool ONE is celebrating Pride 2026 with a message of unity and inclusion. The centre is hosting various events, including the main March with Pride on Saturday, 25 July 2026. The celebrations will feature cultural performances, showcases, and community-led LGBTQ+ events. Liverpool ONE is committed to ensuring that everyone feels safe and welcome, not just during Pride, but all year round, standing united in Pride with the LGBTQ+ community and against discrimination.</w:t>
      </w:r>
      <w:r/>
    </w:p>
    <w:p>
      <w:pPr>
        <w:pStyle w:val="ListNumber"/>
        <w:spacing w:line="240" w:lineRule="auto"/>
        <w:ind w:left="720"/>
      </w:pPr>
      <w:r/>
      <w:hyperlink r:id="rId12">
        <w:r>
          <w:rPr>
            <w:color w:val="0000EE"/>
            <w:u w:val="single"/>
          </w:rPr>
          <w:t>https://www.sahir.org.uk/pride-2026/</w:t>
        </w:r>
      </w:hyperlink>
      <w:r>
        <w:t xml:space="preserve"> - Sahir House and LCR Pride Foundation are collaborating to deliver a bold and inclusive Pride festival in Liverpool in 2026, on and around the weekend of Saturday, 25 July 2026. The festival will take place under the banner 'Liverpool’s Pride', reflecting a shift back towards the roots of Pride and a clear commitment to a community-first approach, shaped by and for LGBTQ+ people in Liverpool and across the wider city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whats-on-news/travel-advice-hundreds-expected-liverpool-34334553" TargetMode="External"/><Relationship Id="rId10" Type="http://schemas.openxmlformats.org/officeDocument/2006/relationships/hyperlink" Target="https://www.mandsbankarena.com/media-centre/latest-press-releases/2026/liverpool-s-pride-reveals-2026-march-route-through-the-heart-of-the-city/" TargetMode="External"/><Relationship Id="rId11" Type="http://schemas.openxmlformats.org/officeDocument/2006/relationships/hyperlink" Target="https://www.liverpool-one.com/whats-on/pride/" TargetMode="External"/><Relationship Id="rId12" Type="http://schemas.openxmlformats.org/officeDocument/2006/relationships/hyperlink" Target="https://www.sahir.org.uk/pride-2026/" TargetMode="External"/><Relationship Id="rId13" Type="http://schemas.openxmlformats.org/officeDocument/2006/relationships/hyperlink" Target="https://uncoverliverpool.com/events/liverpools-pride/" TargetMode="External"/><Relationship Id="rId14" Type="http://schemas.openxmlformats.org/officeDocument/2006/relationships/hyperlink" Target="https://www.mandsbankarena.com/whats-on/liverpools-pride-opening-party/" TargetMode="External"/><Relationship Id="rId15" Type="http://schemas.openxmlformats.org/officeDocument/2006/relationships/hyperlink" Target="https://www.liverpoolfc.com/news/liverpool-fc-supports-premier-league-pride-initiat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