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Safety Pledges for WorldPride: Amsterdam Police Back the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visitors and local LGBTQI+ people are seeing a visible safety push as Amsterdam gears up for WorldPride; the city's police chief opened a temporary community space at the H'ART Museum and pledged practical support, signalling why this matters for everyone attending the festival.</w:t>
      </w:r>
      <w:r/>
    </w:p>
    <w:p>
      <w:r/>
      <w:r>
        <w:t>Essential Takeaways</w:t>
      </w:r>
      <w:r/>
      <w:r/>
    </w:p>
    <w:p>
      <w:pPr>
        <w:pStyle w:val="ListBullet"/>
        <w:spacing w:line="240" w:lineRule="auto"/>
        <w:ind w:left="720"/>
      </w:pPr>
      <w:r/>
      <w:r>
        <w:rPr>
          <w:b/>
        </w:rPr>
        <w:t>High-profile support:</w:t>
      </w:r>
      <w:r>
        <w:t xml:space="preserve"> Amsterdam police chief publicly opened the COC’s Shakespeare Club and addressed performers, signalling visible backing ahead of WorldPride.</w:t>
      </w:r>
      <w:r/>
    </w:p>
    <w:p>
      <w:pPr>
        <w:pStyle w:val="ListBullet"/>
        <w:spacing w:line="240" w:lineRule="auto"/>
        <w:ind w:left="720"/>
      </w:pPr>
      <w:r/>
      <w:r>
        <w:rPr>
          <w:b/>
        </w:rPr>
        <w:t>Community-focused actions:</w:t>
      </w:r>
      <w:r>
        <w:t xml:space="preserve"> Police are offering information sessions for refugees and have officers from Roze in Blauw participating in Pride events, showing targeted engagement.</w:t>
      </w:r>
      <w:r/>
    </w:p>
    <w:p>
      <w:pPr>
        <w:pStyle w:val="ListBullet"/>
        <w:spacing w:line="240" w:lineRule="auto"/>
        <w:ind w:left="720"/>
      </w:pPr>
      <w:r/>
      <w:r>
        <w:rPr>
          <w:b/>
        </w:rPr>
        <w:t>Accessible reporting encouraged:</w:t>
      </w:r>
      <w:r>
        <w:t xml:space="preserve"> Authorities urged victims of intimidation or violence to report incidents, stressing that even reluctant complaints provide vital information.</w:t>
      </w:r>
      <w:r/>
    </w:p>
    <w:p>
      <w:pPr>
        <w:pStyle w:val="ListBullet"/>
        <w:spacing w:line="240" w:lineRule="auto"/>
        <w:ind w:left="720"/>
      </w:pPr>
      <w:r/>
      <w:r>
        <w:rPr>
          <w:b/>
        </w:rPr>
        <w:t>Safe, celebratory spaces:</w:t>
      </w:r>
      <w:r>
        <w:t xml:space="preserve"> The Shakespeare Club provides a temporary, welcoming venue at the H’ART Museum, arriving by boat for a theatrical opening.</w:t>
      </w:r>
      <w:r/>
    </w:p>
    <w:p>
      <w:pPr>
        <w:pStyle w:val="ListBullet"/>
        <w:spacing w:line="240" w:lineRule="auto"/>
        <w:ind w:left="720"/>
      </w:pPr>
      <w:r/>
      <w:r>
        <w:rPr>
          <w:b/>
        </w:rPr>
        <w:t>Practical presence:</w:t>
      </w:r>
      <w:r>
        <w:t xml:space="preserve"> Police will be visible at Canal Parade and other Pride events, blending celebration with protective duties.</w:t>
      </w:r>
      <w:r/>
      <w:r/>
    </w:p>
    <w:p>
      <w:pPr>
        <w:pStyle w:val="Heading2"/>
      </w:pPr>
      <w:r>
        <w:t>A bold, visible pledge on the Amstel</w:t>
      </w:r>
      <w:r/>
    </w:p>
    <w:p>
      <w:r/>
      <w:r>
        <w:t>The scene was theatrical: performers arriving by boat to the H’ART Museum’s jetty, high heels clacking on the quay, and a police chief applauding their courage. It’s the kind of image that sends a message, safety isn’t just a press release, it’s a public stance. According to local reporting, Amsterdam’s police chief used the opening of the COC’s Shakespeare Club to underline that bravery in performance “deserves safety”. That line felt like a handshake between glamour and protection.</w:t>
      </w:r>
      <w:r/>
    </w:p>
    <w:p>
      <w:r/>
      <w:r>
        <w:t>This matters because WorldPride brings thousands of visitors and a heightened profile. The public ceremony at the museum offered a tangible preview of how the city plans to blend celebration with vigilance. For anyone worried about whether festivals can be both joyous and safe, the optics here are reassuring.</w:t>
      </w:r>
      <w:r/>
    </w:p>
    <w:p>
      <w:pPr>
        <w:pStyle w:val="Heading2"/>
      </w:pPr>
      <w:r>
        <w:t>From rhetoric to targeted actions</w:t>
      </w:r>
      <w:r/>
    </w:p>
    <w:p>
      <w:r/>
      <w:r>
        <w:t>Backing words with deeds is always the trick. The police chief didn’t stop at praise; he outlined specific efforts such as information sessions for refugees from places where uniformed officers inspire fear. That kind of outreach is practical and symbolic, it's saying the force wants to break down barriers for people who might otherwise avoid reporting crimes.</w:t>
      </w:r>
      <w:r/>
    </w:p>
    <w:p>
      <w:r/>
      <w:r>
        <w:t>Groups like Roze in Blauw, the national police network for LGBTIQ+ officers, are taking part in Pride events. Their presence on the Canal Parade and at Trans-focused gatherings shows a shift from passive protection to active community engagement, which can make a real difference on the ground.</w:t>
      </w:r>
      <w:r/>
    </w:p>
    <w:p>
      <w:pPr>
        <w:pStyle w:val="Heading2"/>
      </w:pPr>
      <w:r>
        <w:t>Why reporting still matters , even when it’s hard</w:t>
      </w:r>
      <w:r/>
    </w:p>
    <w:p>
      <w:r/>
      <w:r>
        <w:t>One clear point made was the importance of reporting intimidation or violence. Police acknowledged reporting is difficult; victims often prefer to move on rather than relive trauma. But officers say those reports feed prevention, help spot patterns and ultimately protect others. That’s a practical ask: if you’re a victim or witness, consider filing a report or speaking to outreach officers at event hubs.</w:t>
      </w:r>
      <w:r/>
    </w:p>
    <w:p>
      <w:r/>
      <w:r>
        <w:t>For visitors, that means noting where help points are, saving local emergency numbers, and finding the COC’s temporary spaces if you need a calm spot. Practical steps like these reduce anxiety and make it easier to enjoy the festival.</w:t>
      </w:r>
      <w:r/>
    </w:p>
    <w:p>
      <w:pPr>
        <w:pStyle w:val="Heading2"/>
      </w:pPr>
      <w:r>
        <w:t>The cultural backdrop: tolerance as work, not a given</w:t>
      </w:r>
      <w:r/>
    </w:p>
    <w:p>
      <w:r/>
      <w:r>
        <w:t>Amsterdam’s leadership framed tolerance as something you have to maintain, not take for granted. The H’ART Museum opening, led by drag figurehead Dolly Bellefleur, reminded people that public support like this isn’t universal. Local voices pointed out that such police backing is rare in other countries, so the gesture is both national pride and international signalling.</w:t>
      </w:r>
      <w:r/>
    </w:p>
    <w:p>
      <w:r/>
      <w:r>
        <w:t>That perspective is useful for visitors who might assume every Pride is the same; cities vary in how they blend policing and celebration. Amsterdam is using events like the Shakespeare Club to create welcoming micro-environments within the larger festival.</w:t>
      </w:r>
      <w:r/>
    </w:p>
    <w:p>
      <w:pPr>
        <w:pStyle w:val="Heading2"/>
      </w:pPr>
      <w:r>
        <w:t>What to keep in mind if you’re going to WorldPride</w:t>
      </w:r>
      <w:r/>
    </w:p>
    <w:p>
      <w:r/>
      <w:r>
        <w:t>Plan ahead, and keep comfort simple: pick a meeting point with friends, note the location of outreach tables and police teams like Roze in Blauw, and use the museum spaces if you need a quieter moment. If you see anything troubling, report it, officers say even small complaints are valuable. Above all, expect a festival that’s loud, colourful and supported by an active, visible police presence aiming to let people be their flamboyant selves safely.</w:t>
      </w:r>
      <w:r/>
    </w:p>
    <w:p>
      <w:r/>
      <w:r>
        <w:t>It's a small gesture of planning that can make every parade, party and performance feel that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9">
        <w:r>
          <w:rPr>
            <w:color w:val="0000EE"/>
            <w:u w:val="single"/>
          </w:rPr>
          <w:t>[7]</w:t>
        </w:r>
      </w:hyperlink>
      <w:r>
        <w:t xml:space="preserve">- Paragraph 4: </w:t>
      </w:r>
      <w:hyperlink r:id="rId13">
        <w:r>
          <w:rPr>
            <w:color w:val="0000EE"/>
            <w:u w:val="single"/>
          </w:rPr>
          <w:t>[6]</w:t>
        </w:r>
      </w:hyperlink>
      <w:r>
        <w:t xml:space="preserve">, </w:t>
      </w:r>
      <w:hyperlink r:id="rId10">
        <w:r>
          <w:rPr>
            <w:color w:val="0000EE"/>
            <w:u w:val="single"/>
          </w:rPr>
          <w:t>[4]</w:t>
        </w:r>
      </w:hyperlink>
      <w:r>
        <w:t xml:space="preserve">- Paragraph 5: </w:t>
      </w:r>
      <w:hyperlink r:id="rId12">
        <w:r>
          <w:rPr>
            <w:color w:val="0000EE"/>
            <w:u w:val="single"/>
          </w:rPr>
          <w:t>[5]</w:t>
        </w:r>
      </w:hyperlink>
      <w:r>
        <w:t xml:space="preserve">,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https://www.dutchnews.nl/2026/07/amsterdam-police-chief-pledges-safety-ahead-of-worldpride/</w:t>
        </w:r>
      </w:hyperlink>
      <w:r>
        <w:t xml:space="preserve"> - Please view link - unable to able to access data</w:t>
      </w:r>
      <w:r/>
    </w:p>
    <w:p>
      <w:pPr>
        <w:pStyle w:val="ListNumber"/>
        <w:spacing w:line="240" w:lineRule="auto"/>
        <w:ind w:left="720"/>
      </w:pPr>
      <w:r/>
      <w:hyperlink r:id="rId9">
        <w:r>
          <w:rPr>
            <w:color w:val="0000EE"/>
            <w:u w:val="single"/>
          </w:rPr>
          <w:t>https://www.dutchnews.nl/2026/07/amsterdam-police-chief-pledges-safety-ahead-of-worldpride/</w:t>
        </w:r>
      </w:hyperlink>
      <w:r>
        <w:t xml:space="preserve"> - Amsterdam police chief Peter Holla opened the COC’s Shakespeare Club at the H’ART Museum, praising the courage of drag performers and emphasising their right to safety. The Shakespeare Club, a temporary community space run by the LGBTQI+ rights organisation COC Amsterdam, operates until July 31 and opened three days ahead of WorldPride, which Amsterdam is hosting for the first time from July 25 to August 8. Holla highlighted the police's support for the community, including information sessions for refugees from countries where officers are a source of fear, and participation in events like the Canal Parade, Asian Pride, Trans Pride Walk, and Trans Diner. He urged victims of intimidation or violence to report incidents to the police, acknowledging the challenges victims face but stressing the importance of information. Drag figurehead Dolly Bellefleur noted the rarity of such public backing from the police in other nations, underscoring the Netherlands' unique stance on LGBTQI+ rights.</w:t>
      </w:r>
      <w:r/>
    </w:p>
    <w:p>
      <w:pPr>
        <w:pStyle w:val="ListNumber"/>
        <w:spacing w:line="240" w:lineRule="auto"/>
        <w:ind w:left="720"/>
      </w:pPr>
      <w:r/>
      <w:hyperlink r:id="rId11">
        <w:r>
          <w:rPr>
            <w:color w:val="0000EE"/>
            <w:u w:val="single"/>
          </w:rPr>
          <w:t>https://www.dutchnews.nl/2022/11/amsterdam-to-host-worldpride-in-2026/</w:t>
        </w:r>
      </w:hyperlink>
      <w:r>
        <w:t xml:space="preserve"> - In November 2022, Amsterdam was announced as the host city for WorldPride 2026, marking the first time the Dutch capital will host the international LGBTQI+ event. Amsterdam's selection coincides with the 25th anniversary of the opening of civil marriage to same-sex couples in the Netherlands, a historic milestone for global equality. The event is expected to attract hundreds of thousands of visitors, with organisers aiming to inspire and connect the world through numerous events and activities.</w:t>
      </w:r>
      <w:r/>
    </w:p>
    <w:p>
      <w:pPr>
        <w:pStyle w:val="ListNumber"/>
        <w:spacing w:line="240" w:lineRule="auto"/>
        <w:ind w:left="720"/>
      </w:pPr>
      <w:r/>
      <w:hyperlink r:id="rId10">
        <w:r>
          <w:rPr>
            <w:color w:val="0000EE"/>
            <w:u w:val="single"/>
          </w:rPr>
          <w:t>https://www.dutchnews.nl/2024/07/its-high-heels-hurray-at-the-hart-in-amsterdam/</w:t>
        </w:r>
      </w:hyperlink>
      <w:r>
        <w:t xml:space="preserve"> - In July 2024, Amsterdam's drag queens and kings, including Dolly Bellefleur and Jennifer Hopelezz, participated in the High Heels Hurray event organised by the Shakespeare Club at the H’art Museum. The event, part of the ongoing Pride Amsterdam festivities, honoured drag performers who often face scorn, discrimination, and violence. The Shakespeare Club, a meeting place for gays in the capital since post-war times, hosted several activities until the end of the month, including lectures, documentaries, and a special event called Classical 4 Fetish, combining fetish fashion and classical music.</w:t>
      </w:r>
      <w:r/>
    </w:p>
    <w:p>
      <w:pPr>
        <w:pStyle w:val="ListNumber"/>
        <w:spacing w:line="240" w:lineRule="auto"/>
        <w:ind w:left="720"/>
      </w:pPr>
      <w:r/>
      <w:hyperlink r:id="rId12">
        <w:r>
          <w:rPr>
            <w:color w:val="0000EE"/>
            <w:u w:val="single"/>
          </w:rPr>
          <w:t>https://www.dutchnews.nl/2025/08/amsterdams-pride-boat-parade-highlights-festivity-and-activism/</w:t>
        </w:r>
      </w:hyperlink>
      <w:r>
        <w:t xml:space="preserve"> - In August 2025, Amsterdam's Pride boat parade blended festivity with activism, serving as a preview for the city's hosting of WorldPride in 2026. Despite forecasts of unsettled weather and smaller crowds, the atmosphere remained upbeat and relaxed. Organisers described the parade as a 'very special edition,' with high-quality boats and powerful messages. The event also featured political calls, with LGBT+ rights group COC urging voters to support pro-equality parties in the upcoming October general election.</w:t>
      </w:r>
      <w:r/>
    </w:p>
    <w:p>
      <w:pPr>
        <w:pStyle w:val="ListNumber"/>
        <w:spacing w:line="240" w:lineRule="auto"/>
        <w:ind w:left="720"/>
      </w:pPr>
      <w:r/>
      <w:hyperlink r:id="rId13">
        <w:r>
          <w:rPr>
            <w:color w:val="0000EE"/>
            <w:u w:val="single"/>
          </w:rPr>
          <w:t>https://www.dutchnews.nl/2024/06/the-point-is-political-kandinsky-exhibition-at-hart-museum/</w:t>
        </w:r>
      </w:hyperlink>
      <w:r>
        <w:t xml:space="preserve"> - In June 2024, the H’ART Museum in Amsterdam hosted a Kandinsky exhibition, exploring the personal journey of the celebrated Russian 20th-century artist. The exhibition, featuring around 65 works borrowed from the Centre Georges Pompidou, aimed to inspire audiences to view art from a different perspective. The museum's director, Annabelle Birnie, highlighted the exhibition's focus on one of the greatest artists of all time and the personal journey behind his abstract works.</w:t>
      </w:r>
      <w:r/>
    </w:p>
    <w:p>
      <w:pPr>
        <w:pStyle w:val="ListNumber"/>
        <w:spacing w:line="240" w:lineRule="auto"/>
        <w:ind w:left="720"/>
      </w:pPr>
      <w:r/>
      <w:hyperlink r:id="rId9">
        <w:r>
          <w:rPr>
            <w:color w:val="0000EE"/>
            <w:u w:val="single"/>
          </w:rPr>
          <w:t>https://www.dutchnews.nl/2026/07/amsterdam-police-chief-pledges-safety-ahead-of-worldpride/</w:t>
        </w:r>
      </w:hyperlink>
      <w:r>
        <w:t xml:space="preserve"> - Amsterdam police chief Peter Holla opened the COC’s Shakespeare Club at the H’ART Museum, praising the courage of drag performers and emphasising their right to safety. The Shakespeare Club, a temporary community space run by the LGBTQI+ rights organisation COC Amsterdam, operates until July 31 and opened three days ahead of WorldPride, which Amsterdam is hosting for the first time from July 25 to August 8. Holla highlighted the police's support for the community, including information sessions for refugees from countries where officers are a source of fear, and participation in events like the Canal Parade, Asian Pride, Trans Pride Walk, and Trans Diner. He urged victims of intimidation or violence to report incidents to the police, acknowledging the challenges victims face but stressing the importance of information. Drag figurehead Dolly Bellefleur noted the rarity of such public backing from the police in other nations, underscoring the Netherlands' unique stance on LGBTQI+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utchnews.nl/2026/07/amsterdam-police-chief-pledges-safety-ahead-of-worldpride/" TargetMode="External"/><Relationship Id="rId10" Type="http://schemas.openxmlformats.org/officeDocument/2006/relationships/hyperlink" Target="https://www.dutchnews.nl/2024/07/its-high-heels-hurray-at-the-hart-in-amsterdam/" TargetMode="External"/><Relationship Id="rId11" Type="http://schemas.openxmlformats.org/officeDocument/2006/relationships/hyperlink" Target="https://www.dutchnews.nl/2022/11/amsterdam-to-host-worldpride-in-2026/" TargetMode="External"/><Relationship Id="rId12" Type="http://schemas.openxmlformats.org/officeDocument/2006/relationships/hyperlink" Target="https://www.dutchnews.nl/2025/08/amsterdams-pride-boat-parade-highlights-festivity-and-activism/" TargetMode="External"/><Relationship Id="rId13" Type="http://schemas.openxmlformats.org/officeDocument/2006/relationships/hyperlink" Target="https://www.dutchnews.nl/2024/06/the-point-is-political-kandinsky-exhibition-at-hart-muse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