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Partnerships on Britain’s Railway: Lumo’s Big Push for Newcastle Pride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rail travellers and Pride fans are spotting a colourful takeover as Lumo steps up support for Pride events across the UK, backing Newcastle Pride with a Pride-wrapped train, donated digital screens and a cash boost to community radio , all to help more people join in and feel included.</w:t>
      </w:r>
      <w:r/>
    </w:p>
    <w:p>
      <w:r/>
      <w:r>
        <w:t>Essential Takeaways</w:t>
      </w:r>
      <w:r/>
      <w:r/>
    </w:p>
    <w:p>
      <w:pPr>
        <w:pStyle w:val="ListBullet"/>
        <w:spacing w:line="240" w:lineRule="auto"/>
        <w:ind w:left="720"/>
      </w:pPr>
      <w:r/>
      <w:r>
        <w:rPr>
          <w:b/>
        </w:rPr>
        <w:t>Pride train:</w:t>
      </w:r>
      <w:r>
        <w:t xml:space="preserve"> Lumo has wrapped a train with imagery celebrating LGBTQ+ organisations it supports, bringing a bold, visible presence to stations and routes.</w:t>
      </w:r>
      <w:r/>
    </w:p>
    <w:p>
      <w:pPr>
        <w:pStyle w:val="ListBullet"/>
        <w:spacing w:line="240" w:lineRule="auto"/>
        <w:ind w:left="720"/>
      </w:pPr>
      <w:r/>
      <w:r>
        <w:rPr>
          <w:b/>
        </w:rPr>
        <w:t>OOH visibility:</w:t>
      </w:r>
      <w:r>
        <w:t xml:space="preserve"> Ocean Outdoor donated five large-format digital screens in Newcastle to showcase Pride organisations and amplify festival messages.</w:t>
      </w:r>
      <w:r/>
    </w:p>
    <w:p>
      <w:pPr>
        <w:pStyle w:val="ListBullet"/>
        <w:spacing w:line="240" w:lineRule="auto"/>
        <w:ind w:left="720"/>
      </w:pPr>
      <w:r/>
      <w:r>
        <w:rPr>
          <w:b/>
        </w:rPr>
        <w:t>Community radio support:</w:t>
      </w:r>
      <w:r>
        <w:t xml:space="preserve"> Lumo gave a £1,000 donation to Gateshead-based Pride Radio to help broadcast Newcastle Pride nationally and worldwide.</w:t>
      </w:r>
      <w:r/>
    </w:p>
    <w:p>
      <w:pPr>
        <w:pStyle w:val="ListBullet"/>
        <w:spacing w:line="240" w:lineRule="auto"/>
        <w:ind w:left="720"/>
      </w:pPr>
      <w:r/>
      <w:r>
        <w:rPr>
          <w:b/>
        </w:rPr>
        <w:t>Artist travel help:</w:t>
      </w:r>
      <w:r>
        <w:t xml:space="preserve"> The operator is also assisting with travel logistics for headline artists and performers arriving for the Newcastle Pride weekend.</w:t>
      </w:r>
      <w:r/>
    </w:p>
    <w:p>
      <w:pPr>
        <w:pStyle w:val="ListBullet"/>
        <w:spacing w:line="240" w:lineRule="auto"/>
        <w:ind w:left="720"/>
      </w:pPr>
      <w:r/>
      <w:r>
        <w:rPr>
          <w:b/>
        </w:rPr>
        <w:t>Inclusive credentials:</w:t>
      </w:r>
      <w:r>
        <w:t xml:space="preserve"> Lumo cites inclusivity as core to its policy, after being named Best Small Employer in Scotland earlier this year.</w:t>
      </w:r>
      <w:r/>
      <w:r/>
    </w:p>
    <w:p>
      <w:pPr>
        <w:pStyle w:val="Heading2"/>
      </w:pPr>
      <w:r>
        <w:t>Bright, moving billboards: the Pride train you can’t miss</w:t>
      </w:r>
      <w:r/>
    </w:p>
    <w:p>
      <w:r/>
      <w:r>
        <w:t>Lumo’s Pride-wrapped train is the headline-grabber , a moving, colourful statement that feels both celebratory and practical. The operator says this visual push highlights the LGBTQ+ groups it backs across England and Scotland, and it’s an effective way to reach everyday travellers who might not otherwise engage with festival messaging. Ocean Outdoor’s donation of large-format screens in Newcastle has added static and digital billboards across the city, ensuring the message reaches beyond platforms and into the streets where Pride events run. If you’re planning to attend Newcastle Pride, look out for the train and the screens; they’re part of a coordinated effort to normalise Pride imagery across public spaces.</w:t>
      </w:r>
      <w:r/>
    </w:p>
    <w:p>
      <w:pPr>
        <w:pStyle w:val="Heading2"/>
      </w:pPr>
      <w:r>
        <w:t>Why community radio matters: Pride Radio’s global reach</w:t>
      </w:r>
      <w:r/>
    </w:p>
    <w:p>
      <w:r/>
      <w:r>
        <w:t>Lumo’s £1,000 donation to Pride Radio is small by corporate standards but strategically significant, helping the station broadcast the festival to UK and international listeners. Pride Radio is a Gateshead-based not-for-profit broadcasting on FM, DAB and online, and it reaches listeners in dozens of countries , including places where being LGBTQ+ is criminalised. According to Pride Radio, that global reach lets people share in the energy of Newcastle Pride even when they can’t be there in person, making events more accessible and safer for listeners at home. If you care about making Pride more inclusive, supporting local broadcasters is one of those practical moves that extends impact far beyond the street party.</w:t>
      </w:r>
      <w:r/>
    </w:p>
    <w:p>
      <w:pPr>
        <w:pStyle w:val="Heading2"/>
      </w:pPr>
      <w:r>
        <w:t>Corporate Pride: a genuine push or PR play?</w:t>
      </w:r>
      <w:r/>
    </w:p>
    <w:p>
      <w:r/>
      <w:r>
        <w:t>There’s always a question about motive when firms spotlight social causes, but Lumo frames this as consistent with its inclusivity work. The company points to being named Best Small Employer in Scotland as evidence it backs staff and customers alike, and representatives describe partnerships with Ocean Outdoor and Pride Radio as collaborative rather than transactional. Industry reaction online and in trade commentary notes a broader trend: travel firms increasingly partner with community groups to combine marketing with social causes. Practical tip: when brands promote Pride, look for concrete actions , donations, event logistics, long-term partnerships , rather than one-off adverts.</w:t>
      </w:r>
      <w:r/>
    </w:p>
    <w:p>
      <w:pPr>
        <w:pStyle w:val="Heading2"/>
      </w:pPr>
      <w:r>
        <w:t>What this means for attendees and performers</w:t>
      </w:r>
      <w:r/>
    </w:p>
    <w:p>
      <w:r/>
      <w:r>
        <w:t>For festival-goers, the upshot is easier access to the event vibe through broadcasts and visible citywide promotion that helps people find venues and feel welcome. Lumo is also handling travel for headline artists and performers, which smooths logistics for a programme that runs across the city centre on 25–26 July 2026. Organisers say that transport and visibility are two of the most important practical concerns for large outdoor festivals, so this kind of support matters more than a banner on a train. If you’re heading to Newcastle Pride, consider rail travel options early , services and special arrangements for performers sometimes free up seats or alter timetables.</w:t>
      </w:r>
      <w:r/>
    </w:p>
    <w:p>
      <w:pPr>
        <w:pStyle w:val="Heading2"/>
      </w:pPr>
      <w:r>
        <w:t>Looking ahead: how transport can keep Pride moving</w:t>
      </w:r>
      <w:r/>
    </w:p>
    <w:p>
      <w:r/>
      <w:r>
        <w:t>This year’s effort shows how a regional operator can punch above its weight by partnering with local media and outdoor advertising. Future festivals could see more of this: trains as rolling billboards, broadcasters relaying events live, and outdoor screens donated to community programming. There’s an encouraging human note here , organisers and businesses in the North East are working together to make Pride feel national and international at once. It’s a small but tangible example of how travel companies can help culture travel further.</w:t>
      </w:r>
      <w:r/>
    </w:p>
    <w:p>
      <w:r/>
      <w:r>
        <w:t>It's a small change that can make every journey feel a little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13">
        <w:r>
          <w:rPr>
            <w:color w:val="0000EE"/>
            <w:u w:val="single"/>
          </w:rPr>
          <w:t>[5]</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2">
        <w:r>
          <w:rPr>
            <w:color w:val="0000EE"/>
            <w:u w:val="single"/>
          </w:rPr>
          <w:t>[6]</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https://railuk.com/rail-news/lumo-proudly-connecting-more-pride-events/</w:t>
        </w:r>
      </w:hyperlink>
      <w:r>
        <w:t xml:space="preserve"> - Please view link - unable to able to access data</w:t>
      </w:r>
      <w:r/>
    </w:p>
    <w:p>
      <w:pPr>
        <w:pStyle w:val="ListNumber"/>
        <w:spacing w:line="240" w:lineRule="auto"/>
        <w:ind w:left="720"/>
      </w:pPr>
      <w:r/>
      <w:hyperlink r:id="rId10">
        <w:r>
          <w:rPr>
            <w:color w:val="0000EE"/>
            <w:u w:val="single"/>
          </w:rPr>
          <w:t>https://www.newcastlepride.co.uk/</w:t>
        </w:r>
      </w:hyperlink>
      <w:r>
        <w:t xml:space="preserve"> - Newcastle Pride 2026 is scheduled for 25th and 26th July in Newcastle city centre. Organised by Curious Arts, the festival features a free programme, dedicated zones, and a range of activities. Tickets for the Pride Arena at Times Square are available for purchase. The event aims to celebrate the LGBTQ+ community with a city-wide movement built on inclusion, expression, and community.</w:t>
      </w:r>
      <w:r/>
    </w:p>
    <w:p>
      <w:pPr>
        <w:pStyle w:val="ListNumber"/>
        <w:spacing w:line="240" w:lineRule="auto"/>
        <w:ind w:left="720"/>
      </w:pPr>
      <w:r/>
      <w:hyperlink r:id="rId15">
        <w:r>
          <w:rPr>
            <w:color w:val="0000EE"/>
            <w:u w:val="single"/>
          </w:rPr>
          <w:t>https://www.newcastlepridearena.co.uk/</w:t>
        </w:r>
      </w:hyperlink>
      <w:r>
        <w:t xml:space="preserve"> - The Newcastle Pride Arena is a key part of the city-wide Pride celebrations led by Curious Futures, part of Curious Arts. The festival experience is produced in collaboration with the Newcastle Pride Arena delivery partner, Evnt Inspirations, bringing expert event production and impactful experiences to the heart of the celebrations. The event is scheduled for 25th and 26th July 2026, with tickets on sale now.</w:t>
      </w:r>
      <w:r/>
    </w:p>
    <w:p>
      <w:pPr>
        <w:pStyle w:val="ListNumber"/>
        <w:spacing w:line="240" w:lineRule="auto"/>
        <w:ind w:left="720"/>
      </w:pPr>
      <w:r/>
      <w:hyperlink r:id="rId11">
        <w:r>
          <w:rPr>
            <w:color w:val="0000EE"/>
            <w:u w:val="single"/>
          </w:rPr>
          <w:t>https://www.lumo.co.uk/who-we-are/lumonews/lumo-gives-pride-partners-a-platform-on-britains-railway</w:t>
        </w:r>
      </w:hyperlink>
      <w:r>
        <w:t xml:space="preserve"> - Lumo has unveiled a newly branded train celebrating the organisations and volunteers helping to champion inclusion across its network. The redesigned Pride train features the logos of Lumo’s Pride partners, including Pride Radio, OUT North East, Edinburgh Pride, and Glasgow's Pride. This initiative reflects Lumo’s commitment to supporting inclusion not only during Pride season but throughout the year.</w:t>
      </w:r>
      <w:r/>
    </w:p>
    <w:p>
      <w:pPr>
        <w:pStyle w:val="ListNumber"/>
        <w:spacing w:line="240" w:lineRule="auto"/>
        <w:ind w:left="720"/>
      </w:pPr>
      <w:r/>
      <w:hyperlink r:id="rId13">
        <w:r>
          <w:rPr>
            <w:color w:val="0000EE"/>
            <w:u w:val="single"/>
          </w:rPr>
          <w:t>https://www.prideradio.co.uk/</w:t>
        </w:r>
      </w:hyperlink>
      <w:r>
        <w:t xml:space="preserve"> - Pride Radio is the North East’s only dedicated Lesbian, Gay, Bisexual, and Transgender (LGBT+) radio station. Broadcasting 24 hours a day across Newcastle, Gateshead, South East Northumberland, Sunderland North, South Tyneside, and North Tyneside, the station aims to bring communities together by promoting equality, diversity, and inclusivity. Pride Radio is available on 89.2FM, DAB, online, and worldwide on the free Pride World Media app.</w:t>
      </w:r>
      <w:r/>
    </w:p>
    <w:p>
      <w:pPr>
        <w:pStyle w:val="ListNumber"/>
        <w:spacing w:line="240" w:lineRule="auto"/>
        <w:ind w:left="720"/>
      </w:pPr>
      <w:r/>
      <w:hyperlink r:id="rId12">
        <w:r>
          <w:rPr>
            <w:color w:val="0000EE"/>
            <w:u w:val="single"/>
          </w:rPr>
          <w:t>https://bdaily.co.uk/articles/2026/07/14/lumo-puts-pride-partners-on-the-platform</w:t>
        </w:r>
      </w:hyperlink>
      <w:r>
        <w:t xml:space="preserve"> - Lumo has unveiled a newly branded train celebrating the organisations and volunteers helping to champion inclusion across its network. The redesigned Pride train features the logos of Lumo’s Pride partners, including Pride Radio, OUT North East, Edinburgh Pride, and Glasgow's Pride. This initiative reflects Lumo’s commitment to supporting inclusion not only during Pride season but throughout the year.</w:t>
      </w:r>
      <w:r/>
    </w:p>
    <w:p>
      <w:pPr>
        <w:pStyle w:val="ListNumber"/>
        <w:spacing w:line="240" w:lineRule="auto"/>
        <w:ind w:left="720"/>
      </w:pPr>
      <w:r/>
      <w:hyperlink r:id="rId14">
        <w:r>
          <w:rPr>
            <w:color w:val="0000EE"/>
            <w:u w:val="single"/>
          </w:rPr>
          <w:t>https://www.songkick.com/festivals/1314323-newcastle-pride/id/43274076-newcastle-pride-2026</w:t>
        </w:r>
      </w:hyperlink>
      <w:r>
        <w:t xml:space="preserve"> - Newcastle Pride 2026 is scheduled for 25th and 26th July at Times Square, Newcastle Upon Tyne, UK. The event features performances by Bimini and other artists. The venue is located at 123 Fourth, NE1 4EP, Newcastle Upon Tyne, UK. The festival aims to celebrate the LGBTQ+ community with a city-wide movement built on inclusion, expression, and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ailuk.com/rail-news/lumo-proudly-connecting-more-pride-events/" TargetMode="External"/><Relationship Id="rId10" Type="http://schemas.openxmlformats.org/officeDocument/2006/relationships/hyperlink" Target="https://www.newcastlepride.co.uk/" TargetMode="External"/><Relationship Id="rId11" Type="http://schemas.openxmlformats.org/officeDocument/2006/relationships/hyperlink" Target="https://www.lumo.co.uk/who-we-are/lumonews/lumo-gives-pride-partners-a-platform-on-britains-railway" TargetMode="External"/><Relationship Id="rId12" Type="http://schemas.openxmlformats.org/officeDocument/2006/relationships/hyperlink" Target="https://bdaily.co.uk/articles/2026/07/14/lumo-puts-pride-partners-on-the-platform" TargetMode="External"/><Relationship Id="rId13" Type="http://schemas.openxmlformats.org/officeDocument/2006/relationships/hyperlink" Target="https://www.prideradio.co.uk/" TargetMode="External"/><Relationship Id="rId14" Type="http://schemas.openxmlformats.org/officeDocument/2006/relationships/hyperlink" Target="https://www.songkick.com/festivals/1314323-newcastle-pride/id/43274076-newcastle-pride-2026" TargetMode="External"/><Relationship Id="rId15" Type="http://schemas.openxmlformats.org/officeDocument/2006/relationships/hyperlink" Target="https://www.newcastlepridearena.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