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on the Page Book Festival Guide: What to Expect in Palm Springs This November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stories and lovers of memoirs are already marking calendars: Palm Springs' fifth annual Pride on the Page Book Festival returns Saturday, 4 November, at the Palm Springs Cultural Center, and for the first time the whole day , including the evening reception , is free and open to the public. It’s a local celebration of LGBTQ+ memoirs and personal narratives that promises author talks, signings, publishers, vendors and community groups.</w:t>
      </w:r>
      <w:r/>
    </w:p>
    <w:p>
      <w:r/>
      <w:r>
        <w:t>Essential Takeaways</w:t>
      </w:r>
      <w:r/>
      <w:r/>
    </w:p>
    <w:p>
      <w:pPr>
        <w:pStyle w:val="ListBullet"/>
        <w:spacing w:line="240" w:lineRule="auto"/>
        <w:ind w:left="720"/>
      </w:pPr>
      <w:r/>
      <w:r>
        <w:rPr>
          <w:b/>
        </w:rPr>
        <w:t>When and where:</w:t>
      </w:r>
      <w:r>
        <w:t xml:space="preserve"> Saturday 4 November at the Palm Springs Cultural Center; a full-day festival with an evening reception. </w:t>
      </w:r>
      <w:r/>
    </w:p>
    <w:p>
      <w:pPr>
        <w:pStyle w:val="ListBullet"/>
        <w:spacing w:line="240" w:lineRule="auto"/>
        <w:ind w:left="720"/>
      </w:pPr>
      <w:r/>
      <w:r>
        <w:rPr>
          <w:b/>
        </w:rPr>
        <w:t>Free for all:</w:t>
      </w:r>
      <w:r>
        <w:t xml:space="preserve"> The entire festival , panels, signings and evening reception , is free and open to the public. </w:t>
      </w:r>
      <w:r/>
    </w:p>
    <w:p>
      <w:pPr>
        <w:pStyle w:val="ListBullet"/>
        <w:spacing w:line="240" w:lineRule="auto"/>
        <w:ind w:left="720"/>
      </w:pPr>
      <w:r/>
      <w:r>
        <w:rPr>
          <w:b/>
        </w:rPr>
        <w:t>Theme focus:</w:t>
      </w:r>
      <w:r>
        <w:t xml:space="preserve"> “Five Years of Pride on the Page: Our Lives, Our Words, Our Stories,” with an emphasis on LGBTQ+ memoir and personal narrative. </w:t>
      </w:r>
      <w:r/>
    </w:p>
    <w:p>
      <w:pPr>
        <w:pStyle w:val="ListBullet"/>
        <w:spacing w:line="240" w:lineRule="auto"/>
        <w:ind w:left="720"/>
      </w:pPr>
      <w:r/>
      <w:r>
        <w:rPr>
          <w:b/>
        </w:rPr>
        <w:t>What to expect:</w:t>
      </w:r>
      <w:r>
        <w:t xml:space="preserve"> Author discussions, book signings, local publishers, vendors and nonprofit organisations on site. </w:t>
      </w:r>
      <w:r/>
    </w:p>
    <w:p>
      <w:pPr>
        <w:pStyle w:val="ListBullet"/>
        <w:spacing w:line="240" w:lineRule="auto"/>
        <w:ind w:left="720"/>
      </w:pPr>
      <w:r/>
      <w:r>
        <w:rPr>
          <w:b/>
        </w:rPr>
        <w:t>More to come:</w:t>
      </w:r>
      <w:r>
        <w:t xml:space="preserve"> Organisers will announce nationally recognised authors and special guests in the months ahead.</w:t>
      </w:r>
      <w:r/>
      <w:r/>
    </w:p>
    <w:p>
      <w:pPr>
        <w:pStyle w:val="Heading2"/>
      </w:pPr>
      <w:r>
        <w:t>Why this year feels different: five years, free admission, bigger reach</w:t>
      </w:r>
      <w:r/>
    </w:p>
    <w:p>
      <w:r/>
      <w:r>
        <w:t>Palm Springs’ Pride on the Page has quietly become the literary event locals look forward to, and this anniversary feels celebratory and democratic. The festival’s fifth edition is notable because organisers have opened the whole agenda , panels and evening reception alike , to everyone at no cost, which makes the event more accessible and inclusive. It’s the kind of community-minded move that gets more people through the door and into conversations they might otherwise miss.</w:t>
      </w:r>
      <w:r/>
    </w:p>
    <w:p>
      <w:r/>
      <w:r>
        <w:t>The festival was created to centre LGBTQ+ voices in memoir and first-person storytelling, and making the event free signals a clear intention to broaden participation. If you’ve been curious about queer memoirs but hesitant to buy tickets, this is a low-barrier chance to sample writers, hear lived-experience narratives and pick up signed copies.</w:t>
      </w:r>
      <w:r/>
    </w:p>
    <w:p>
      <w:pPr>
        <w:pStyle w:val="Heading2"/>
      </w:pPr>
      <w:r>
        <w:t>What the day will look like: panels, signings and a bookish marketplace</w:t>
      </w:r>
      <w:r/>
    </w:p>
    <w:p>
      <w:r/>
      <w:r>
        <w:t>Expect a classic festival layout: moderated author discussions, back-to-back signings, and a lively marketplace of local independent publishers and booksellers. Local nonprofits and community organisations will also have booths, so the day blends literary culture with civic engagement.</w:t>
      </w:r>
      <w:r/>
    </w:p>
    <w:p>
      <w:r/>
      <w:r>
        <w:t>Panels usually rotate between big themes , identity, resilience, family, and craft , while signings let you meet authors one-on-one. For readers who like sensory details: it’s often a friendly, easy-going vibe with the hum of conversation, the smell of new books and the satisfying scratch of pens on endpapers.</w:t>
      </w:r>
      <w:r/>
    </w:p>
    <w:p>
      <w:pPr>
        <w:pStyle w:val="Heading2"/>
      </w:pPr>
      <w:r>
        <w:t>How to plan your visit: simple tips to make the most of the day</w:t>
      </w:r>
      <w:r/>
    </w:p>
    <w:p>
      <w:r/>
      <w:r>
        <w:t>Arrive early if there’s a particular author you want to see; popular sessions can fill up. Bring a reusable tote for purchases and remember cash or card for vendor tables. If you’re travelling from out of town, Palm Springs has plenty of nearby parking and public spaces, and the Cultural Center sits in a walkable area with cafés for in-between sessions.</w:t>
      </w:r>
      <w:r/>
    </w:p>
    <w:p>
      <w:r/>
      <w:r>
        <w:t>If you’re a writer, come prepared with bookmarks or business cards for networking. If you’re a parent bringing teens, scout panels with memoir-suitable content beforehand; organisers usually publish a schedule and author bios closer to the date.</w:t>
      </w:r>
      <w:r/>
    </w:p>
    <w:p>
      <w:pPr>
        <w:pStyle w:val="Heading2"/>
      </w:pPr>
      <w:r>
        <w:t>Why memoir matters right now: personal stories as cultural conversation</w:t>
      </w:r>
      <w:r/>
    </w:p>
    <w:p>
      <w:r/>
      <w:r>
        <w:t>Memoirs and personal narratives have an uncanny power to translate lived experience into empathy. In a festival devoted to queer life writing, these books do more than entertain; they archive histories, challenge misconceptions and build community. As organisers frame it , “Our Lives, Our Words, Our Stories” , the focus is on voice and presence.</w:t>
      </w:r>
      <w:r/>
    </w:p>
    <w:p>
      <w:r/>
      <w:r>
        <w:t>Across publishing, readers are hungry for first-person accounts that feel immediate and honest. Festivals like this help sustain small presses and local authors, and they put queer stories into everyday civic spaces, which matters for visibility and representation.</w:t>
      </w:r>
      <w:r/>
    </w:p>
    <w:p>
      <w:pPr>
        <w:pStyle w:val="Heading2"/>
      </w:pPr>
      <w:r>
        <w:t>Looking ahead: who might appear and why it’s worth watching</w:t>
      </w:r>
      <w:r/>
    </w:p>
    <w:p>
      <w:r/>
      <w:r>
        <w:t>Organisers have promised nationally recognised authors and special guests in the months before November, which means the programme could attract headline names as well as emerging local voices. That mix is the festival’s strength: established authors draw crowds, while new writers get a platform.</w:t>
      </w:r>
      <w:r/>
    </w:p>
    <w:p>
      <w:r/>
      <w:r>
        <w:t>Keep an eye on the Palm Springs Public Library Foundation’s event page for announcements and the final schedule. Whether you’re compiling a reading list, scouting for gifts, or just want an inspiring day among books and people, this festival looks set to be lively and meaningful.</w:t>
      </w:r>
      <w:r/>
    </w:p>
    <w:p>
      <w:r/>
      <w:r>
        <w:t>It's a small change that can make every story heard.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https://www.nbcpalmsprings.com/2026/07/23/pride-on-the-page-book-festival-returns-to-palm-springs</w:t>
        </w:r>
      </w:hyperlink>
      <w:r>
        <w:t xml:space="preserve"> - Please view link - unable to able to access data</w:t>
      </w:r>
      <w:r/>
    </w:p>
    <w:p>
      <w:pPr>
        <w:pStyle w:val="ListNumber"/>
        <w:spacing w:line="240" w:lineRule="auto"/>
        <w:ind w:left="720"/>
      </w:pPr>
      <w:r/>
      <w:hyperlink r:id="rId10">
        <w:r>
          <w:rPr>
            <w:color w:val="0000EE"/>
            <w:u w:val="single"/>
          </w:rPr>
          <w:t>https://www.pslibraryfoundation.org/pride-on-the-page-2026</w:t>
        </w:r>
      </w:hyperlink>
      <w:r>
        <w:t xml:space="preserve"> - The Palm Springs Public Library Foundation has announced the return of its fifth annual 'Pride on the Page' Book Festival, scheduled for Saturday, November 14, 2026, at the Palm Springs Cultural Center. This year's theme, 'Five Years of Pride on the Page: Our Lives, Our Words, Our Stories,' celebrates LGBTQ+ memoirs and personal narratives. The festival will feature author discussions, book signings, local publishers, vendors, and nonprofit organizations throughout the day. Organizers have announced Murray Hill as a special guest, with additional nationally recognized authors and special guests to be announced in the coming months.</w:t>
      </w:r>
      <w:r/>
    </w:p>
    <w:p>
      <w:pPr>
        <w:pStyle w:val="ListNumber"/>
        <w:spacing w:line="240" w:lineRule="auto"/>
        <w:ind w:left="720"/>
      </w:pPr>
      <w:r/>
      <w:hyperlink r:id="rId12">
        <w:r>
          <w:rPr>
            <w:color w:val="0000EE"/>
            <w:u w:val="single"/>
          </w:rPr>
          <w:t>https://www.pslibraryfoundation.org/pride-on-the-page-2025</w:t>
        </w:r>
      </w:hyperlink>
      <w:r>
        <w:t xml:space="preserve"> - The Palm Springs Public Library Foundation hosted the fourth annual 'Pride on the Page' Book Festival on Saturday, November 1, 2025, at the Palm Springs Cultural Center. The free full-day festival featured six panels of LGBTQ+ and affirming authors and allies discussing their books and dynamic topics. The evening fundraiser featured actor and author Chris Colfer in conversation with Meredith Fine about his latest book, 'Roswell Saves the Galaxy!'.</w:t>
      </w:r>
      <w:r/>
    </w:p>
    <w:p>
      <w:pPr>
        <w:pStyle w:val="ListNumber"/>
        <w:spacing w:line="240" w:lineRule="auto"/>
        <w:ind w:left="720"/>
      </w:pPr>
      <w:r/>
      <w:hyperlink r:id="rId14">
        <w:r>
          <w:rPr>
            <w:color w:val="0000EE"/>
            <w:u w:val="single"/>
          </w:rPr>
          <w:t>https://www.pslibraryfoundation.org/pride-on-the-page-2024</w:t>
        </w:r>
      </w:hyperlink>
      <w:r>
        <w:t xml:space="preserve"> - The Palm Springs Public Library Foundation hosted the third annual 'Pride on the Page' Book Festival on Sunday, October 20, 2024, at the Palm Springs Cultural Center. The free full-day festival featured six panels of LGBTQ+ and affirming authors and allies discussing their books and dynamic topics. The evening event, 'Beth and the Boys,' featured Beth Lapides, Guy Branum, and Alec Mapa sharing stories and humour.</w:t>
      </w:r>
      <w:r/>
    </w:p>
    <w:p>
      <w:pPr>
        <w:pStyle w:val="ListNumber"/>
        <w:spacing w:line="240" w:lineRule="auto"/>
        <w:ind w:left="720"/>
      </w:pPr>
      <w:r/>
      <w:hyperlink r:id="rId13">
        <w:r>
          <w:rPr>
            <w:color w:val="0000EE"/>
            <w:u w:val="single"/>
          </w:rPr>
          <w:t>https://www.pslibraryfoundation.org/pride-on-the-page-author-bios</w:t>
        </w:r>
      </w:hyperlink>
      <w:r>
        <w:t xml:space="preserve"> - The Palm Springs Public Library Foundation provides biographies of authors featured in the 'Pride on the Page' Book Festival. Notable authors include Trinity Nguyen, a Vietnamese American author and recent graduate of Franklin &amp; Marshall College, and Carla Rachel Sameth, the 2022-2024 Co-Poet Laureate for Altadena, CA, and a 2023 Poet Laureate Fellow with the Academy of American Poets.</w:t>
      </w:r>
      <w:r/>
    </w:p>
    <w:p>
      <w:pPr>
        <w:pStyle w:val="ListNumber"/>
        <w:spacing w:line="240" w:lineRule="auto"/>
        <w:ind w:left="720"/>
      </w:pPr>
      <w:r/>
      <w:hyperlink r:id="rId11">
        <w:r>
          <w:rPr>
            <w:color w:val="0000EE"/>
            <w:u w:val="single"/>
          </w:rPr>
          <w:t>https://www.palmspringsca.gov/Home/Components/News/News/8451/551</w:t>
        </w:r>
      </w:hyperlink>
      <w:r>
        <w:t xml:space="preserve"> - The City of Palm Springs announced the fourth annual 'Pride on the Page' Book Festival, scheduled for Saturday, November 1, 2025, at the Palm Springs Cultural Center. The free full-day festival featured six panels of LGBTQ+ and affirming authors and allies discussing their books and dynamic topics. The evening fundraiser featured actor and author Chris Colfer in conversation with Meredith Fine about his latest book, 'Roswell Johnson Saves the Galaxy'.</w:t>
      </w:r>
      <w:r/>
    </w:p>
    <w:p>
      <w:pPr>
        <w:pStyle w:val="ListNumber"/>
        <w:spacing w:line="240" w:lineRule="auto"/>
        <w:ind w:left="720"/>
      </w:pPr>
      <w:r/>
      <w:hyperlink r:id="rId15">
        <w:r>
          <w:rPr>
            <w:color w:val="0000EE"/>
            <w:u w:val="single"/>
          </w:rPr>
          <w:t>https://www.palmspringsca.gov/Home/Components/News/News/7691/23</w:t>
        </w:r>
      </w:hyperlink>
      <w:r>
        <w:t xml:space="preserve"> - The City of Palm Springs announced the 'Pride on the Page' Book Festival, a two-day event on November 4-5, 2022, as an official event of Greater Palm Springs Pride. The free book festival presented five panels each day of LGBTQ+ affirming authors discussing their books, with the goal of bringing together thought-provoking, entertaining, and enriching subjects that communicate different viewpoints and represent various genres.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bcpalmsprings.com/2026/07/23/pride-on-the-page-book-festival-returns-to-palm-springs" TargetMode="External"/><Relationship Id="rId10" Type="http://schemas.openxmlformats.org/officeDocument/2006/relationships/hyperlink" Target="https://www.pslibraryfoundation.org/pride-on-the-page-2026" TargetMode="External"/><Relationship Id="rId11" Type="http://schemas.openxmlformats.org/officeDocument/2006/relationships/hyperlink" Target="https://www.palmspringsca.gov/Home/Components/News/News/8451/551" TargetMode="External"/><Relationship Id="rId12" Type="http://schemas.openxmlformats.org/officeDocument/2006/relationships/hyperlink" Target="https://www.pslibraryfoundation.org/pride-on-the-page-2025" TargetMode="External"/><Relationship Id="rId13" Type="http://schemas.openxmlformats.org/officeDocument/2006/relationships/hyperlink" Target="https://www.pslibraryfoundation.org/pride-on-the-page-author-bios" TargetMode="External"/><Relationship Id="rId14" Type="http://schemas.openxmlformats.org/officeDocument/2006/relationships/hyperlink" Target="https://www.pslibraryfoundation.org/pride-on-the-page-2024" TargetMode="External"/><Relationship Id="rId15" Type="http://schemas.openxmlformats.org/officeDocument/2006/relationships/hyperlink" Target="https://www.palmspringsca.gov/Home/Components/News/News/7691/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