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Moments: Why Carnal Media Is Joining CSD Berlin 2026</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culture and fans of Pride are watching as Carnal Media makes history at CSD Berlin 2026; the adult entertainment studio will march and host activations July 24–25, bringing its roster of exclusive models to a two-day celebration that matters for visibility, sex-positivity and queer expression.</w:t>
      </w:r>
      <w:r/>
    </w:p>
    <w:p>
      <w:r/>
      <w:r>
        <w:t>Essential Takeaways</w:t>
      </w:r>
      <w:r/>
      <w:r/>
    </w:p>
    <w:p>
      <w:pPr>
        <w:pStyle w:val="ListBullet"/>
        <w:spacing w:line="240" w:lineRule="auto"/>
        <w:ind w:left="720"/>
      </w:pPr>
      <w:r/>
      <w:r>
        <w:rPr>
          <w:b/>
        </w:rPr>
        <w:t>First-of-its-kind:</w:t>
      </w:r>
      <w:r>
        <w:t xml:space="preserve"> Carnal Media is the first adult entertainment company publicly participating in the Berlin Pride parade with an official presence.</w:t>
      </w:r>
      <w:r/>
    </w:p>
    <w:p>
      <w:pPr>
        <w:pStyle w:val="ListBullet"/>
        <w:spacing w:line="240" w:lineRule="auto"/>
        <w:ind w:left="720"/>
      </w:pPr>
      <w:r/>
      <w:r>
        <w:rPr>
          <w:b/>
        </w:rPr>
        <w:t>Who’s involved:</w:t>
      </w:r>
      <w:r>
        <w:t xml:space="preserve"> More than ten Carnal exclusive talents, including Adam Snow, Legrand Wolf, Zander Woodz and Milo Miles, are scheduled to appear.</w:t>
      </w:r>
      <w:r/>
    </w:p>
    <w:p>
      <w:pPr>
        <w:pStyle w:val="ListBullet"/>
        <w:spacing w:line="240" w:lineRule="auto"/>
        <w:ind w:left="720"/>
      </w:pPr>
      <w:r/>
      <w:r>
        <w:rPr>
          <w:b/>
        </w:rPr>
        <w:t>What to expect:</w:t>
      </w:r>
      <w:r>
        <w:t xml:space="preserve"> A branded bus, interactive activations and festival programming across the two-day CSD Berlin celebration, organised under the motto “Haltung ist hot.”</w:t>
      </w:r>
      <w:r/>
    </w:p>
    <w:p>
      <w:pPr>
        <w:pStyle w:val="ListBullet"/>
        <w:spacing w:line="240" w:lineRule="auto"/>
        <w:ind w:left="720"/>
      </w:pPr>
      <w:r/>
      <w:r>
        <w:rPr>
          <w:b/>
        </w:rPr>
        <w:t>Tone and purpose:</w:t>
      </w:r>
      <w:r>
        <w:t xml:space="preserve"> The studio frames participation as solidarity with LGBTQ+ causes, body positivity and freedom of expression rather than a purely commercial move.</w:t>
      </w:r>
      <w:r/>
    </w:p>
    <w:p>
      <w:pPr>
        <w:pStyle w:val="ListBullet"/>
        <w:spacing w:line="240" w:lineRule="auto"/>
        <w:ind w:left="720"/>
      </w:pPr>
      <w:r/>
      <w:r>
        <w:rPr>
          <w:b/>
        </w:rPr>
        <w:t>Practical note:</w:t>
      </w:r>
      <w:r>
        <w:t xml:space="preserve"> Follow CarnalPlus.com and X @RealCarnalPlus for updates and exact times for appearances and activations.</w:t>
      </w:r>
      <w:r/>
      <w:r/>
    </w:p>
    <w:p>
      <w:pPr>
        <w:pStyle w:val="Heading2"/>
      </w:pPr>
      <w:r>
        <w:t>A landmark move: adult entertainment takes its place in Berlin Pride</w:t>
      </w:r>
      <w:r/>
    </w:p>
    <w:p>
      <w:r/>
      <w:r>
        <w:t>Carnal Media’s decision to occupy space at CSD Berlin feels like a deliberate, slightly cheeky reclaiming of public visibility. The company says it will parade and host a branded bus showcasing its performers, offering a mix of showmanship and outreach. Berlin’s CSD is known for mixing political demands with carnival energy, so a sex-positive studio stepping forward fits the city’s mood.</w:t>
      </w:r>
      <w:r/>
    </w:p>
    <w:p>
      <w:r/>
      <w:r>
        <w:t>The festival is stretching across two days this year, and organisers expect a packed programme at key locations around the city. For curious onlookers, the presence of an adult studio is likely to spark conversation, but also gives long-standing queer allies a chance to discuss censorship, representation and how commercial partners participate in Pride.</w:t>
      </w:r>
      <w:r/>
    </w:p>
    <w:p>
      <w:pPr>
        <w:pStyle w:val="Heading2"/>
      </w:pPr>
      <w:r>
        <w:t>Why Carnal Media says it matters: history, autonomy and visibility</w:t>
      </w:r>
      <w:r/>
    </w:p>
    <w:p>
      <w:r/>
      <w:r>
        <w:t>Carnal Media’s leadership frames the move as principled: they point to shared histories between queer liberation movements and adult media’s fights for bodily autonomy and free expression. That argument lands differently depending on who you ask, but it’s a clear attempt to situate the company within political as well as celebratory aspects of Pride.</w:t>
      </w:r>
      <w:r/>
    </w:p>
    <w:p>
      <w:r/>
      <w:r>
        <w:t>Expect messaging about body positivity and de-stigmatisation. For those who worry about corporate takeover of Pride, this is a different kettle of fish: it’s a fully gay-owned company emphasising community ties rather than a generic brand buying billboard space.</w:t>
      </w:r>
      <w:r/>
    </w:p>
    <w:p>
      <w:pPr>
        <w:pStyle w:val="Heading2"/>
      </w:pPr>
      <w:r>
        <w:t>The practical side: what attendees can actually see and do</w:t>
      </w:r>
      <w:r/>
    </w:p>
    <w:p>
      <w:r/>
      <w:r>
        <w:t>If you’re going to CSD Berlin, Carnal Media will be one of many floats and organisations. They’ve announced interactive activations and a branded bus where fans can meet performers and engage with the studio’s channels. For visitors, that means photo ops, live appearances and swag, useful for anyone tracking talent or wanting an up-close moment during the parade.</w:t>
      </w:r>
      <w:r/>
    </w:p>
    <w:p>
      <w:r/>
      <w:r>
        <w:t>Tip: schedule your day around headline events and check the studio’s social channels for real-time updates. Parades move, and pop-up activations are best caught early.</w:t>
      </w:r>
      <w:r/>
    </w:p>
    <w:p>
      <w:pPr>
        <w:pStyle w:val="Heading2"/>
      </w:pPr>
      <w:r>
        <w:t>Public reaction and the wider debate about Pride participation</w:t>
      </w:r>
      <w:r/>
    </w:p>
    <w:p>
      <w:r/>
      <w:r>
        <w:t>Berlin has long been a global beacon of openness and sex-positivity, and many locals welcome diverse voices at CSD. Yet there will be debates, too, about where to draw lines between celebration, activism and commercial visibility. Carnal Media’s choice to foreground solidarity and activism is a direct response to criticism often levelled at mainstream corporate sponsors.</w:t>
      </w:r>
      <w:r/>
    </w:p>
    <w:p>
      <w:r/>
      <w:r>
        <w:t>Organisers have extended the festival across two days, signalling a willingness to broaden programming and host varied participants. For advocates of queer visibility, the inclusion of adult industry voices is a reminder that queer history is messy, multifaceted and, for some, erotic by nature.</w:t>
      </w:r>
      <w:r/>
    </w:p>
    <w:p>
      <w:pPr>
        <w:pStyle w:val="Heading2"/>
      </w:pPr>
      <w:r>
        <w:t>Looking ahead: what this means for Pride and adult media</w:t>
      </w:r>
      <w:r/>
    </w:p>
    <w:p>
      <w:r/>
      <w:r>
        <w:t>This moment may open doors for other sex-positive organisations to participate publicly, and it could encourage a more nuanced conversation about who belongs in Pride spaces. Carnal Media’s presence will be a test case: does visibility translate into meaningful dialogue, or will it mostly drive clicks and press?</w:t>
      </w:r>
      <w:r/>
    </w:p>
    <w:p>
      <w:r/>
      <w:r>
        <w:t>Either way, the event will likely be memorable, and it’s a chance to consider how sexual expression and queer activism have intersected historically, and continue to do so today.</w:t>
      </w:r>
      <w:r/>
    </w:p>
    <w:p>
      <w:r/>
      <w:r>
        <w:t>It's a small step that could make Pride conversations bigger, louder and a bit naughtier.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11">
        <w:r>
          <w:rPr>
            <w:color w:val="0000EE"/>
            <w:u w:val="single"/>
          </w:rPr>
          <w:t>[4]</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https://avn.com/news/gay/carnal-media-to-attend-christopher-street-day-berlin-events-181958</w:t>
        </w:r>
      </w:hyperlink>
      <w:r>
        <w:t xml:space="preserve"> - Please view link - unable to able to access data</w:t>
      </w:r>
      <w:r/>
    </w:p>
    <w:p>
      <w:pPr>
        <w:pStyle w:val="ListNumber"/>
        <w:spacing w:line="240" w:lineRule="auto"/>
        <w:ind w:left="720"/>
      </w:pPr>
      <w:r/>
      <w:hyperlink r:id="rId10">
        <w:r>
          <w:rPr>
            <w:color w:val="0000EE"/>
            <w:u w:val="single"/>
          </w:rPr>
          <w:t>https://www.berlin.de/en/events/2096878-2842498-csd-christopher-street-day.en.html?pk_campaign=shariff</w:t>
        </w:r>
      </w:hyperlink>
      <w:r>
        <w:t xml:space="preserve"> - The Christopher Street Day (CSD) in Berlin is an annual celebration of diversity, equality, and pride, drawing hundreds of thousands each year. In 2026, the event will be held over two days: a rally with artistic performances and political speeches at the Brandenburg Gate on Friday, July 24, and the main parade on Saturday, July 25. The parade route will run from Mitte through Schöneberg to the Brandenburg Gate. The event commemorates the Stonewall Uprising of 1969, a pivotal moment in LGBTQIA+ history, and continues to advocate for equal rights for all.</w:t>
      </w:r>
      <w:r/>
    </w:p>
    <w:p>
      <w:pPr>
        <w:pStyle w:val="ListNumber"/>
        <w:spacing w:line="240" w:lineRule="auto"/>
        <w:ind w:left="720"/>
      </w:pPr>
      <w:r/>
      <w:hyperlink r:id="rId12">
        <w:r>
          <w:rPr>
            <w:color w:val="0000EE"/>
            <w:u w:val="single"/>
          </w:rPr>
          <w:t>https://www.berliner-zeitung.de/article/ikkimel-eroeffnet-berliner-csd-am-freitag-am-brandenburger-tor-10227233</w:t>
        </w:r>
      </w:hyperlink>
      <w:r>
        <w:t xml:space="preserve"> - Berlin's Christopher Street Day (CSD) 2026 will feature rapper Ikkimel opening the festivities on Friday evening at the Brandenburg Gate. The main parade on Saturday will showcase 83 floats, culminating with a performance by singer Sarah Connor on the main stage. The event, taking place on July 24 and 25, 2026, is expected to draw a large crowd, celebrating diversity and inclusion.</w:t>
      </w:r>
      <w:r/>
    </w:p>
    <w:p>
      <w:pPr>
        <w:pStyle w:val="ListNumber"/>
        <w:spacing w:line="240" w:lineRule="auto"/>
        <w:ind w:left="720"/>
      </w:pPr>
      <w:r/>
      <w:hyperlink r:id="rId11">
        <w:r>
          <w:rPr>
            <w:color w:val="0000EE"/>
            <w:u w:val="single"/>
          </w:rPr>
          <w:t>https://www.tagesschau.de/inland/regional/berlin/rbb-berliner-csd-wird-erstmals-an-zwei-tagen-gefeiert-102.html</w:t>
        </w:r>
      </w:hyperlink>
      <w:r>
        <w:t xml:space="preserve"> - The 48th Berlin Christopher Street Day (CSD) will be celebrated over two days for the first time in 2026. The event is scheduled for Friday, July 24, and Saturday, July 25. The CSD parade will start at 12 PM on Saturday from Leipziger Straße/Spittelmarkt, passing through Potsdamer Platz, Nollendorfplatz, and ending at the Brandenburg Gate. The event aims to be one of the largest demonstrations for diversity and human rights in Europe.</w:t>
      </w:r>
      <w:r/>
    </w:p>
    <w:p>
      <w:pPr>
        <w:pStyle w:val="ListNumber"/>
        <w:spacing w:line="240" w:lineRule="auto"/>
        <w:ind w:left="720"/>
      </w:pPr>
      <w:r/>
      <w:hyperlink r:id="rId12">
        <w:r>
          <w:rPr>
            <w:color w:val="0000EE"/>
            <w:u w:val="single"/>
          </w:rPr>
          <w:t>https://www.berliner-zeitung.de/article/ikkimel-eroeffnet-berliner-csd-am-freitag-am-brandenburger-tor-10227233</w:t>
        </w:r>
      </w:hyperlink>
      <w:r>
        <w:t xml:space="preserve"> - Berlin's Christopher Street Day (CSD) 2026 will feature rapper Ikkimel opening the festivities on Friday evening at the Brandenburg Gate. The main parade on Saturday will showcase 83 floats, culminating with a performance by singer Sarah Connor on the main stage. The event, taking place on July 24 and 25, 2026, is expected to draw a large crowd, celebrating diversity and inclusion.</w:t>
      </w:r>
      <w:r/>
    </w:p>
    <w:p>
      <w:pPr>
        <w:pStyle w:val="ListNumber"/>
        <w:spacing w:line="240" w:lineRule="auto"/>
        <w:ind w:left="720"/>
      </w:pPr>
      <w:r/>
      <w:hyperlink r:id="rId12">
        <w:r>
          <w:rPr>
            <w:color w:val="0000EE"/>
            <w:u w:val="single"/>
          </w:rPr>
          <w:t>https://www.berliner-zeitung.de/article/ikkimel-eroeffnet-berliner-csd-am-freitag-am-brandenburger-tor-10227233</w:t>
        </w:r>
      </w:hyperlink>
      <w:r>
        <w:t xml:space="preserve"> - Berlin's Christopher Street Day (CSD) 2026 will feature rapper Ikkimel opening the festivities on Friday evening at the Brandenburg Gate. The main parade on Saturday will showcase 83 floats, culminating with a performance by singer Sarah Connor on the main stage. The event, taking place on July 24 and 25, 2026, is expected to draw a large crowd, celebrating diversity and inclusion.</w:t>
      </w:r>
      <w:r/>
    </w:p>
    <w:p>
      <w:pPr>
        <w:pStyle w:val="ListNumber"/>
        <w:spacing w:line="240" w:lineRule="auto"/>
        <w:ind w:left="720"/>
      </w:pPr>
      <w:r/>
      <w:hyperlink r:id="rId12">
        <w:r>
          <w:rPr>
            <w:color w:val="0000EE"/>
            <w:u w:val="single"/>
          </w:rPr>
          <w:t>https://www.berliner-zeitung.de/article/ikkimel-eroeffnet-berliner-csd-am-freitag-am-brandenburger-tor-10227233</w:t>
        </w:r>
      </w:hyperlink>
      <w:r>
        <w:t xml:space="preserve"> - Berlin's Christopher Street Day (CSD) 2026 will feature rapper Ikkimel opening the festivities on Friday evening at the Brandenburg Gate. The main parade on Saturday will showcase 83 floats, culminating with a performance by singer Sarah Connor on the main stage. The event, taking place on July 24 and 25, 2026, is expected to draw a large crowd, celebrating diversity and inclusion.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vn.com/news/gay/carnal-media-to-attend-christopher-street-day-berlin-events-181958" TargetMode="External"/><Relationship Id="rId10" Type="http://schemas.openxmlformats.org/officeDocument/2006/relationships/hyperlink" Target="https://www.berlin.de/en/events/2096878-2842498-csd-christopher-street-day.en.html?pk_campaign=shariff" TargetMode="External"/><Relationship Id="rId11" Type="http://schemas.openxmlformats.org/officeDocument/2006/relationships/hyperlink" Target="https://www.tagesschau.de/inland/regional/berlin/rbb-berliner-csd-wird-erstmals-an-zwei-tagen-gefeiert-102.html" TargetMode="External"/><Relationship Id="rId12" Type="http://schemas.openxmlformats.org/officeDocument/2006/relationships/hyperlink" Target="https://www.berliner-zeitung.de/article/ikkimel-eroeffnet-berliner-csd-am-freitag-am-brandenburger-tor-1022723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