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Newcastle Pride 2026 Bar Guide: Where to Party After the March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Celebrate loudly: Newcastle's Pride returns with a packed march, Family and Trans+ zones, and a weekend of bars and clubs offering free entry, big names and queer-led stages , here's a friendly guide to where to drink, dance and catch the best live acts across the city.</w:t>
      </w:r>
      <w:r/>
    </w:p>
    <w:p>
      <w:r/>
      <w:r>
        <w:t>Essential Takeaways</w:t>
      </w:r>
      <w:r/>
      <w:r/>
    </w:p>
    <w:p>
      <w:pPr>
        <w:pStyle w:val="ListBullet"/>
        <w:spacing w:line="240" w:lineRule="auto"/>
        <w:ind w:left="720"/>
      </w:pPr>
      <w:r/>
      <w:r>
        <w:rPr>
          <w:b/>
        </w:rPr>
        <w:t>Big weekend vibe:</w:t>
      </w:r>
      <w:r>
        <w:t xml:space="preserve"> Pride includes a march, Family &amp; Youth Zone, Trans+ Zone and the Pride Arena at Times Square with headline acts.</w:t>
      </w:r>
      <w:r/>
    </w:p>
    <w:p>
      <w:pPr>
        <w:pStyle w:val="ListBullet"/>
        <w:spacing w:line="240" w:lineRule="auto"/>
        <w:ind w:left="720"/>
      </w:pPr>
      <w:r/>
      <w:r>
        <w:rPr>
          <w:b/>
        </w:rPr>
        <w:t>Free or Pink Pass entry:</w:t>
      </w:r>
      <w:r>
        <w:t xml:space="preserve"> Many bars offer free entry or accept the Pink Pass for cheaper access; check each venue for ticketed stages.</w:t>
      </w:r>
      <w:r/>
    </w:p>
    <w:p>
      <w:pPr>
        <w:pStyle w:val="ListBullet"/>
        <w:spacing w:line="240" w:lineRule="auto"/>
        <w:ind w:left="720"/>
      </w:pPr>
      <w:r/>
      <w:r>
        <w:rPr>
          <w:b/>
        </w:rPr>
        <w:t>Late-night options:</w:t>
      </w:r>
      <w:r>
        <w:t xml:space="preserve"> Several venues stay open into the early hours, with DJs, tribute acts and live performances.</w:t>
      </w:r>
      <w:r/>
    </w:p>
    <w:p>
      <w:pPr>
        <w:pStyle w:val="ListBullet"/>
        <w:spacing w:line="240" w:lineRule="auto"/>
        <w:ind w:left="720"/>
      </w:pPr>
      <w:r/>
      <w:r>
        <w:rPr>
          <w:b/>
        </w:rPr>
        <w:t>Something for everyone:</w:t>
      </w:r>
      <w:r>
        <w:t xml:space="preserve"> From drag shows and queer gardens to raves and karaoke, the programme mixes family-friendly events with club nights.</w:t>
      </w:r>
      <w:r/>
    </w:p>
    <w:p>
      <w:pPr>
        <w:pStyle w:val="ListBullet"/>
        <w:spacing w:line="240" w:lineRule="auto"/>
        <w:ind w:left="720"/>
      </w:pPr>
      <w:r/>
      <w:r>
        <w:rPr>
          <w:b/>
        </w:rPr>
        <w:t>Local community feel:</w:t>
      </w:r>
      <w:r>
        <w:t xml:space="preserve"> New organisers and lots of local talent mean a focus on visibility, safety and inclusive programming.</w:t>
      </w:r>
      <w:r/>
      <w:r/>
    </w:p>
    <w:p>
      <w:pPr>
        <w:pStyle w:val="Heading2"/>
      </w:pPr>
      <w:r>
        <w:t>Where the weekend starts: march, rally and a 5k with Kelly Holmes</w:t>
      </w:r>
      <w:r/>
    </w:p>
    <w:p>
      <w:r/>
      <w:r>
        <w:t>The weekend kicks off with a community heartbeat , a 5k in Leazes Park started by Dame Kelly Holmes, then the march finishing at Grey's Monument for a rally. That feel-good, slightly buzzing energy carries into the rest of the day, bringing families, friends and long-time festival-goers together. Newcastle Pride has a new team this year, and organisers have pushed a “city of hope, streets of joy” theme that aims to be both celebratory and defiant. If you want to catch the real pulse of the event, arrive early and soak up the flags, speeches and the crowd-pleasing moments before the bars get busy.</w:t>
      </w:r>
      <w:r/>
    </w:p>
    <w:p>
      <w:pPr>
        <w:pStyle w:val="Heading2"/>
      </w:pPr>
      <w:r>
        <w:t>Pride Arena and stages: big acts, bigger singalongs</w:t>
      </w:r>
      <w:r/>
    </w:p>
    <w:p>
      <w:r/>
      <w:r>
        <w:t>Tim es Square Pride Arena is the place for headline names and big production moments, while Monument hosts the Tyger Comms stage and Market Village. Expect pop and club-ready acts alongside local performers, so you can either stand under floodlights for a polished set or weave between market stalls for a more relaxed vibe. If you’ve got a Pink Pass or an Arena ticket you’ll often get cheaper or free standing access at nearby venues, which makes hopping between stages easy , plan your evening around set times to avoid missing the acts you really want.</w:t>
      </w:r>
      <w:r/>
    </w:p>
    <w:p>
      <w:pPr>
        <w:pStyle w:val="Heading2"/>
      </w:pPr>
      <w:r>
        <w:t>Bars open and lively: where to find free entry and late nights</w:t>
      </w:r>
      <w:r/>
    </w:p>
    <w:p>
      <w:r/>
      <w:r>
        <w:t>Many of Newcastle’s LGBTQIA+ bars will offer free entry across the weekend, or accept the Pink Pass for priority access. From The Bank’s DJ sets and karaoke lounge to Boulevard’s Summer Show and The Singing Canary’s clubby DJ hours, the city centre is a string of spots that change tone as the night goes on. If you like clattering karaoke, nostalgic tribute acts or a noisy dancefloor that goes on till 4am, check opening times and whether a particular stage is ticketed. For budget-friendly nights, aim for venues advertising free entry earlier in the weekend.</w:t>
      </w:r>
      <w:r/>
    </w:p>
    <w:p>
      <w:pPr>
        <w:pStyle w:val="Heading2"/>
      </w:pPr>
      <w:r>
        <w:t>Club highlights and quirky billings: who’s performing where</w:t>
      </w:r>
      <w:r/>
    </w:p>
    <w:p>
      <w:r/>
      <w:r>
        <w:t>If you’re chasing something oddball or delightfully camp, Rusty’s is staging a Queer Garden and packed Showbar schedule, while Powerhouse boasts a surprise live slot from The Cheeky Girls. Scotswood’s outdoor Showbiz Stadium features a mix of free and ticketed performances, including tribute acts and UK drag names. For late-night ravers, Cobalt Studios’ Bin Juice - Pride Rave delivers a proper club atmosphere with a strong local line-up. These pockets of personality are what make Newcastle feeling less like a single festival and more like dozens of mini-shows dotted across the city.</w:t>
      </w:r>
      <w:r/>
    </w:p>
    <w:p>
      <w:pPr>
        <w:pStyle w:val="Heading2"/>
      </w:pPr>
      <w:r>
        <w:t>Family, Trans+ and quieter spaces: inclusive zones and daytime options</w:t>
      </w:r>
      <w:r/>
    </w:p>
    <w:p>
      <w:r/>
      <w:r>
        <w:t>Not everything is about late nights and sticky floors. The Family and Youth Zone at Theatre Royal and the Trans+ Zone at Northern Stage offer calmer, affirming spaces for children, parents and those seeking community services or quieter programming. These areas are a reminder that Pride aims to be accessible to all ages and needs , bring water, comfortable shoes and a plan for meeting points if you’re in a group. They’re also where you'll find workshops, performances and info stalls that connect people rather than just entertain them.</w:t>
      </w:r>
      <w:r/>
    </w:p>
    <w:p>
      <w:pPr>
        <w:pStyle w:val="Heading2"/>
      </w:pPr>
      <w:r>
        <w:t>Planning tips: tickets, travel and staying safe</w:t>
      </w:r>
      <w:r/>
    </w:p>
    <w:p>
      <w:r/>
      <w:r>
        <w:t>Plan ahead if you want to see specific acts , some stages require tickets even if bars themselves are free. Grab a Pink Pass if you expect to move between venues often; it can save money and queue time. Use public transport or prearranged taxis late at night, and set a phone meeting point in case phone signals get flaky. Above all, be respectful: Pride is celebration and protest wrapped together, so keep an eye out for stewards and look after friends with quieter or sensory needs.</w:t>
      </w:r>
      <w:r/>
    </w:p>
    <w:p>
      <w:r/>
      <w:r>
        <w:t>It's a small change that can make every night out feel safer, louder and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1">
        <w:r>
          <w:rPr>
            <w:color w:val="0000EE"/>
            <w:u w:val="single"/>
          </w:rPr>
          <w:t>[4]</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2">
        <w:r>
          <w:rPr>
            <w:color w:val="0000EE"/>
            <w:u w:val="single"/>
          </w:rPr>
          <w:t>[3]</w:t>
        </w:r>
      </w:hyperlink>
      <w:r>
        <w:t xml:space="preserve">, </w:t>
      </w:r>
      <w:hyperlink r:id="rId12">
        <w:r>
          <w:rPr>
            <w:color w:val="0000EE"/>
            <w:u w:val="single"/>
          </w:rPr>
          <w:t>[5]</w:t>
        </w:r>
      </w:hyperlink>
      <w:r>
        <w:t xml:space="preserve">- Paragraph 6: </w:t>
      </w:r>
      <w:hyperlink r:id="rId11">
        <w:r>
          <w:rPr>
            <w:color w:val="0000EE"/>
            <w:u w:val="single"/>
          </w:rPr>
          <w:t>[4]</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https://www.chroniclelive.co.uk/whats-on/music-nightlife-news/whats-bars-newcastle-pride-2026-34332938</w:t>
        </w:r>
      </w:hyperlink>
      <w:r>
        <w:t xml:space="preserve"> - Please view link - unable to able to access data</w:t>
      </w:r>
      <w:r/>
    </w:p>
    <w:p>
      <w:pPr>
        <w:pStyle w:val="ListNumber"/>
        <w:spacing w:line="240" w:lineRule="auto"/>
        <w:ind w:left="720"/>
      </w:pPr>
      <w:r/>
      <w:hyperlink r:id="rId10">
        <w:r>
          <w:rPr>
            <w:color w:val="0000EE"/>
            <w:u w:val="single"/>
          </w:rPr>
          <w:t>https://www.newcastlepride.co.uk/post/newcastle-pride-2026-launches-with-new-theme-and-community-led-vision</w:t>
        </w:r>
      </w:hyperlink>
      <w:r>
        <w:t xml:space="preserve"> - Newcastle Pride 2026, scheduled for 25–26 July, introduces the theme 'City of Hope, Streets of Joy,' reflecting the community's desire for visibility, celebration, and solidarity. The festival, now managed by Curious Futures, aims to transform the city centre into a vibrant celebration of LGBTQIA+ culture, creativity, and community. The event will feature live music, drag performances, and various community activities across the city. (</w:t>
      </w:r>
      <w:hyperlink r:id="rId13">
        <w:r>
          <w:rPr>
            <w:color w:val="0000EE"/>
            <w:u w:val="single"/>
          </w:rPr>
          <w:t>newcastlepride.co.uk</w:t>
        </w:r>
      </w:hyperlink>
      <w:r>
        <w:t>)</w:t>
      </w:r>
      <w:r/>
    </w:p>
    <w:p>
      <w:pPr>
        <w:pStyle w:val="ListNumber"/>
        <w:spacing w:line="240" w:lineRule="auto"/>
        <w:ind w:left="720"/>
      </w:pPr>
      <w:r/>
      <w:hyperlink r:id="rId12">
        <w:r>
          <w:rPr>
            <w:color w:val="0000EE"/>
            <w:u w:val="single"/>
          </w:rPr>
          <w:t>https://www.newcastlepride.co.uk/post/newcastle-pride-2026-theatre-royal-opens-doors-for-family-youth-zone-celebration</w:t>
        </w:r>
      </w:hyperlink>
      <w:r>
        <w:t xml:space="preserve"> - Newcastle Theatre Royal will host the Family &amp; Youth Zone during Newcastle Pride 2026 on 26 July, offering a safe and inclusive space for LGBTQIA+ families, young people, and allies. The free drop-in programme includes face painting, a dress-up and photo station, and a Mini Pride Market showcasing local LGBTQIA+ organisations and artists. A dedicated sensory and quiet space will also be available for young people with disabilities and their families. (</w:t>
      </w:r>
      <w:hyperlink r:id="rId14">
        <w:r>
          <w:rPr>
            <w:color w:val="0000EE"/>
            <w:u w:val="single"/>
          </w:rPr>
          <w:t>newcastlepride.co.uk</w:t>
        </w:r>
      </w:hyperlink>
      <w:r>
        <w:t>)</w:t>
      </w:r>
      <w:r/>
    </w:p>
    <w:p>
      <w:pPr>
        <w:pStyle w:val="ListNumber"/>
        <w:spacing w:line="240" w:lineRule="auto"/>
        <w:ind w:left="720"/>
      </w:pPr>
      <w:r/>
      <w:hyperlink r:id="rId11">
        <w:r>
          <w:rPr>
            <w:color w:val="0000EE"/>
            <w:u w:val="single"/>
          </w:rPr>
          <w:t>https://www.newcastlepride.co.uk/</w:t>
        </w:r>
      </w:hyperlink>
      <w:r>
        <w:t xml:space="preserve"> - Newcastle Pride 2026 is set for 25–26 July in the city centre, marking a new chapter under the management of Curious Arts. The festival will feature the Pride Arena at Times Square, headlined by Nadine Coyle, Katy B, Bimini, and Danny Beard. The event aims to celebrate LGBTQIA+ culture and community, with tickets for the Pride Arena now on sale. (</w:t>
      </w:r>
      <w:hyperlink r:id="rId15">
        <w:r>
          <w:rPr>
            <w:color w:val="0000EE"/>
            <w:u w:val="single"/>
          </w:rPr>
          <w:t>newcastlepride.co.uk</w:t>
        </w:r>
      </w:hyperlink>
      <w:r>
        <w:t>)</w:t>
      </w:r>
      <w:r/>
    </w:p>
    <w:p>
      <w:pPr>
        <w:pStyle w:val="ListNumber"/>
        <w:spacing w:line="240" w:lineRule="auto"/>
        <w:ind w:left="720"/>
      </w:pPr>
      <w:r/>
      <w:hyperlink r:id="rId12">
        <w:r>
          <w:rPr>
            <w:color w:val="0000EE"/>
            <w:u w:val="single"/>
          </w:rPr>
          <w:t>https://www.newcastlepride.co.uk/post/newcastle-pride-2026-theatre-royal-opens-doors-for-family-youth-zone-celebration</w:t>
        </w:r>
      </w:hyperlink>
      <w:r>
        <w:t xml:space="preserve"> - Newcastle Theatre Royal will host the Family &amp; Youth Zone during Newcastle Pride 2026 on 26 July, offering a safe and inclusive space for LGBTQIA+ families, young people, and allies. The free drop-in programme includes face painting, a dress-up and photo station, and a Mini Pride Market showcasing local LGBTQIA+ organisations and artists. A dedicated sensory and quiet space will also be available for young people with disabilities and their families. (</w:t>
      </w:r>
      <w:hyperlink r:id="rId14">
        <w:r>
          <w:rPr>
            <w:color w:val="0000EE"/>
            <w:u w:val="single"/>
          </w:rPr>
          <w:t>newcastlepride.co.uk</w:t>
        </w:r>
      </w:hyperlink>
      <w:r>
        <w:t>)</w:t>
      </w:r>
      <w:r/>
    </w:p>
    <w:p>
      <w:pPr>
        <w:pStyle w:val="ListNumber"/>
        <w:spacing w:line="240" w:lineRule="auto"/>
        <w:ind w:left="720"/>
      </w:pPr>
      <w:r/>
      <w:hyperlink r:id="rId12">
        <w:r>
          <w:rPr>
            <w:color w:val="0000EE"/>
            <w:u w:val="single"/>
          </w:rPr>
          <w:t>https://www.newcastlepride.co.uk/post/newcastle-pride-2026-theatre-royal-opens-doors-for-family-youth-zone-celebration</w:t>
        </w:r>
      </w:hyperlink>
      <w:r>
        <w:t xml:space="preserve"> - Newcastle Theatre Royal will host the Family &amp; Youth Zone during Newcastle Pride 2026 on 26 July, offering a safe and inclusive space for LGBTQIA+ families, young people, and allies. The free drop-in programme includes face painting, a dress-up and photo station, and a Mini Pride Market showcasing local LGBTQIA+ organisations and artists. A dedicated sensory and quiet space will also be available for young people with disabilities and their families. (</w:t>
      </w:r>
      <w:hyperlink r:id="rId14">
        <w:r>
          <w:rPr>
            <w:color w:val="0000EE"/>
            <w:u w:val="single"/>
          </w:rPr>
          <w:t>newcastlepride.co.uk</w:t>
        </w:r>
      </w:hyperlink>
      <w:r>
        <w:t>)</w:t>
      </w:r>
      <w:r/>
    </w:p>
    <w:p>
      <w:pPr>
        <w:pStyle w:val="ListNumber"/>
        <w:spacing w:line="240" w:lineRule="auto"/>
        <w:ind w:left="720"/>
      </w:pPr>
      <w:r/>
      <w:hyperlink r:id="rId12">
        <w:r>
          <w:rPr>
            <w:color w:val="0000EE"/>
            <w:u w:val="single"/>
          </w:rPr>
          <w:t>https://www.newcastlepride.co.uk/post/newcastle-pride-2026-theatre-royal-opens-doors-for-family-youth-zone-celebration</w:t>
        </w:r>
      </w:hyperlink>
      <w:r>
        <w:t xml:space="preserve"> - Newcastle Theatre Royal will host the Family &amp; Youth Zone during Newcastle Pride 2026 on 26 July, offering a safe and inclusive space for LGBTQIA+ families, young people, and allies. The free drop-in programme includes face painting, a dress-up and photo station, and a Mini Pride Market showcasing local LGBTQIA+ organisations and artists. A dedicated sensory and quiet space will also be available for young people with disabilities and their families. (</w:t>
      </w:r>
      <w:hyperlink r:id="rId14">
        <w:r>
          <w:rPr>
            <w:color w:val="0000EE"/>
            <w:u w:val="single"/>
          </w:rPr>
          <w:t>newcastlepride.co.uk</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oniclelive.co.uk/whats-on/music-nightlife-news/whats-bars-newcastle-pride-2026-34332938" TargetMode="External"/><Relationship Id="rId10" Type="http://schemas.openxmlformats.org/officeDocument/2006/relationships/hyperlink" Target="https://www.newcastlepride.co.uk/post/newcastle-pride-2026-launches-with-new-theme-and-community-led-vision" TargetMode="External"/><Relationship Id="rId11" Type="http://schemas.openxmlformats.org/officeDocument/2006/relationships/hyperlink" Target="https://www.newcastlepride.co.uk/" TargetMode="External"/><Relationship Id="rId12" Type="http://schemas.openxmlformats.org/officeDocument/2006/relationships/hyperlink" Target="https://www.newcastlepride.co.uk/post/newcastle-pride-2026-theatre-royal-opens-doors-for-family-youth-zone-celebration" TargetMode="External"/><Relationship Id="rId13" Type="http://schemas.openxmlformats.org/officeDocument/2006/relationships/hyperlink" Target="https://www.newcastlepride.co.uk/post/newcastle-pride-2026-launches-with-new-theme-and-community-led-vision?utm_source=openai" TargetMode="External"/><Relationship Id="rId14" Type="http://schemas.openxmlformats.org/officeDocument/2006/relationships/hyperlink" Target="https://www.newcastlepride.co.uk/post/newcastle-pride-2026-theatre-royal-opens-doors-for-family-youth-zone-celebration?utm_source=openai" TargetMode="External"/><Relationship Id="rId15" Type="http://schemas.openxmlformats.org/officeDocument/2006/relationships/hyperlink" Target="https://www.newcastlepride.co.u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