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Houston LGBTQ Events This Weekend — July 23–26, 2026</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Spot a vibe, a party, or a healing space, Houston’s queer calendar is busy this weekend with drag bingo, BIPOC wellness, DJs from Mexico and Japan, plus thick boy celebrations. Here’s what’s happening, where to go, and why each pick matters to the community.</w:t>
      </w:r>
      <w:r/>
    </w:p>
    <w:p>
      <w:r/>
      <w:r>
        <w:t>Essential Takeaways</w:t>
      </w:r>
      <w:r/>
      <w:r/>
    </w:p>
    <w:p>
      <w:pPr>
        <w:pStyle w:val="ListBullet"/>
        <w:spacing w:line="240" w:lineRule="auto"/>
        <w:ind w:left="720"/>
      </w:pPr>
      <w:r/>
      <w:r>
        <w:rPr>
          <w:b/>
        </w:rPr>
        <w:t>Drag night:</w:t>
      </w:r>
      <w:r>
        <w:t xml:space="preserve"> Bar Daphne’s Drag Bingo with Queen Persephone promises glamour, pacey banter, and drink specials.</w:t>
      </w:r>
      <w:r/>
    </w:p>
    <w:p>
      <w:pPr>
        <w:pStyle w:val="ListBullet"/>
        <w:spacing w:line="240" w:lineRule="auto"/>
        <w:ind w:left="720"/>
      </w:pPr>
      <w:r/>
      <w:r>
        <w:rPr>
          <w:b/>
        </w:rPr>
        <w:t>Film mingle:</w:t>
      </w:r>
      <w:r>
        <w:t xml:space="preserve"> The Flat hosts a meet-and-greet for ED creator Michael Vincent Berry, a chance to chat about masculinity and indie filmmaking.</w:t>
      </w:r>
      <w:r/>
    </w:p>
    <w:p>
      <w:pPr>
        <w:pStyle w:val="ListBullet"/>
        <w:spacing w:line="240" w:lineRule="auto"/>
        <w:ind w:left="720"/>
      </w:pPr>
      <w:r/>
      <w:r>
        <w:rPr>
          <w:b/>
        </w:rPr>
        <w:t>Wellness festival:</w:t>
      </w:r>
      <w:r>
        <w:t xml:space="preserve"> MATCH’s A Vibe Called Rest Fest centres queer and trans BIPOC healing with art, yoga, and sound baths.</w:t>
      </w:r>
      <w:r/>
    </w:p>
    <w:p>
      <w:pPr>
        <w:pStyle w:val="ListBullet"/>
        <w:spacing w:line="240" w:lineRule="auto"/>
        <w:ind w:left="720"/>
      </w:pPr>
      <w:r/>
      <w:r>
        <w:rPr>
          <w:b/>
        </w:rPr>
        <w:t>Big nights out:</w:t>
      </w:r>
      <w:r>
        <w:t xml:space="preserve"> Thick Boy Pride Weekend and multiple club takes (DJ Ari, Jesus Montanez) deliver themed parties and high-energy DJs.</w:t>
      </w:r>
      <w:r/>
    </w:p>
    <w:p>
      <w:pPr>
        <w:pStyle w:val="ListBullet"/>
        <w:spacing w:line="240" w:lineRule="auto"/>
        <w:ind w:left="720"/>
      </w:pPr>
      <w:r/>
      <w:r>
        <w:rPr>
          <w:b/>
        </w:rPr>
        <w:t>Cultural mix:</w:t>
      </w:r>
      <w:r>
        <w:t xml:space="preserve"> Sakenaut Festival offers an immersive Japanese sake and club experience, including nomihoudai-style drinking and DJs from Japan.</w:t>
      </w:r>
      <w:r/>
      <w:r/>
    </w:p>
    <w:p>
      <w:pPr>
        <w:pStyle w:val="Heading2"/>
      </w:pPr>
      <w:r>
        <w:t>Drag Bingo returns , a flashy Thursday warm-up</w:t>
      </w:r>
      <w:r/>
    </w:p>
    <w:p>
      <w:r/>
      <w:r>
        <w:t>If you missed PRIDE Bingo, Thursday’s Drag Bingo at Bar Daphne is designed to fix that. Expect feathers, sharp jokes, and quick rounds of bingo that keep the room buzzing rather than dragging. Bar Daphne has become a go-to Montrose spot for short, sociable nights where drag takes centre stage and the crowd feels intimate. Drink deals mean you won’t break the bank while you cheer on a bingo win. If you want a place to meet friends before bigger weekend plans, this is a friendly, theatrical starter. Arrive early for a good seat and to soak up the costume details.</w:t>
      </w:r>
      <w:r/>
    </w:p>
    <w:p>
      <w:pPr>
        <w:pStyle w:val="Heading2"/>
      </w:pPr>
      <w:r>
        <w:t>Meet the filmmaker , a compact film-community evening</w:t>
      </w:r>
      <w:r/>
    </w:p>
    <w:p>
      <w:r/>
      <w:r>
        <w:t>On Thursday at The Flat, Michael Vincent Berry will talk about ED, his indie short exploring masculinity’s fallout. It’s a rare chance to hear a local actor-writer-producer sketch the creative process in a small setting. The Flat’s meet-and-mingle format makes it easy to ask questions and swap notes with other film fans. If you care about representation on screen, this is where conversations start and collaborations germinate. Bring a few thoughtful questions and some business cards if you’re networking; indie projects thrive on small, enthusiastic communities.</w:t>
      </w:r>
      <w:r/>
    </w:p>
    <w:p>
      <w:pPr>
        <w:pStyle w:val="Heading2"/>
      </w:pPr>
      <w:r>
        <w:t>Thick Boy Pride Weekend , three days of themed joy</w:t>
      </w:r>
      <w:r/>
    </w:p>
    <w:p>
      <w:r/>
      <w:r>
        <w:t>Thick Boy Pride Weekend spreads across Friday to Sunday with a MASQuerade ball, lingerie and underwear night, and a Pitch Black finale. It’s loud, celebratory, and made for folks who want space to be seen. This weekend caters to a specific queer subculture and does it with theatricality and inclusivity. Expect curated playlists, themed dress codes, and a convivial crowd that’s there to stay all weekend. Buy a weekend pass if you plan to attend multiple events , it’s often cheaper and cuts queuing. For first-timers, check venue rules on dress and entry to avoid surprises.</w:t>
      </w:r>
      <w:r/>
    </w:p>
    <w:p>
      <w:pPr>
        <w:pStyle w:val="Heading2"/>
      </w:pPr>
      <w:r>
        <w:t>A Vibe Called Rest Fest , wellness and creative care on Saturday</w:t>
      </w:r>
      <w:r/>
    </w:p>
    <w:p>
      <w:r/>
      <w:r>
        <w:t>MATCH’s all-day festival focuses on BIPOC mental health and healing, centring queer and trans people of colour. Think live music, art therapy, massages, sound healing sessions, and a marketplace that feels like a caring village. This isn’t a bumper-to-bumper club day; it’s intentionally restorative. Attendees report the vibe as gentle, nurturing, and surprisingly energising , a way to refill before diving back into nightlife. Plan your afternoon: pick a workshop or sound bath early, hydrate between sessions, and bring a friend who appreciates low-key communal care.</w:t>
      </w:r>
      <w:r/>
    </w:p>
    <w:p>
      <w:pPr>
        <w:pStyle w:val="Heading2"/>
      </w:pPr>
      <w:r>
        <w:t>Sakenaut Festival , a 12-hour Japanese drinking and club culture immersion</w:t>
      </w:r>
      <w:r/>
    </w:p>
    <w:p>
      <w:r/>
      <w:r>
        <w:t>If you’re curious about sake and club culture, Sakenaut at Power Station Bar &amp; Lounge invites you into nomihoudai-style sampling and DJ sets from Japan, including DJ TSUBEE. It’s a long, sensory-rich Saturday running from afternoon into the early morning. The event blends tasting with gaming and club energy, so you’ll alternate between sipping curated sakes and dancing. It’s fun, novel, and a good fit if you like themed festivals with an international edge. Drink responsibly: nomihoudai can trick you into over-pouring, so pace tastings and pair with food. Bring ID , it’s 21+ , and a comfy plan for getting home.</w:t>
      </w:r>
      <w:r/>
    </w:p>
    <w:p>
      <w:pPr>
        <w:pStyle w:val="Heading2"/>
      </w:pPr>
      <w:r>
        <w:t>DJs and nightlife , birthday bashes and international beats</w:t>
      </w:r>
      <w:r/>
    </w:p>
    <w:p>
      <w:r/>
      <w:r>
        <w:t>Saturday’s club roster reads like a festival sampler: DJ Ari’s official birthday takeover features drink specials and community-promoted energy, while South Beach Houston brings Jesus Montanez back for a high-octane set. These nights are built for dancing, community catch-ups, and dramatic entrance outfits. Expect packed rooms and heavy drops; if you want a quieter evening, pick earlier sets or quieter venues. Pro tip: check doors and guest lists in advance, arrive before peak time, and consider rideshares for late-night travel.</w:t>
      </w:r>
      <w:r/>
    </w:p>
    <w:p>
      <w:pPr>
        <w:pStyle w:val="Heading2"/>
      </w:pPr>
      <w:r>
        <w:t>Season’s end softball party , community awards and backyard joy</w:t>
      </w:r>
      <w:r/>
    </w:p>
    <w:p>
      <w:r/>
      <w:r>
        <w:t>Sunday’s Montrose Softball League Association end-of-season party is a reminder that queer life includes sports, trophies, and laid-back celebrations. Teams gather in Katy to hand out awards and close the season with food and friendly jostling. It’s a low-cost, high-connection way to cap the weekend if you’ve been on your feet all night. Bring a hat and sunscreen if you’re outdoors, and expect plenty of hugs and inside jokes. Grassroots events like this plug you into ongoing local networks that feed into bigger Pride moments later in the year.</w:t>
      </w:r>
      <w:r/>
    </w:p>
    <w:p>
      <w:r/>
      <w:r>
        <w:t>It's a small change to your weekend plans that can open new friendships, new rhythms, and a chance to rest between the parties.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[6]</w:t>
        </w:r>
      </w:hyperlink>
      <w:r>
        <w:t xml:space="preserve">- Paragraph 3: </w:t>
      </w:r>
      <w:hyperlink r:id="rId13">
        <w:r>
          <w:rPr>
            <w:color w:val="0000EE"/>
            <w:u w:val="single"/>
          </w:rPr>
          <w:t>[4]</w:t>
        </w:r>
      </w:hyperlink>
      <w:r>
        <w:t xml:space="preserve">- Paragraph 4: </w:t>
      </w:r>
      <w:hyperlink r:id="rId12">
        <w:r>
          <w:rPr>
            <w:color w:val="0000EE"/>
            <w:u w:val="single"/>
          </w:rPr>
          <w:t>[6]</w:t>
        </w:r>
      </w:hyperlink>
      <w:r>
        <w:t xml:space="preserve">- Paragraph 5: </w:t>
      </w:r>
      <w:hyperlink r:id="rId14">
        <w:r>
          <w:rPr>
            <w:color w:val="0000EE"/>
            <w:u w:val="single"/>
          </w:rPr>
          <w:t>[7]</w:t>
        </w:r>
      </w:hyperlink>
      <w:r>
        <w:t xml:space="preserve">- Paragraph 6: </w:t>
      </w:r>
      <w:hyperlink r:id="rId15">
        <w:r>
          <w:rPr>
            <w:color w:val="0000EE"/>
            <w:u w:val="single"/>
          </w:rPr>
          <w:t>[5]</w:t>
        </w:r>
      </w:hyperlink>
      <w:r>
        <w:t xml:space="preserve">, </w:t>
      </w:r>
      <w:hyperlink r:id="rId13">
        <w:r>
          <w:rPr>
            <w:color w:val="0000EE"/>
            <w:u w:val="single"/>
          </w:rPr>
          <w:t>[4]</w:t>
        </w:r>
      </w:hyperlink>
      <w:r>
        <w:t xml:space="preserve">- Paragraph 7: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https://www.outsmartmagazine.com/2026/07/houston-lgbtq-events-july-23-26-2026/</w:t>
        </w:r>
      </w:hyperlink>
      <w:r>
        <w:t xml:space="preserve"> - Please view link - unable to able to access data</w:t>
      </w:r>
      <w:r/>
    </w:p>
    <w:p>
      <w:pPr>
        <w:pStyle w:val="ListNumber"/>
        <w:spacing w:line="240" w:lineRule="auto"/>
        <w:ind w:left="720"/>
      </w:pPr>
      <w:r/>
      <w:hyperlink r:id="rId10">
        <w:r>
          <w:rPr>
            <w:color w:val="0000EE"/>
            <w:u w:val="single"/>
          </w:rPr>
          <w:t>https://www.instagram.com/bar.daphne/</w:t>
        </w:r>
      </w:hyperlink>
      <w:r>
        <w:t xml:space="preserve"> - Bar Daphne's Instagram page features updates on events like Drag Bingo, showcasing performances by Queen Persephone and details about the venue's offerings, including drink specials and entertainment schedules.</w:t>
      </w:r>
      <w:r/>
    </w:p>
    <w:p>
      <w:pPr>
        <w:pStyle w:val="ListNumber"/>
        <w:spacing w:line="240" w:lineRule="auto"/>
        <w:ind w:left="720"/>
      </w:pPr>
      <w:r/>
      <w:hyperlink r:id="rId11">
        <w:r>
          <w:rPr>
            <w:color w:val="0000EE"/>
            <w:u w:val="single"/>
          </w:rPr>
          <w:t>https://www.facebook.com/TheFlatHouston</w:t>
        </w:r>
      </w:hyperlink>
      <w:r>
        <w:t xml:space="preserve"> - The Flat's Facebook page provides information on events such as the ED Mix &amp; Mingle, featuring Michael Vincent Berry, and details about the venue's location and event timings.</w:t>
      </w:r>
      <w:r/>
    </w:p>
    <w:p>
      <w:pPr>
        <w:pStyle w:val="ListNumber"/>
        <w:spacing w:line="240" w:lineRule="auto"/>
        <w:ind w:left="720"/>
      </w:pPr>
      <w:r/>
      <w:hyperlink r:id="rId13">
        <w:r>
          <w:rPr>
            <w:color w:val="0000EE"/>
            <w:u w:val="single"/>
          </w:rPr>
          <w:t>https://www.instagram.com/thickboyprideweekend/</w:t>
        </w:r>
      </w:hyperlink>
      <w:r>
        <w:t xml:space="preserve"> - The official Instagram account for Thick Boy Pride Weekend offers insights into the three-day celebration at The Summit Lounge, including event schedules and ticket information.</w:t>
      </w:r>
      <w:r/>
    </w:p>
    <w:p>
      <w:pPr>
        <w:pStyle w:val="ListNumber"/>
        <w:spacing w:line="240" w:lineRule="auto"/>
        <w:ind w:left="720"/>
      </w:pPr>
      <w:r/>
      <w:hyperlink r:id="rId15">
        <w:r>
          <w:rPr>
            <w:color w:val="0000EE"/>
            <w:u w:val="single"/>
          </w:rPr>
          <w:t>https://www.instagram.com/djarihouston/</w:t>
        </w:r>
      </w:hyperlink>
      <w:r>
        <w:t xml:space="preserve"> - DJ Ari's Instagram profile highlights the official birthday party at AskQuestions, featuring drink specials and event details, including the venue's address and contact information.</w:t>
      </w:r>
      <w:r/>
    </w:p>
    <w:p>
      <w:pPr>
        <w:pStyle w:val="ListNumber"/>
        <w:spacing w:line="240" w:lineRule="auto"/>
        <w:ind w:left="720"/>
      </w:pPr>
      <w:r/>
      <w:hyperlink r:id="rId12">
        <w:r>
          <w:rPr>
            <w:color w:val="0000EE"/>
            <w:u w:val="single"/>
          </w:rPr>
          <w:t>https://matchouston.org/events/3rd-annual-a-vibe-called-rest-fest</w:t>
        </w:r>
      </w:hyperlink>
      <w:r>
        <w:t xml:space="preserve"> - MATCH's official website details the 3rd Annual A Vibe Called Rest Fest, a festival focusing on BIPOC Mental Health Awareness Month, with information on activities, speakers, and the venue's location.</w:t>
      </w:r>
      <w:r/>
    </w:p>
    <w:p>
      <w:pPr>
        <w:pStyle w:val="ListNumber"/>
        <w:spacing w:line="240" w:lineRule="auto"/>
        <w:ind w:left="720"/>
      </w:pPr>
      <w:r/>
      <w:hyperlink r:id="rId14">
        <w:r>
          <w:rPr>
            <w:color w:val="0000EE"/>
            <w:u w:val="single"/>
          </w:rPr>
          <w:t>https://tokyostoryusa.com/sakenaut-festival</w:t>
        </w:r>
      </w:hyperlink>
      <w:r>
        <w:t xml:space="preserve"> - Tokyo Story USA's website provides information on the Sakenaut Festival at Power Station Bar &amp; Lounge, including event details, ticket information, and the venue's address.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smartmagazine.com/2026/07/houston-lgbtq-events-july-23-26-2026/" TargetMode="External"/><Relationship Id="rId10" Type="http://schemas.openxmlformats.org/officeDocument/2006/relationships/hyperlink" Target="https://www.instagram.com/bar.daphne/" TargetMode="External"/><Relationship Id="rId11" Type="http://schemas.openxmlformats.org/officeDocument/2006/relationships/hyperlink" Target="https://www.facebook.com/TheFlatHouston" TargetMode="External"/><Relationship Id="rId12" Type="http://schemas.openxmlformats.org/officeDocument/2006/relationships/hyperlink" Target="https://matchouston.org/events/3rd-annual-a-vibe-called-rest-fest" TargetMode="External"/><Relationship Id="rId13" Type="http://schemas.openxmlformats.org/officeDocument/2006/relationships/hyperlink" Target="https://www.instagram.com/thickboyprideweekend/" TargetMode="External"/><Relationship Id="rId14" Type="http://schemas.openxmlformats.org/officeDocument/2006/relationships/hyperlink" Target="https://tokyostoryusa.com/sakenaut-festival" TargetMode="External"/><Relationship Id="rId15" Type="http://schemas.openxmlformats.org/officeDocument/2006/relationships/hyperlink" Target="https://www.instagram.com/djarihoust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