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Newcastle Pride 2026 March: Time, Route and Road Closures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celebrants are gearing up for Newcastle Pride’s big city-centre parade this weekend; here’s who’s speaking, when to gather, where the march goes and which roads will be closed so you can enjoy the day with minimal fuss.</w:t>
      </w:r>
      <w:r/>
    </w:p>
    <w:p>
      <w:r/>
      <w:r>
        <w:t>Essential Takeaways</w:t>
      </w:r>
      <w:r/>
      <w:r/>
    </w:p>
    <w:p>
      <w:pPr>
        <w:pStyle w:val="ListBullet"/>
        <w:spacing w:line="240" w:lineRule="auto"/>
        <w:ind w:left="720"/>
      </w:pPr>
      <w:r/>
      <w:r>
        <w:rPr>
          <w:b/>
        </w:rPr>
        <w:t>Start time:</w:t>
      </w:r>
      <w:r>
        <w:t xml:space="preserve"> The Pride march begins at 12 noon; participants can gather from 11am at the Civic Centre.</w:t>
      </w:r>
      <w:r/>
    </w:p>
    <w:p>
      <w:pPr>
        <w:pStyle w:val="ListBullet"/>
        <w:spacing w:line="240" w:lineRule="auto"/>
        <w:ind w:left="720"/>
      </w:pPr>
      <w:r/>
      <w:r>
        <w:rPr>
          <w:b/>
        </w:rPr>
        <w:t>Route:</w:t>
      </w:r>
      <w:r>
        <w:t xml:space="preserve"> The procession leaves the Civic Centre, travels along St Mary’s Place, down Northumberland Street and finishes with a rally at Grey’s Monument.</w:t>
      </w:r>
      <w:r/>
    </w:p>
    <w:p>
      <w:pPr>
        <w:pStyle w:val="ListBullet"/>
        <w:spacing w:line="240" w:lineRule="auto"/>
        <w:ind w:left="720"/>
      </w:pPr>
      <w:r/>
      <w:r>
        <w:rPr>
          <w:b/>
        </w:rPr>
        <w:t>Speakers:</w:t>
      </w:r>
      <w:r>
        <w:t xml:space="preserve"> Expect appearances from North East Mayor Kim McGuinness, Dame Kelly Holmes and local figures including Kate Osborne MP.</w:t>
      </w:r>
      <w:r/>
    </w:p>
    <w:p>
      <w:pPr>
        <w:pStyle w:val="ListBullet"/>
        <w:spacing w:line="240" w:lineRule="auto"/>
        <w:ind w:left="720"/>
      </w:pPr>
      <w:r/>
      <w:r>
        <w:rPr>
          <w:b/>
        </w:rPr>
        <w:t>Road closures:</w:t>
      </w:r>
      <w:r>
        <w:t xml:space="preserve"> Key streets including St Mary’s Place, Northumberland Street and Blackett Street will be closed from about 11.30am until 2pm.</w:t>
      </w:r>
      <w:r/>
    </w:p>
    <w:p>
      <w:pPr>
        <w:pStyle w:val="ListBullet"/>
        <w:spacing w:line="240" w:lineRule="auto"/>
        <w:ind w:left="720"/>
      </w:pPr>
      <w:r/>
      <w:r>
        <w:rPr>
          <w:b/>
        </w:rPr>
        <w:t>Practical note:</w:t>
      </w:r>
      <w:r>
        <w:t xml:space="preserve"> March attendance is free; passengers should check local bus operators for service updates.</w:t>
      </w:r>
      <w:r/>
      <w:r/>
    </w:p>
    <w:p>
      <w:pPr>
        <w:pStyle w:val="Heading2"/>
      </w:pPr>
      <w:r>
        <w:t>What time to be there and what to expect</w:t>
      </w:r>
      <w:r/>
    </w:p>
    <w:p>
      <w:r/>
      <w:r>
        <w:t>If you want a good spot or you’re marching with a group, arrive for the 11am meet-up at the Civic Centre so you’ve time to find friends and banners and soak in the atmosphere. The parade sets off at noon, and there’s a lively, upbeat charge to the crowd; expect music, colourful outfits and a warm buzz that stays with you all afternoon. According to the organisers, participation is free, so there’s no ticketing drama, just bring water, sun protection or a waterproof depending on the weather.</w:t>
      </w:r>
      <w:r/>
    </w:p>
    <w:p>
      <w:pPr>
        <w:pStyle w:val="Heading2"/>
      </w:pPr>
      <w:r>
        <w:t>The route explained , simple, central and visible</w:t>
      </w:r>
      <w:r/>
    </w:p>
    <w:p>
      <w:r/>
      <w:r>
        <w:t>The march follows a compact, high-impact route that showcases the city centre. After leaving the Civic Centre it heads along St Mary’s Place, down Northumberland Street and culminates at Grey’s Monument for a rally. That finish is new this year , organisers have chosen Monument instead of returning to the Civic Centre, so you’ll get a packed, public square for speeches and performances. It’s a route designed for visibility and accessibility, and it keeps the action where the shops and onlookers naturally gather.</w:t>
      </w:r>
      <w:r/>
    </w:p>
    <w:p>
      <w:pPr>
        <w:pStyle w:val="Heading2"/>
      </w:pPr>
      <w:r>
        <w:t>Who’s speaking and why it matters</w:t>
      </w:r>
      <w:r/>
    </w:p>
    <w:p>
      <w:r/>
      <w:r>
        <w:t>This year’s rally features high-profile names: North East Mayor Kim McGuinness and Olympic champion Dame Kelly Holmes are among the guest speakers, alongside local civic leaders and campaigners. The event is run by Curious Arts under the theme “city of hope, streets of joy,” a framing that’s particularly resonant given recent pressures on the LBTQ+ community. Expect a mix of celebration and serious messaging , Pride is as much about visibility and solidarity as it is about a party.</w:t>
      </w:r>
      <w:r/>
    </w:p>
    <w:p>
      <w:pPr>
        <w:pStyle w:val="Heading2"/>
      </w:pPr>
      <w:r>
        <w:t>Road closures and travel tips</w:t>
      </w:r>
      <w:r/>
    </w:p>
    <w:p>
      <w:r/>
      <w:r>
        <w:t>Several central streets will be closed to traffic from roughly 11.30am until 2pm, including St Mary’s Place (between John Dobson Street and Barras Bridge), Northumberland Street, Blackett Street, New Bridge Street West and parts of Pilgrim Street. If you’re travelling by bus, check Stagecoach and Go North East for service alterations before you set out. Cyclists and drivers should plan a different route and allow extra time , the closures are short but can snarl nearby traffic and parking.</w:t>
      </w:r>
      <w:r/>
    </w:p>
    <w:p>
      <w:pPr>
        <w:pStyle w:val="Heading2"/>
      </w:pPr>
      <w:r>
        <w:t>How to get the most from the day</w:t>
      </w:r>
      <w:r/>
    </w:p>
    <w:p>
      <w:r/>
      <w:r>
        <w:t>Bring a reusable water bottle and comfortable shoes , you’ll be on your feet and likely standing for speeches at the end. If you’re attending as a group, pick a clear meeting point in the Civic Centre beforehand in case phones lose signal. For families, there’s usually an inclusive, friendly vibe; keep small children close in the busiest sections. And if you want to capture memories, aim for photos on Northumberland Street when the march passes the shops , the light and colour make for lively shots.</w:t>
      </w:r>
      <w:r/>
    </w:p>
    <w:p>
      <w:r/>
      <w:r>
        <w:t>It’s a small change that can make the march smoother and more enjoyable for everyone , arrive early, check travel updates, and join in safely.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[6]</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[3]</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https://www.chroniclelive.co.uk/whats-on/whats-on-news/newcastle-pride-march-time-route-34345221</w:t>
        </w:r>
      </w:hyperlink>
      <w:r>
        <w:t xml:space="preserve"> - Please view link - unable to able to access data</w:t>
      </w:r>
      <w:r/>
    </w:p>
    <w:p>
      <w:pPr>
        <w:pStyle w:val="ListNumber"/>
        <w:spacing w:line="240" w:lineRule="auto"/>
        <w:ind w:left="720"/>
      </w:pPr>
      <w:r/>
      <w:hyperlink r:id="rId10">
        <w:r>
          <w:rPr>
            <w:color w:val="0000EE"/>
            <w:u w:val="single"/>
          </w:rPr>
          <w:t>https://www.newcastlepride.co.uk/march</w:t>
        </w:r>
      </w:hyperlink>
      <w:r>
        <w:t xml:space="preserve"> - Newcastle Pride 2026 is scheduled for 25th and 26th July in Newcastle city centre. The theme for this year's event is 'City of Hope, Streets of Joy', aiming to bring people together to celebrate identity and stand united in the ongoing fight for equality and acceptance. The Pride March is the cornerstone of the celebrations, with more information on the route and timings to be announced soon. Participants can register to join the march, and donations are encouraged to support the event's sustainability.</w:t>
      </w:r>
      <w:r/>
    </w:p>
    <w:p>
      <w:pPr>
        <w:pStyle w:val="ListNumber"/>
        <w:spacing w:line="240" w:lineRule="auto"/>
        <w:ind w:left="720"/>
      </w:pPr>
      <w:r/>
      <w:hyperlink r:id="rId11">
        <w:r>
          <w:rPr>
            <w:color w:val="0000EE"/>
            <w:u w:val="single"/>
          </w:rPr>
          <w:t>https://www.newcastlepride.co.uk/post/newcastle-pride-2026-launches-with-new-theme-and-community-led-vision</w:t>
        </w:r>
      </w:hyperlink>
      <w:r>
        <w:t xml:space="preserve"> - Newcastle Pride 2026 has launched with a new theme, 'City of Hope, Streets of Joy', following extensive public consultation. The event is set to take place on 25th and 26th July 2026, transforming the city centre into a vibrant celebration of LGBTQIA+ culture, creativity, and community. This marks an exciting new chapter for Newcastle Pride, now delivered by Curious Futures, a not-for-profit organisation established by Curious Arts to deliver large-scale LGBTQIA+ cultural programmes across the North East.</w:t>
      </w:r>
      <w:r/>
    </w:p>
    <w:p>
      <w:pPr>
        <w:pStyle w:val="ListNumber"/>
        <w:spacing w:line="240" w:lineRule="auto"/>
        <w:ind w:left="720"/>
      </w:pPr>
      <w:r/>
      <w:hyperlink r:id="rId12">
        <w:r>
          <w:rPr>
            <w:color w:val="0000EE"/>
            <w:u w:val="single"/>
          </w:rPr>
          <w:t>https://www.newcastlepride.co.uk/</w:t>
        </w:r>
      </w:hyperlink>
      <w:r>
        <w:t xml:space="preserve"> - Newcastle Pride 2026 is set to take place on 25th and 26th July in Newcastle city centre. The event promises a return to the city centre with city-wide celebrations and a Pride weekend designed with the community at its heart. The festival will feature a free programme, dedicated zones (Market Village, Trans+ Zone, Family and Youth), and a range of activities. Tickets for the Pride Arena at Times Square are now on sale, with early bird prices frozen for the third year running.</w:t>
      </w:r>
      <w:r/>
    </w:p>
    <w:p>
      <w:pPr>
        <w:pStyle w:val="ListNumber"/>
        <w:spacing w:line="240" w:lineRule="auto"/>
        <w:ind w:left="720"/>
      </w:pPr>
      <w:r/>
      <w:hyperlink r:id="rId11">
        <w:r>
          <w:rPr>
            <w:color w:val="0000EE"/>
            <w:u w:val="single"/>
          </w:rPr>
          <w:t>https://www.newcastlepride.co.uk/post/newcastle-pride-2026-launches-with-new-theme-and-community-led-vision</w:t>
        </w:r>
      </w:hyperlink>
      <w:r>
        <w:t xml:space="preserve"> - Newcastle Pride 2026 has launched with a new theme, 'City of Hope, Streets of Joy', following extensive public consultation. The event is set to take place on 25th and 26th July 2026, transforming the city centre into a vibrant celebration of LGBTQIA+ culture, creativity, and community. This marks an exciting new chapter for Newcastle Pride, now delivered by Curious Futures, a not-for-profit organisation established by Curious Arts to deliver large-scale LGBTQIA+ cultural programmes across the North East.</w:t>
      </w:r>
      <w:r/>
    </w:p>
    <w:p>
      <w:pPr>
        <w:pStyle w:val="ListNumber"/>
        <w:spacing w:line="240" w:lineRule="auto"/>
        <w:ind w:left="720"/>
      </w:pPr>
      <w:r/>
      <w:hyperlink r:id="rId10">
        <w:r>
          <w:rPr>
            <w:color w:val="0000EE"/>
            <w:u w:val="single"/>
          </w:rPr>
          <w:t>https://www.newcastlepride.co.uk/march</w:t>
        </w:r>
      </w:hyperlink>
      <w:r>
        <w:t xml:space="preserve"> - Newcastle Pride 2026 is scheduled for 25th and 26th July in Newcastle city centre. The theme for this year's event is 'City of Hope, Streets of Joy', aiming to bring people together to celebrate identity and stand united in the ongoing fight for equality and acceptance. The Pride March is the cornerstone of the celebrations, with more information on the route and timings to be announced soon. Participants can register to join the march, and donations are encouraged to support the event's sustainability.</w:t>
      </w:r>
      <w:r/>
    </w:p>
    <w:p>
      <w:pPr>
        <w:pStyle w:val="ListNumber"/>
        <w:spacing w:line="240" w:lineRule="auto"/>
        <w:ind w:left="720"/>
      </w:pPr>
      <w:r/>
      <w:hyperlink r:id="rId12">
        <w:r>
          <w:rPr>
            <w:color w:val="0000EE"/>
            <w:u w:val="single"/>
          </w:rPr>
          <w:t>https://www.newcastlepride.co.uk/</w:t>
        </w:r>
      </w:hyperlink>
      <w:r>
        <w:t xml:space="preserve"> - Newcastle Pride 2026 is set to take place on 25th and 26th July in Newcastle city centre. The event promises a return to the city centre with city-wide celebrations and a Pride weekend designed with the community at its heart. The festival will feature a free programme, dedicated zones (Market Village, Trans+ Zone, Family and Youth), and a range of activities. Tickets for the Pride Arena at Times Square are now on sale, with early bird prices frozen for the third year running.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newcastle-pride-march-time-route-34345221" TargetMode="External"/><Relationship Id="rId10" Type="http://schemas.openxmlformats.org/officeDocument/2006/relationships/hyperlink" Target="https://www.newcastlepride.co.uk/march" TargetMode="External"/><Relationship Id="rId11" Type="http://schemas.openxmlformats.org/officeDocument/2006/relationships/hyperlink" Target="https://www.newcastlepride.co.uk/post/newcastle-pride-2026-launches-with-new-theme-and-community-led-vision" TargetMode="External"/><Relationship Id="rId12" Type="http://schemas.openxmlformats.org/officeDocument/2006/relationships/hyperlink" Target="https://www.newcastlepride.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