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Concerts This Pride: Sarah Connor Joins Berlin CSD at Brandenburg Gate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are already buzzing: pop star Sarah Connor will perform for free at the closing rally of Berlin’s Christopher Street Day at the Brandenburg Gate, a high-profile gesture that underlines solidarity, visibility and celebration for the queer community. This matters because it blends big-name pop appeal with a clear political message.</w:t>
      </w:r>
      <w:r/>
    </w:p>
    <w:p>
      <w:r/>
      <w:r>
        <w:t>Essential Takeaways</w:t>
      </w:r>
      <w:r/>
      <w:r/>
    </w:p>
    <w:p>
      <w:pPr>
        <w:pStyle w:val="ListBullet"/>
        <w:spacing w:line="240" w:lineRule="auto"/>
        <w:ind w:left="720"/>
      </w:pPr>
      <w:r/>
      <w:r>
        <w:rPr>
          <w:b/>
        </w:rPr>
        <w:t>Free headline act:</w:t>
      </w:r>
      <w:r>
        <w:t xml:space="preserve"> Sarah Connor will appear on the main stage at the Brandenburg Gate and waive her fee, adding star power to the CSD closing rally.</w:t>
      </w:r>
      <w:r/>
    </w:p>
    <w:p>
      <w:pPr>
        <w:pStyle w:val="ListBullet"/>
        <w:spacing w:line="240" w:lineRule="auto"/>
        <w:ind w:left="720"/>
      </w:pPr>
      <w:r/>
      <w:r>
        <w:rPr>
          <w:b/>
        </w:rPr>
        <w:t>Community roots:</w:t>
      </w:r>
      <w:r>
        <w:t xml:space="preserve"> Connor says the queer community has long supported her, and she’s glad her tour schedule finally allowed a CSD appearance.</w:t>
      </w:r>
      <w:r/>
    </w:p>
    <w:p>
      <w:pPr>
        <w:pStyle w:val="ListBullet"/>
        <w:spacing w:line="240" w:lineRule="auto"/>
        <w:ind w:left="720"/>
      </w:pPr>
      <w:r/>
      <w:r>
        <w:rPr>
          <w:b/>
        </w:rPr>
        <w:t>Big turnout expected:</w:t>
      </w:r>
      <w:r>
        <w:t xml:space="preserve"> The CSD parade features dozens of floats and several hundred thousand people, combining partying with political demands.</w:t>
      </w:r>
      <w:r/>
    </w:p>
    <w:p>
      <w:pPr>
        <w:pStyle w:val="ListBullet"/>
        <w:spacing w:line="240" w:lineRule="auto"/>
        <w:ind w:left="720"/>
      </w:pPr>
      <w:r/>
      <w:r>
        <w:rPr>
          <w:b/>
        </w:rPr>
        <w:t>Clear theme:</w:t>
      </w:r>
      <w:r>
        <w:t xml:space="preserve"> The event’s motto, “Haltung ist hot,” links visibility to democracy, human rights and social cohesion.</w:t>
      </w:r>
      <w:r/>
    </w:p>
    <w:p>
      <w:pPr>
        <w:pStyle w:val="ListBullet"/>
        <w:spacing w:line="240" w:lineRule="auto"/>
        <w:ind w:left="720"/>
      </w:pPr>
      <w:r/>
      <w:r>
        <w:rPr>
          <w:b/>
        </w:rPr>
        <w:t>Diverse programme:</w:t>
      </w:r>
      <w:r>
        <w:t xml:space="preserve"> The weekend includes opening acts, such as Ikkimel, plus speeches and cultural moments on multiple stages.</w:t>
      </w:r>
      <w:r/>
      <w:r/>
    </w:p>
    <w:p>
      <w:pPr>
        <w:pStyle w:val="Heading2"/>
      </w:pPr>
      <w:r>
        <w:t>Why a free pop concert matters this Pride</w:t>
      </w:r>
      <w:r/>
    </w:p>
    <w:p>
      <w:r/>
      <w:r>
        <w:t>Having a household name like Sarah Connor perform without a fee does more than fill a stage; it sends a signal. The crowd will hear familiar songs and feel the buzz of live pop, but organisers say the point is both celebration and political pressure. According to local reports, the decision to include high-profile acts aims to draw attention to queer rights and civic solidarity, not just to entertain.</w:t>
      </w:r>
      <w:r/>
    </w:p>
    <w:p>
      <w:r/>
      <w:r>
        <w:t>Connor’s public gratitude to the queer community adds emotional weight. She’s spoken before about learning from queer perspectives on relationships and openness, and now she’s returning that support in a visible way. For many attendees, hearing a superstar thank the crowd in person will be a memorable, human moment.</w:t>
      </w:r>
      <w:r/>
    </w:p>
    <w:p>
      <w:pPr>
        <w:pStyle w:val="Heading2"/>
      </w:pPr>
      <w:r>
        <w:t>How the CSD weekend balances party and politics</w:t>
      </w:r>
      <w:r/>
    </w:p>
    <w:p>
      <w:r/>
      <w:r>
        <w:t>Berlin’s CSD has always been about more than a parade. This year’s procession includes more than 80 floats and tenths of thousands of participants, with an explicit focus on democracy and human rights. Organisers describe the motto “Haltung ist hot” as a call to combine queer visibility with clear civic commitment.</w:t>
      </w:r>
      <w:r/>
    </w:p>
    <w:p>
      <w:r/>
      <w:r>
        <w:t>Expect to see colourful floats, political banners and speeches alongside dance beats and confetti. That balance is intentional: it keeps the event accessible and joyful while pushing a tough message on inclusion and legal protections.</w:t>
      </w:r>
      <w:r/>
    </w:p>
    <w:p>
      <w:pPr>
        <w:pStyle w:val="Heading2"/>
      </w:pPr>
      <w:r>
        <w:t>Who else is on the bill , and what the programme looks like</w:t>
      </w:r>
      <w:r/>
    </w:p>
    <w:p>
      <w:r/>
      <w:r>
        <w:t>The festival programme stretches across several days, with an opening concert and a varied line-up of acts on multiple stages. Local press named performers like Ikkimel as part of the opening night, and smaller DJs and speakers will fill gaps between headline moments. That variety helps the event feel inclusive , there’s something for long-time activists, families and young partygoers alike.</w:t>
      </w:r>
      <w:r/>
    </w:p>
    <w:p>
      <w:r/>
      <w:r>
        <w:t>If you’re planning to go, arrive early for the stage shows and expect crowd control measures around the Brandenburg Gate. Bring water, comfortable shoes and a charged phone; chances are you’ll want to capture at least one chorus.</w:t>
      </w:r>
      <w:r/>
    </w:p>
    <w:p>
      <w:pPr>
        <w:pStyle w:val="Heading2"/>
      </w:pPr>
      <w:r>
        <w:t>Practical tips for attendees and fans</w:t>
      </w:r>
      <w:r/>
    </w:p>
    <w:p>
      <w:r/>
      <w:r>
        <w:t>If you want to see Sarah Connor up close, consider the difference between parade viewing and stage attendance: the Brandenburg Gate stage will be busiest during the evening rally, so aim for an early spot or a vantage point slightly back where views are still good. Public transport is the sensible choice , roads around central Berlin will be restricted and stations crowded.</w:t>
      </w:r>
      <w:r/>
    </w:p>
    <w:p>
      <w:r/>
      <w:r>
        <w:t>For families or quieter visitors, seek the smaller side stages or the festival’s daytime programming, which often includes workshops and informational booths. And if you’re going for photos, remember many performers and organisers request that certain areas remain camera-free to respect privacy and safety.</w:t>
      </w:r>
      <w:r/>
    </w:p>
    <w:p>
      <w:pPr>
        <w:pStyle w:val="Heading2"/>
      </w:pPr>
      <w:r>
        <w:t>What this means going forward</w:t>
      </w:r>
      <w:r/>
    </w:p>
    <w:p>
      <w:r/>
      <w:r>
        <w:t>High-profile, no-fee performances at civic events shift expectations. When mainstream artists visibly back queer causes, it normalises support and brings media attention that can amplify policy conversations. Organisers hope the mix of music and message will keep pressure on politicians and keep the public talking about rights and inclusion beyond the weekend.</w:t>
      </w:r>
      <w:r/>
    </w:p>
    <w:p>
      <w:r/>
      <w:r>
        <w:t>Whether you go for the music or the movement, the event promises to be loud, colourful and meaningful , and a reminder that pop culture and activism still make a potent duo.</w:t>
      </w:r>
      <w:r/>
    </w:p>
    <w:p>
      <w:r/>
      <w:r>
        <w:t>It's a small change that can make every chant and chorus feel more powerful.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9">
        <w:r>
          <w:rPr>
            <w:color w:val="0000EE"/>
            <w:u w:val="single"/>
          </w:rPr>
          <w:t>[1]</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https://www.mopo.de/news/promi-show/sarah-connor-gibt-gratis-konzert/4897010</w:t>
        </w:r>
      </w:hyperlink>
      <w:r>
        <w:t xml:space="preserve"> - Please view link - unable to able to access data</w:t>
      </w:r>
      <w:r/>
    </w:p>
    <w:p>
      <w:pPr>
        <w:pStyle w:val="ListNumber"/>
        <w:spacing w:line="240" w:lineRule="auto"/>
        <w:ind w:left="720"/>
      </w:pPr>
      <w:r/>
      <w:hyperlink r:id="rId10">
        <w:r>
          <w:rPr>
            <w:color w:val="0000EE"/>
            <w:u w:val="single"/>
          </w:rPr>
          <w:t>https://www.queer.de/detail.php?article_id=58907</w:t>
        </w:r>
      </w:hyperlink>
      <w:r>
        <w:t xml:space="preserve"> - Sarah Connor is set to perform as a surprise guest at the closing rally of the Berlin Christopher Street Day (CSD) on Saturday, July 25, 2026. The organisers announced that she will take the stage on the main platform at Brandenburg Gate. Connor expressed her excitement, stating that she has always been supported by the queer community and is thrilled that her tour schedule now aligns to make this performance possible.</w:t>
      </w:r>
      <w:r/>
    </w:p>
    <w:p>
      <w:pPr>
        <w:pStyle w:val="ListNumber"/>
        <w:spacing w:line="240" w:lineRule="auto"/>
        <w:ind w:left="720"/>
      </w:pPr>
      <w:r/>
      <w:hyperlink r:id="rId11">
        <w:r>
          <w:rPr>
            <w:color w:val="0000EE"/>
            <w:u w:val="single"/>
          </w:rPr>
          <w:t>https://www.tagesschau.de/inland/regional/berlin/rbb-csd-in-berlin-mit-auftritten-von-ikkimel-und-sarah-connor-100.html</w:t>
        </w:r>
      </w:hyperlink>
      <w:r>
        <w:t xml:space="preserve"> - The Berlin Christopher Street Day (CSD) will feature performances by prominent artists, including Sarah Connor and Ikkimel. The organisers announced that Ikkimel is expected to perform on Friday, while Sarah Connor will take the stage on Saturday. The exact performance times have not been disclosed. The CSD parade is expected to feature over 80 floats, with several hundred thousand people anticipated to attend. The event aims to celebrate not only with festivities but also with a political message under the motto 'Haltung ist hot'.</w:t>
      </w:r>
      <w:r/>
    </w:p>
    <w:p>
      <w:pPr>
        <w:pStyle w:val="ListNumber"/>
        <w:spacing w:line="240" w:lineRule="auto"/>
        <w:ind w:left="720"/>
      </w:pPr>
      <w:r/>
      <w:hyperlink r:id="rId13">
        <w:r>
          <w:rPr>
            <w:color w:val="0000EE"/>
            <w:u w:val="single"/>
          </w:rPr>
          <w:t>https://berlin.t-online.de/region/berlin/id_101355788/csd-2026-berlin-sarah-connor-tritt-am-brandenburger-tor-auf.html</w:t>
        </w:r>
      </w:hyperlink>
      <w:r>
        <w:t xml:space="preserve"> - Sarah Connor is scheduled to perform at the Berlin Christopher Street Day (CSD) 2026. On the main evening of the CSD on Saturday, July 25, she will appear on the main stage at Brandenburg Gate. The organisers announced that she will perform without receiving a fee. The CSD parade is expected to feature over 80 floats, with several hundred thousand people anticipated to attend. The event aims to celebrate not only with festivities but also with a political message under the motto 'Haltung ist hot'.</w:t>
      </w:r>
      <w:r/>
    </w:p>
    <w:p>
      <w:pPr>
        <w:pStyle w:val="ListNumber"/>
        <w:spacing w:line="240" w:lineRule="auto"/>
        <w:ind w:left="720"/>
      </w:pPr>
      <w:r/>
      <w:hyperlink r:id="rId14">
        <w:r>
          <w:rPr>
            <w:color w:val="0000EE"/>
            <w:u w:val="single"/>
          </w:rPr>
          <w:t>https://www.berliner-zeitung.de/article/ikkimel-eroeffnet-berliner-csd-am-freitag-am-brandenburger-tor-10227233</w:t>
        </w:r>
      </w:hyperlink>
      <w:r>
        <w:t xml:space="preserve"> - The Berlin Christopher Street Day (CSD) will commence with a performance by rapper Ikkimel on Friday evening at Brandenburg Gate. The CSD parade will take place on Saturday, featuring 83 floats, with the closing rally at Brandenburg Gate where Sarah Connor will perform on the main stage. The organisers aim to celebrate not only with festivities but also with a political message under the motto 'Haltung ist hot'.</w:t>
      </w:r>
      <w:r/>
    </w:p>
    <w:p>
      <w:pPr>
        <w:pStyle w:val="ListNumber"/>
        <w:spacing w:line="240" w:lineRule="auto"/>
        <w:ind w:left="720"/>
      </w:pPr>
      <w:r/>
      <w:hyperlink r:id="rId15">
        <w:r>
          <w:rPr>
            <w:color w:val="0000EE"/>
            <w:u w:val="single"/>
          </w:rPr>
          <w:t>https://commons.wikimedia.org/wiki/Category%3AStage_of_Christopher_Street_Day_Berlin_2023</w:t>
        </w:r>
      </w:hyperlink>
      <w:r>
        <w:t xml:space="preserve"> - This category on Wikimedia Commons features images from the stage of the Christopher Street Day Berlin 2023. It includes subcategories such as Drag Show, Romeo und Julia musical, and Tokio Hotel concert at the event. The images provide a visual representation of the performances and atmosphere during the 2023 CSD in Berlin.</w:t>
      </w:r>
      <w:r/>
    </w:p>
    <w:p>
      <w:pPr>
        <w:pStyle w:val="ListNumber"/>
        <w:spacing w:line="240" w:lineRule="auto"/>
        <w:ind w:left="720"/>
      </w:pPr>
      <w:r/>
      <w:hyperlink r:id="rId12">
        <w:r>
          <w:rPr>
            <w:color w:val="0000EE"/>
            <w:u w:val="single"/>
          </w:rPr>
          <w:t>https://www.tagesspiegel.de/berlin/christopher-street-day-in-berlin-sarah-connor-tritt-am-samstag-beim-csd-am-brandenburger-tor-auf-15866149.html</w:t>
        </w:r>
      </w:hyperlink>
      <w:r>
        <w:t xml:space="preserve"> - The organisers of the Berlin Christopher Street Day (CSD) have revealed that Sarah Connor will perform on Saturday, July 25, 2026. She will take the stage on the main platform at Brandenburg Gate. Sarah Connor is celebrated as an icon of the queer community, and the organisers feel honoured that she will perform without a fee for the community at Brandenburg Gate.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news/promi-show/sarah-connor-gibt-gratis-konzert/4897010" TargetMode="External"/><Relationship Id="rId10" Type="http://schemas.openxmlformats.org/officeDocument/2006/relationships/hyperlink" Target="https://www.queer.de/detail.php?article_id=58907" TargetMode="External"/><Relationship Id="rId11" Type="http://schemas.openxmlformats.org/officeDocument/2006/relationships/hyperlink" Target="https://www.tagesschau.de/inland/regional/berlin/rbb-csd-in-berlin-mit-auftritten-von-ikkimel-und-sarah-connor-100.html" TargetMode="External"/><Relationship Id="rId12" Type="http://schemas.openxmlformats.org/officeDocument/2006/relationships/hyperlink" Target="https://www.tagesspiegel.de/berlin/christopher-street-day-in-berlin-sarah-connor-tritt-am-samstag-beim-csd-am-brandenburger-tor-auf-15866149.html" TargetMode="External"/><Relationship Id="rId13" Type="http://schemas.openxmlformats.org/officeDocument/2006/relationships/hyperlink" Target="https://berlin.t-online.de/region/berlin/id_101355788/csd-2026-berlin-sarah-connor-tritt-am-brandenburger-tor-auf.html" TargetMode="External"/><Relationship Id="rId14" Type="http://schemas.openxmlformats.org/officeDocument/2006/relationships/hyperlink" Target="https://www.berliner-zeitung.de/article/ikkimel-eroeffnet-berliner-csd-am-freitag-am-brandenburger-tor-10227233" TargetMode="External"/><Relationship Id="rId15" Type="http://schemas.openxmlformats.org/officeDocument/2006/relationships/hyperlink" Target="https://commons.wikimedia.org/wiki/Category%3AStage_of_Christopher_Street_Day_Berlin_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