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Feile Cancellation: What It Means for Women's Rights Events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ideas are watching closely as Féile an Phobail’s decision to pull a women’s rights panel sparks legal threats, political pushback and a wider debate about free speech, inclusion and festival programming in West Belfast. Here's what happened, why it matters and how organisers and audiences might respond.</w:t>
      </w:r>
      <w:r/>
    </w:p>
    <w:p>
      <w:r/>
      <w:r>
        <w:t>Essential Takeaways</w:t>
      </w:r>
      <w:r/>
      <w:r/>
    </w:p>
    <w:p>
      <w:pPr>
        <w:pStyle w:val="ListBullet"/>
        <w:spacing w:line="240" w:lineRule="auto"/>
        <w:ind w:left="720"/>
      </w:pPr>
      <w:r/>
      <w:r>
        <w:rPr>
          <w:b/>
        </w:rPr>
        <w:t>Event cancelled:</w:t>
      </w:r>
      <w:r>
        <w:t xml:space="preserve"> Féile an Phobail withdrew a panel called “Respect, Rights and Reality” after online complaints about speakers thought to oppose aspects of transgender rights. It was due to be held at St Mary’s University College.</w:t>
      </w:r>
      <w:r/>
    </w:p>
    <w:p>
      <w:pPr>
        <w:pStyle w:val="ListBullet"/>
        <w:spacing w:line="240" w:lineRule="auto"/>
        <w:ind w:left="720"/>
      </w:pPr>
      <w:r/>
      <w:r>
        <w:rPr>
          <w:b/>
        </w:rPr>
        <w:t>Legal threat:</w:t>
      </w:r>
      <w:r>
        <w:t xml:space="preserve"> UK charity Sex Matters has warned it will start legal proceedings unless the festival reinstates the event, calling the cancellation discriminatory.</w:t>
      </w:r>
      <w:r/>
    </w:p>
    <w:p>
      <w:pPr>
        <w:pStyle w:val="ListBullet"/>
        <w:spacing w:line="240" w:lineRule="auto"/>
        <w:ind w:left="720"/>
      </w:pPr>
      <w:r/>
      <w:r>
        <w:rPr>
          <w:b/>
        </w:rPr>
        <w:t>Broad reaction:</w:t>
      </w:r>
      <w:r>
        <w:t xml:space="preserve"> Politicians, campaign groups and public figures , including support offered by JK Rowling’s foundation , have weighed in, turning a local programming choice into a high-profile dispute.</w:t>
      </w:r>
      <w:r/>
    </w:p>
    <w:p>
      <w:pPr>
        <w:pStyle w:val="ListBullet"/>
        <w:spacing w:line="240" w:lineRule="auto"/>
        <w:ind w:left="720"/>
      </w:pPr>
      <w:r/>
      <w:r>
        <w:rPr>
          <w:b/>
        </w:rPr>
        <w:t>Communication breakdown:</w:t>
      </w:r>
      <w:r>
        <w:t xml:space="preserve"> The Women’s Rights Network say attempts to resolve the issue with Féile have been ignored, and the festival says it acted after discovering potential harm via social media.</w:t>
      </w:r>
      <w:r/>
    </w:p>
    <w:p>
      <w:pPr>
        <w:pStyle w:val="ListBullet"/>
        <w:spacing w:line="240" w:lineRule="auto"/>
        <w:ind w:left="720"/>
      </w:pPr>
      <w:r/>
      <w:r>
        <w:rPr>
          <w:b/>
        </w:rPr>
        <w:t>Practical headache:</w:t>
      </w:r>
      <w:r>
        <w:t xml:space="preserve"> Festivals face a balancing act between safeguarding vulnerable communities and upholding open debate, and this case highlights the need for clearer submission and review processes.</w:t>
      </w:r>
      <w:r/>
      <w:r/>
    </w:p>
    <w:p>
      <w:pPr>
        <w:pStyle w:val="Heading2"/>
      </w:pPr>
      <w:r>
        <w:t>What actually happened , the quick, messy chronology</w:t>
      </w:r>
      <w:r/>
    </w:p>
    <w:p>
      <w:r/>
      <w:r>
        <w:t>Festival organisers pulled a scheduled panel after an online campaign flagged concerns about one or more panellists’ positions on transgender rights, leaving the event’s hosts and attendees blindsided. The panel, organised by the Women’s Rights Network, had promised voices from Ireland and Europe on sex-based rights; speakers included figures from Sex Matters and other women’s groups. Organisers told the network they’d discovered via social media that the event “would likely promote campaigns against rights for the trans community”, and chose to withdraw the booking. The result was immediate: anger, legal warnings and political commentary, and a rare moment where a local arts festival made national headlines.</w:t>
      </w:r>
      <w:r/>
    </w:p>
    <w:p>
      <w:pPr>
        <w:pStyle w:val="Heading2"/>
      </w:pPr>
      <w:r>
        <w:t>Who’s threatening legal action and why it matters</w:t>
      </w:r>
      <w:r/>
    </w:p>
    <w:p>
      <w:r/>
      <w:r>
        <w:t>Sex Matters, a charity that campaigns for policy based on biological sex, has written to the festival demanding the event be reinstated and calling the cancellation discriminatory. The charity argues that the festival’s decision exposes speakers and groups to prejudice and breaches equality duties. This isn’t just a point of principle. According to media reports, if the festival doesn’t backtrack it will face legal proceedings. That raises questions about festivals’ legal responsibilities when programming intersects with contested rights, and whether fear of online backlash is an acceptable reason to cancel.</w:t>
      </w:r>
      <w:r/>
    </w:p>
    <w:p>
      <w:pPr>
        <w:pStyle w:val="Heading2"/>
      </w:pPr>
      <w:r>
        <w:t>Political and public reactions , loud, partisan, and telling</w:t>
      </w:r>
      <w:r/>
    </w:p>
    <w:p>
      <w:r/>
      <w:r>
        <w:t>Politicians have picked sides fast. Some elected figures accused the festival of bowing to an “online mob”, while trans-rights groups and allies described the original panel as hostile to transgender people’s rights. Public figures also chipped in: the founder of a foundation in the name of JK Rowling offered to help with legal costs for the Women’s Rights Network. The debate has thus become a proxy fight over who gets to speak in public spaces, and how communities balance safety, respect and freedom of expression. That intensity is why this neighbourhood festival suddenly looks like a battleground over national policy and culture.</w:t>
      </w:r>
      <w:r/>
    </w:p>
    <w:p>
      <w:pPr>
        <w:pStyle w:val="Heading2"/>
      </w:pPr>
      <w:r>
        <w:t>Festival programming and online pressure , where’s the line?</w:t>
      </w:r>
      <w:r/>
    </w:p>
    <w:p>
      <w:r/>
      <w:r>
        <w:t>Organisers say they were “unaware from the initial submission” that the event might promote campaigns against trans rights and that social media alerted them to potential harm. That points to a deeper problem: festivals increasingly need clear editorial and safeguarding policies that guide how submissions are vetted and how disputes are handled. Practical advice for organisers: set transparent criteria for panel topics and speakers, spell out review timelines, and have a mediation route so concerns can be addressed without last-minute cancellations. For groups planning events, document your aims clearly on booking forms and offer to meet organisers early to prevent surprises.</w:t>
      </w:r>
      <w:r/>
    </w:p>
    <w:p>
      <w:pPr>
        <w:pStyle w:val="Heading2"/>
      </w:pPr>
      <w:r>
        <w:t>What attendees and community groups can do next</w:t>
      </w:r>
      <w:r/>
    </w:p>
    <w:p>
      <w:r/>
      <w:r>
        <w:t>If you’re an audience member or local stakeholder, start by asking for clarity. Festivals that take public money should explain their decision-making in plain terms and offer independent review where possible. Community groups should keep records of communications, seek early dialogue and consider mediation before escalating to legal action. And a human point: these disputes are painful for people on all sides. Finding a way to host robust, civil discussion while protecting vulnerable groups will be messy, but it’s also a test of how cultural spaces handle difficult conversations.</w:t>
      </w:r>
      <w:r/>
    </w:p>
    <w:p>
      <w:r/>
      <w:r>
        <w:t>It's a small change in process that could make a big difference to how festivals manage debate and safety going forward.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2">
        <w:r>
          <w:rPr>
            <w:color w:val="0000EE"/>
            <w:u w:val="single"/>
          </w:rPr>
          <w:t>[3]</w:t>
        </w:r>
      </w:hyperlink>
      <w:r>
        <w:t xml:space="preserve">, </w:t>
      </w:r>
      <w:hyperlink r:id="rId11">
        <w:r>
          <w:rPr>
            <w:color w:val="0000EE"/>
            <w:u w:val="single"/>
          </w:rPr>
          <w:t>[4]</w:t>
        </w:r>
      </w:hyperlink>
      <w:r>
        <w:t xml:space="preserve">- Paragraph 5: </w:t>
      </w:r>
      <w:hyperlink r:id="rId13">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https://www.newsletter.co.uk/news/politics/pressure-mounts-on-feile-an-phobail-over-its-decision-to-ban-a-womens-rights-event-as-uk-charity-threatens-legal-action-8818386</w:t>
        </w:r>
      </w:hyperlink>
      <w:r>
        <w:t xml:space="preserve"> - Please view link - unable to able to access data</w:t>
      </w:r>
      <w:r/>
    </w:p>
    <w:p>
      <w:pPr>
        <w:pStyle w:val="ListNumber"/>
        <w:spacing w:line="240" w:lineRule="auto"/>
        <w:ind w:left="720"/>
      </w:pPr>
      <w:r/>
      <w:hyperlink r:id="rId10">
        <w:r>
          <w:rPr>
            <w:color w:val="0000EE"/>
            <w:u w:val="single"/>
          </w:rPr>
          <w:t>https://www.itv.com/news/utv/2026-07-24/womens-group-begin-legal-process-after-file-event-cancelled-over-trans-rights</w:t>
        </w:r>
      </w:hyperlink>
      <w:r>
        <w:t xml:space="preserve"> - The Women's Rights Network Northern Ireland (WRN NI) has initiated legal proceedings against Féile an Phobail after the festival organisers failed to reinstate their cancelled event. Féile an Phobail expressed disappointment over the decision, while WRN NI stated they felt they had 'no choice'. Communities Minister Gordon Lyons also commented on the controversy, emphasising the need for adherence to conditions attached to public funding. Féile an Phobail is Ireland's largest community arts festival, featuring over 600 events across 50 venues in Belfast. The event in question, titled 'Respect, Rights and Reality', was scheduled to take place at St Mary's University College. WRN NI expressed shock and disappointment over the cancellation, stating that their event was a discussion on women's sex-based rights, which was made clear to Féile when their application was submitted. The group remains committed to ensuring this important discussion takes place and rejects any attempt to misrepresent their organisation or the purpose of the event.</w:t>
      </w:r>
      <w:r/>
    </w:p>
    <w:p>
      <w:pPr>
        <w:pStyle w:val="ListNumber"/>
        <w:spacing w:line="240" w:lineRule="auto"/>
        <w:ind w:left="720"/>
      </w:pPr>
      <w:r/>
      <w:hyperlink r:id="rId12">
        <w:r>
          <w:rPr>
            <w:color w:val="0000EE"/>
            <w:u w:val="single"/>
          </w:rPr>
          <w:t>https://gcn.ie/feile-an-phobail-cancels-anti-trans-event/</w:t>
        </w:r>
      </w:hyperlink>
      <w:r>
        <w:t xml:space="preserve"> - Féile an Phobail, Ireland's largest community arts festival, has cancelled an event organised by the Women's Rights Network (WRN NI) after becoming aware of the group's anti-trans views. The festival stated that it was 'unaware from the initial submission that this event would promote campaigns against rights for the Transgender community' and takes pride in standing up for those who are marginalised and attacked. WRN NI expressed shock and disappointment over the decision, stating that their event was a discussion on women's sex-based rights, which was made clear to Féile when their application was submitted. The group remains committed to ensuring this important discussion takes place and rejects any attempt to misrepresent their organisation or the purpose of the event. In light of the cancellation, author J.K. Rowling offered support to WRN NI, stating that her foundation would help with legal costs.</w:t>
      </w:r>
      <w:r/>
    </w:p>
    <w:p>
      <w:pPr>
        <w:pStyle w:val="ListNumber"/>
        <w:spacing w:line="240" w:lineRule="auto"/>
        <w:ind w:left="720"/>
      </w:pPr>
      <w:r/>
      <w:hyperlink r:id="rId11">
        <w:r>
          <w:rPr>
            <w:color w:val="0000EE"/>
            <w:u w:val="single"/>
          </w:rPr>
          <w:t>https://belfastmedia.com/women-s-rights-network-feile-event-cancelled-after-transgender-rights-claim</w:t>
        </w:r>
      </w:hyperlink>
      <w:r>
        <w:t xml:space="preserve"> - The Women's Rights Network Northern Ireland (WRN NI) has expressed shock and disappointment after Féile an Phobail cancelled their event, 'Respect, Rights and Reality', which was scheduled to take place as part of this year's programme. Féile an Phobail stated that it was 'unaware from the initial submission that this event would promote campaigns against rights for the Transgender community' and takes pride in standing up for those who are marginalised and attacked. WRN NI stated that their event was a discussion on women's sex-based rights, which was made clear to Féile when their application was submitted. The group remains committed to ensuring this important discussion takes place and rejects any attempt to misrepresent their organisation or the purpose of the event. The cancellation follows an organised online campaign against the event, which included misogynistic, abusive, and, in their view, threatening rhetoric directed at women associated with it. WRN NI stated that no organisation that values free speech should allow intimidation to determine which voices are heard.</w:t>
      </w:r>
      <w:r/>
    </w:p>
    <w:p>
      <w:pPr>
        <w:pStyle w:val="ListNumber"/>
        <w:spacing w:line="240" w:lineRule="auto"/>
        <w:ind w:left="720"/>
      </w:pPr>
      <w:r/>
      <w:hyperlink r:id="rId13">
        <w:r>
          <w:rPr>
            <w:color w:val="0000EE"/>
            <w:u w:val="single"/>
          </w:rPr>
          <w:t>https://www.belfasttelegraph.co.uk/news/feile-an-phobail-offers-to-meet-womens-rights-network-following-festival-dispute/a/159162732.html</w:t>
        </w:r>
      </w:hyperlink>
      <w:r>
        <w:t xml:space="preserve"> - Féile an Phobail has offered to meet with the Women's Rights Network Northern Ireland (WRN NI) following the cancellation of their event, 'Respect, Rights and Reality', which was scheduled to take place as part of this year's programme. Féile an Phobail stated that they have reached out to WRN NI for a meeting and are awaiting their response. WRN NI expressed shock and disappointment over the cancellation, stating that their event was a discussion on women's sex-based rights, which was made clear to Féile when their application was submitted. The group remains committed to ensuring this important discussion takes place and rejects any attempt to misrepresent their organisation or the purpose of the event. The cancellation follows an organised online campaign against the event, which included misogynistic, abusive, and, in their view, threatening rhetoric directed at women associated with it. WRN NI stated that no organisation that values free speech should allow intimidation to determine which voices are heard.</w:t>
      </w:r>
      <w:r/>
    </w:p>
    <w:p>
      <w:pPr>
        <w:pStyle w:val="ListNumber"/>
        <w:spacing w:line="240" w:lineRule="auto"/>
        <w:ind w:left="720"/>
      </w:pPr>
      <w:r/>
      <w:hyperlink r:id="rId14">
        <w:r>
          <w:rPr>
            <w:color w:val="0000EE"/>
            <w:u w:val="single"/>
          </w:rPr>
          <w:t>https://www.qradio.com/belfast/news/q-radio-local-news/jk-rowling-offers-support-to-womens-rights-network-after-feile-cancellation/</w:t>
        </w:r>
      </w:hyperlink>
      <w:r>
        <w:t xml:space="preserve"> - Author J.K. Rowling has offered support to the Women's Rights Network Northern Ireland (WRN NI) after Féile an Phobail cancelled their event, 'Respect, Rights and Reality', which was scheduled to take place as part of this year's programme. Féile an Phobail stated that it was 'unaware from the initial submission that this event would promote campaigns against rights for the Transgender community' and takes pride in standing up for those who are marginalised and attacked. WRN NI expressed shock and disappointment over the cancellation, stating that their event was a discussion on women's sex-based rights, which was made clear to Féile when their application was submitted. The group remains committed to ensuring this important discussion takes place and rejects any attempt to misrepresent their organisation or the purpose of the event. The cancellation follows an organised online campaign against the event, which included misogynistic, abusive, and, in their view, threatening rhetoric directed at women associated with it. WRN NI stated that no organisation that values free speech should allow intimidation to determine which voices are heard.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sletter.co.uk/news/politics/pressure-mounts-on-feile-an-phobail-over-its-decision-to-ban-a-womens-rights-event-as-uk-charity-threatens-legal-action-8818386" TargetMode="External"/><Relationship Id="rId10" Type="http://schemas.openxmlformats.org/officeDocument/2006/relationships/hyperlink" Target="https://www.itv.com/news/utv/2026-07-24/womens-group-begin-legal-process-after-file-event-cancelled-over-trans-rights" TargetMode="External"/><Relationship Id="rId11" Type="http://schemas.openxmlformats.org/officeDocument/2006/relationships/hyperlink" Target="https://belfastmedia.com/women-s-rights-network-feile-event-cancelled-after-transgender-rights-claim" TargetMode="External"/><Relationship Id="rId12" Type="http://schemas.openxmlformats.org/officeDocument/2006/relationships/hyperlink" Target="https://gcn.ie/feile-an-phobail-cancels-anti-trans-event/" TargetMode="External"/><Relationship Id="rId13" Type="http://schemas.openxmlformats.org/officeDocument/2006/relationships/hyperlink" Target="https://www.belfasttelegraph.co.uk/news/feile-an-phobail-offers-to-meet-womens-rights-network-following-festival-dispute/a/159162732.html" TargetMode="External"/><Relationship Id="rId14" Type="http://schemas.openxmlformats.org/officeDocument/2006/relationships/hyperlink" Target="https://www.qradio.com/belfast/news/q-radio-local-news/jk-rowling-offers-support-to-womens-rights-network-after-feile-cancel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