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Community Resources at The Pride Center at Equality Park in South Florida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a lively hub where South Florida’s LGBTQ+ community finds health services, social connection, and practical support , The Pride Center at Equality Park continues to expand programmes, welcome volunteers, and offer a safe, inclusive space that matters for people of every age and identity.</w:t>
      </w:r>
      <w:r/>
    </w:p>
    <w:p>
      <w:r/>
      <w:r>
        <w:t>Essential Takeaways</w:t>
      </w:r>
      <w:r/>
      <w:r/>
    </w:p>
    <w:p>
      <w:pPr>
        <w:pStyle w:val="ListBullet"/>
        <w:spacing w:line="240" w:lineRule="auto"/>
        <w:ind w:left="720"/>
      </w:pPr>
      <w:r/>
      <w:r>
        <w:rPr>
          <w:b/>
        </w:rPr>
        <w:t>Central location:</w:t>
      </w:r>
      <w:r>
        <w:t xml:space="preserve"> The Pride Center sits at 2040 North Dixie Highway in Wilton Manors, making it easy to visit for Broward County residents.</w:t>
      </w:r>
      <w:r/>
    </w:p>
    <w:p>
      <w:pPr>
        <w:pStyle w:val="ListBullet"/>
        <w:spacing w:line="240" w:lineRule="auto"/>
        <w:ind w:left="720"/>
      </w:pPr>
      <w:r/>
      <w:r>
        <w:rPr>
          <w:b/>
        </w:rPr>
        <w:t>Wide programme mix:</w:t>
      </w:r>
      <w:r>
        <w:t xml:space="preserve"> Offers health services, HIV testing, transgender health support, active ageing activities, and Women’s with Pride groups.</w:t>
      </w:r>
      <w:r/>
    </w:p>
    <w:p>
      <w:pPr>
        <w:pStyle w:val="ListBullet"/>
        <w:spacing w:line="240" w:lineRule="auto"/>
        <w:ind w:left="720"/>
      </w:pPr>
      <w:r/>
      <w:r>
        <w:rPr>
          <w:b/>
        </w:rPr>
        <w:t>Welcoming atmosphere:</w:t>
      </w:r>
      <w:r>
        <w:t xml:space="preserve"> Staff and volunteers prioritise inclusion, making it feel like a second home for many.</w:t>
      </w:r>
      <w:r/>
    </w:p>
    <w:p>
      <w:pPr>
        <w:pStyle w:val="ListBullet"/>
        <w:spacing w:line="240" w:lineRule="auto"/>
        <w:ind w:left="720"/>
      </w:pPr>
      <w:r/>
      <w:r>
        <w:rPr>
          <w:b/>
        </w:rPr>
        <w:t>Volunteer-rich:</w:t>
      </w:r>
      <w:r>
        <w:t xml:space="preserve"> Hundreds of volunteers and members sustain classes, support groups, and events , practical ways to get involved.</w:t>
      </w:r>
      <w:r/>
    </w:p>
    <w:p>
      <w:pPr>
        <w:pStyle w:val="ListBullet"/>
        <w:spacing w:line="240" w:lineRule="auto"/>
        <w:ind w:left="720"/>
      </w:pPr>
      <w:r/>
      <w:r>
        <w:rPr>
          <w:b/>
        </w:rPr>
        <w:t>Accessible contact:</w:t>
      </w:r>
      <w:r>
        <w:t xml:space="preserve"> Call (954) 463-9005 or visit the centre’s website for membership, schedules, and referrals.</w:t>
      </w:r>
      <w:r/>
      <w:r/>
    </w:p>
    <w:p>
      <w:pPr>
        <w:pStyle w:val="Heading2"/>
      </w:pPr>
      <w:r>
        <w:t>A home base for connection and care</w:t>
      </w:r>
      <w:r/>
    </w:p>
    <w:p>
      <w:r/>
      <w:r>
        <w:t>Walk through the doors and you get a sense of calm purpose , people chatting, a low hum of activity, a noticeboard full of classes and groups. The Pride Center at Equality Park has long been one of South Florida’s gathering places for LGBTQ+ people and allies. Its mission is plain: to provide a welcoming, safe space that celebrates and empowers the community. For anyone looking for friendship, support, or reliable local services, that feeling of welcome matters as much as the programmes themselves.</w:t>
      </w:r>
      <w:r/>
    </w:p>
    <w:p>
      <w:r/>
      <w:r>
        <w:t>According to the centre’s own materials, leadership under its executive director has pushed to broaden services while protecting that warm, inclusive atmosphere. It’s a model many community organisations try to strike: robust programming with a human touch.</w:t>
      </w:r>
      <w:r/>
    </w:p>
    <w:p>
      <w:pPr>
        <w:pStyle w:val="Heading2"/>
      </w:pPr>
      <w:r>
        <w:t>Health services that meet real needs</w:t>
      </w:r>
      <w:r/>
    </w:p>
    <w:p>
      <w:r/>
      <w:r>
        <w:t>Health and wellness initiatives are a big part of the offer , from routine HIV testing to tailored transgender services. These aren’t just drop-in handouts; they’re ongoing supports that include referrals and partnerships with clinicians. For people who’ve found mainstream services daunting or dismissive, a trusted local centre changes the calculus: you’re far more likely to seek care when it’s delivered with respect.</w:t>
      </w:r>
      <w:r/>
    </w:p>
    <w:p>
      <w:r/>
      <w:r>
        <w:t>If you’re choosing where to get tested or discuss gender-affirming care, look for confidentiality practices, staff training, and whether the centre connects you to qualified medical providers. The Pride Center lists these services clearly, and community news coverage highlights the practical impact of having a friendly, nearby option.</w:t>
      </w:r>
      <w:r/>
    </w:p>
    <w:p>
      <w:pPr>
        <w:pStyle w:val="Heading2"/>
      </w:pPr>
      <w:r>
        <w:t>Social life, ageing well, and specialised groups</w:t>
      </w:r>
      <w:r/>
    </w:p>
    <w:p>
      <w:r/>
      <w:r>
        <w:t>The centre’s calendar ranges from social events and educational workshops to "50+" groups and Women’s with Pride sessions. That mix matters , not everyone comes for health services alone. Active ageing programmes combat isolation, while social nights and support groups build friendships that last. Participants say small things make a difference: a sturdy chair, a friendly volunteer at the door, a cup of coffee and someone who remembers your name.</w:t>
      </w:r>
      <w:r/>
    </w:p>
    <w:p>
      <w:r/>
      <w:r>
        <w:t>For carers or older members wondering whether a local space is worth a visit, try one weekly event first. It’s a gentle way to test the vibe and meet people without a big commitment.</w:t>
      </w:r>
      <w:r/>
    </w:p>
    <w:p>
      <w:pPr>
        <w:pStyle w:val="Heading2"/>
      </w:pPr>
      <w:r>
        <w:t>Volunteering and membership , how to plug in</w:t>
      </w:r>
      <w:r/>
    </w:p>
    <w:p>
      <w:r/>
      <w:r>
        <w:t>Volunteers are the engine behind many of the centre’s activities. If you want to help, the centre offers roles from front-desk shifts to event support and peer mentoring. Membership gives you access to classes, priority booking, and a voice in programming choices. For people who care about sustaining community infrastructure, volunteering or joining is a meaningful way to contribute.</w:t>
      </w:r>
      <w:r/>
    </w:p>
    <w:p>
      <w:r/>
      <w:r>
        <w:t>A practical tip: contact the centre by phone or through its website to ask about orientation sessions and any role-specific requirements before turning up. It keeps expectations clear and helps you find the right fit quickly.</w:t>
      </w:r>
      <w:r/>
    </w:p>
    <w:p>
      <w:pPr>
        <w:pStyle w:val="Heading2"/>
      </w:pPr>
      <w:r>
        <w:t>Why it matters for South Florida</w:t>
      </w:r>
      <w:r/>
    </w:p>
    <w:p>
      <w:r/>
      <w:r>
        <w:t>Community centres like this one do more than host events , they shape local health outcomes, reduce isolation, and create networks people rely on in crisis. Coverage in local media has repeatedly emphasised the Pride Center’s role as a safe space where diverse identities are affirmed daily. That visibility also helps destigmatise services and encourages funders to support grassroots efforts.</w:t>
      </w:r>
      <w:r/>
    </w:p>
    <w:p>
      <w:r/>
      <w:r>
        <w:t>Looking ahead, continued community engagement and volunteer support will determine how the centre grows. If you value inclusive, accessible services in your neighbourhood, this is the sort of organisation worth backing.</w:t>
      </w:r>
      <w:r/>
    </w:p>
    <w:p>
      <w:r/>
      <w:r>
        <w:t>It's a small change that can make every visit feel like coming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14">
        <w:r>
          <w:rPr>
            <w:color w:val="0000EE"/>
            <w:u w:val="single"/>
          </w:rPr>
          <w:t>[6]</w:t>
        </w:r>
      </w:hyperlink>
      <w:r>
        <w:t xml:space="preserve">, </w:t>
      </w:r>
      <w:hyperlink r:id="rId10">
        <w:r>
          <w:rPr>
            <w:color w:val="0000EE"/>
            <w:u w:val="single"/>
          </w:rPr>
          <w:t>[2]</w:t>
        </w:r>
      </w:hyperlink>
      <w:r>
        <w:t xml:space="preserve">- Paragraph 4: </w:t>
      </w:r>
      <w:hyperlink r:id="rId12">
        <w:r>
          <w:rPr>
            <w:color w:val="0000EE"/>
            <w:u w:val="single"/>
          </w:rPr>
          <w:t>[5]</w:t>
        </w:r>
      </w:hyperlink>
      <w:r>
        <w:t xml:space="preserve">, </w:t>
      </w:r>
      <w:hyperlink r:id="rId15">
        <w:r>
          <w:rPr>
            <w:color w:val="0000EE"/>
            <w:u w:val="single"/>
          </w:rPr>
          <w:t>[4]</w:t>
        </w:r>
      </w:hyperlink>
      <w:r>
        <w:t xml:space="preserve">- Paragraph 5: </w:t>
      </w:r>
      <w:hyperlink r:id="rId10">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https://hotspotsmagazine.com/2026/07/23/non-profit-advocacy-the-pride-center-at-equality-park/?utm_source=rss&amp;utm_medium=rss&amp;utm_campaign=non-profit-advocacy-the-pride-center-at-equality-park</w:t>
        </w:r>
      </w:hyperlink>
      <w:r>
        <w:t xml:space="preserve"> - Please view link - unable to able to access data</w:t>
      </w:r>
      <w:r/>
    </w:p>
    <w:p>
      <w:pPr>
        <w:pStyle w:val="ListNumber"/>
        <w:spacing w:line="240" w:lineRule="auto"/>
        <w:ind w:left="720"/>
      </w:pPr>
      <w:r/>
      <w:hyperlink r:id="rId10">
        <w:r>
          <w:rPr>
            <w:color w:val="0000EE"/>
            <w:u w:val="single"/>
          </w:rPr>
          <w:t>https://pridecenterflorida.org/</w:t>
        </w:r>
      </w:hyperlink>
      <w:r>
        <w:t xml:space="preserve"> - The Pride Center at Equality Park is a vibrant hub for South Florida's LGBTQ+ community, offering a welcoming and inclusive space where individuals can access resources, support, and connection. The centre provides a variety of services tailored to the needs of the LGBTQ+ community, including health and wellness programs, educational workshops, and support groups. Located at 2040 North Dixie Highway, Wilton Manors, FL 33305, the centre invites community members to become members, volunteers, or participate in its many programs and events. For more information, call (954) 463-9005.</w:t>
      </w:r>
      <w:r/>
    </w:p>
    <w:p>
      <w:pPr>
        <w:pStyle w:val="ListNumber"/>
        <w:spacing w:line="240" w:lineRule="auto"/>
        <w:ind w:left="720"/>
      </w:pPr>
      <w:r/>
      <w:hyperlink r:id="rId13">
        <w:r>
          <w:rPr>
            <w:color w:val="0000EE"/>
            <w:u w:val="single"/>
          </w:rPr>
          <w:t>https://en.wikipedia.org/wiki/The_Pride_Center_at_Equality_Park</w:t>
        </w:r>
      </w:hyperlink>
      <w:r>
        <w:t xml:space="preserve"> - Established in 1993, The Pride Center at Equality Park is an LGBTQ+ community centre in Wilton Manors, Florida, serving Broward County, Palm Beach County, and Fort Lauderdale. The centre provides information, news, and events that affect South Florida's LGBTQ community. It is headquartered within a 30,000-square-foot building with meeting and office space for individuals, programs, services, and organisations. The goal of the centre is to empower the LGBTQ+ communities in South Florida.</w:t>
      </w:r>
      <w:r/>
    </w:p>
    <w:p>
      <w:pPr>
        <w:pStyle w:val="ListNumber"/>
        <w:spacing w:line="240" w:lineRule="auto"/>
        <w:ind w:left="720"/>
      </w:pPr>
      <w:r/>
      <w:hyperlink r:id="rId15">
        <w:r>
          <w:rPr>
            <w:color w:val="0000EE"/>
            <w:u w:val="single"/>
          </w:rPr>
          <w:t>https://queerandunbroken.com/resource/pride-center-equality-park/</w:t>
        </w:r>
      </w:hyperlink>
      <w:r>
        <w:t xml:space="preserve"> - The Pride Center at Equality Park is one of the largest and most established LGBTQ+ community centres in the southeastern United States, located in Wilton Manors, Florida, and serving the broader South Florida community. Founded with the mission of providing a welcoming, safe, and inclusive home for LGBTQ+ people, The Pride Center offers a wide range of programs built around health, connection, wellness, and belonging, including one of the most notable LGBTQ+ senior programs in the country. The Active Aging program hosts what it describes as the largest weekly gathering of LGBTQ+ older adults in the nation, with Coffee and Conversation every Tuesday from 10:00 AM to 12:00 PM. The program also offers daily senior exercise classes, wellness workshops, linkage services, cultural events, and an annual Active Aging Health Expo held each fall. For LGBTQ+ elders who face distinct risks of isolation and who are often overlooked by broader senior services, this program is a meaningful and rare resource. HIV and STI services include free, confidential HIV testing on Tuesdays and Thursdays from 11:30 AM to 7:30 PM with no appointment needed, additional STI testing through the AHF Pride Center Wellness Center on campus, free at-home HIV test kit orders, and community outreach testing through partner locations. Wellness services complement testing with mental health support, nutritional counselling, and health screenings. Transgender services include support groups, resources for navigating legal and medical systems, and social programming that affirms transgender identities. Women with Pride offers programming specifically for LGBTQ+ women, including networking, education, and social events. A David Bohnett Cyber Center provides technology access on campus, and The Residences at Equality Park offers LGBTQ-affirming long-term housing for those who qualify. The Pride Center is located at 2040 North Dixie Highway, Wilton Manors, FL 33305. Call (954) 463-9005.</w:t>
      </w:r>
      <w:r/>
    </w:p>
    <w:p>
      <w:pPr>
        <w:pStyle w:val="ListNumber"/>
        <w:spacing w:line="240" w:lineRule="auto"/>
        <w:ind w:left="720"/>
      </w:pPr>
      <w:r/>
      <w:hyperlink r:id="rId12">
        <w:r>
          <w:rPr>
            <w:color w:val="0000EE"/>
            <w:u w:val="single"/>
          </w:rPr>
          <w:t>https://pridecenterflorida.org/who-we-are/</w:t>
        </w:r>
      </w:hyperlink>
      <w:r>
        <w:t xml:space="preserve"> - The Pride Center at Equality Park provides a welcoming, safe space—an inclusive home—that celebrates, nurtures, and empowers the LGBTQ+ communities and their friends and neighbours in South Florida. The centre offers a variety of resources tailored to the needs of the LGBTQ+ community, including health and wellness programmes, educational workshops, and support groups. The centre believes in creating a community where everyone feels valued, respected, and cared for, offering a wide range of programmes and services designed to meet the needs of diverse community members.</w:t>
      </w:r>
      <w:r/>
    </w:p>
    <w:p>
      <w:pPr>
        <w:pStyle w:val="ListNumber"/>
        <w:spacing w:line="240" w:lineRule="auto"/>
        <w:ind w:left="720"/>
      </w:pPr>
      <w:r/>
      <w:hyperlink r:id="rId14">
        <w:r>
          <w:rPr>
            <w:color w:val="0000EE"/>
            <w:u w:val="single"/>
          </w:rPr>
          <w:t>https://pridecenterflorida.org/transgender-services/</w:t>
        </w:r>
      </w:hyperlink>
      <w:r>
        <w:t xml:space="preserve"> - The Pride Center at Equality Park is a proud partner of Transinclusive Group, located on campus at Equality Park. Transinclusive Group champions equality across South Florida by building trust, strengthening relationships with community providers, and fostering inclusion. They work to eliminate discrimination, stigma, and racial disparities, creating a healthier, more supportive future for everyone. For more information on the services offered, visit transinclusivegroup.com or call (954) 903-1297.</w:t>
      </w:r>
      <w:r/>
    </w:p>
    <w:p>
      <w:pPr>
        <w:pStyle w:val="ListNumber"/>
        <w:spacing w:line="240" w:lineRule="auto"/>
        <w:ind w:left="720"/>
      </w:pPr>
      <w:r/>
      <w:hyperlink r:id="rId11">
        <w:r>
          <w:rPr>
            <w:color w:val="0000EE"/>
            <w:u w:val="single"/>
          </w:rPr>
          <w:t>https://www.wsfltv.com/inside-south-florida/pride-center-at-equality-park-provides-safe-space-for-lgbtq-community</w:t>
        </w:r>
      </w:hyperlink>
      <w:r>
        <w:t xml:space="preserve"> - The Pride Center at Equality Park provides a host of resources for its community. CEO Robert Boo explains that the centre offers a safe space, which may be the only opportunity for individuals to be in a welcoming and affirming environment where they can be themselves. The organisation has evolved from providing community outreach to accommodating the LGBTQ+ community with housing. During the pandemic, they completed the Residences at Equality Park, a 48-apartment complex for people aged 55 and over. For more information, visit PrideCenterFlorida.org.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tspotsmagazine.com/2026/07/23/non-profit-advocacy-the-pride-center-at-equality-park/?utm_source=rss&amp;utm_medium=rss&amp;utm_campaign=non-profit-advocacy-the-pride-center-at-equality-park" TargetMode="External"/><Relationship Id="rId10" Type="http://schemas.openxmlformats.org/officeDocument/2006/relationships/hyperlink" Target="https://pridecenterflorida.org/" TargetMode="External"/><Relationship Id="rId11" Type="http://schemas.openxmlformats.org/officeDocument/2006/relationships/hyperlink" Target="https://www.wsfltv.com/inside-south-florida/pride-center-at-equality-park-provides-safe-space-for-lgbtq-community" TargetMode="External"/><Relationship Id="rId12" Type="http://schemas.openxmlformats.org/officeDocument/2006/relationships/hyperlink" Target="https://pridecenterflorida.org/who-we-are/" TargetMode="External"/><Relationship Id="rId13" Type="http://schemas.openxmlformats.org/officeDocument/2006/relationships/hyperlink" Target="https://en.wikipedia.org/wiki/The_Pride_Center_at_Equality_Park" TargetMode="External"/><Relationship Id="rId14" Type="http://schemas.openxmlformats.org/officeDocument/2006/relationships/hyperlink" Target="https://pridecenterflorida.org/transgender-services/" TargetMode="External"/><Relationship Id="rId15" Type="http://schemas.openxmlformats.org/officeDocument/2006/relationships/hyperlink" Target="https://queerandunbroken.com/resource/pride-center-equality-pa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