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Berlin Drag Festival Guide: What to Expect at Festsaal Kreuzberg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the energy: Berlin Drag Festival lands at Festsaal Kreuzberg on 23 August, a one-day, high-energy celebration where independent queer makers, international drag stars and hands-on workshops fuse performance, education and community for roughly 1,800 attendees , and it’s built to keep queer culture visible and collaborative.</w:t>
      </w:r>
      <w:r/>
    </w:p>
    <w:p>
      <w:r/>
      <w:r>
        <w:t>Essential Takeaways</w:t>
      </w:r>
      <w:r/>
      <w:r/>
    </w:p>
    <w:p>
      <w:pPr>
        <w:pStyle w:val="ListBullet"/>
        <w:spacing w:line="240" w:lineRule="auto"/>
        <w:ind w:left="720"/>
      </w:pPr>
      <w:r/>
      <w:r>
        <w:rPr>
          <w:b/>
        </w:rPr>
        <w:t>When and where:</w:t>
      </w:r>
      <w:r>
        <w:t xml:space="preserve"> Sunday 23 August, 2pm–8pm at Festsaal Kreuzberg, central and easy to reach.</w:t>
      </w:r>
      <w:r/>
    </w:p>
    <w:p>
      <w:pPr>
        <w:pStyle w:val="ListBullet"/>
        <w:spacing w:line="240" w:lineRule="auto"/>
        <w:ind w:left="720"/>
      </w:pPr>
      <w:r/>
      <w:r>
        <w:rPr>
          <w:b/>
        </w:rPr>
        <w:t>Headline talent:</w:t>
      </w:r>
      <w:r>
        <w:t xml:space="preserve"> Pandora Nox and Soa de Muse lead an international bill, with Miss Ivanka T hosting and a strong lineup of Berlin-based performers.</w:t>
      </w:r>
      <w:r/>
    </w:p>
    <w:p>
      <w:pPr>
        <w:pStyle w:val="ListBullet"/>
        <w:spacing w:line="240" w:lineRule="auto"/>
        <w:ind w:left="720"/>
      </w:pPr>
      <w:r/>
      <w:r>
        <w:rPr>
          <w:b/>
        </w:rPr>
        <w:t>More than shows:</w:t>
      </w:r>
      <w:r>
        <w:t xml:space="preserve"> Expect a Queer Creators Village, runway masterclass, makeup and styling workshops, food garden and meet‑and‑greets.</w:t>
      </w:r>
      <w:r/>
    </w:p>
    <w:p>
      <w:pPr>
        <w:pStyle w:val="ListBullet"/>
        <w:spacing w:line="240" w:lineRule="auto"/>
        <w:ind w:left="720"/>
      </w:pPr>
      <w:r/>
      <w:r>
        <w:rPr>
          <w:b/>
        </w:rPr>
        <w:t>Atmosphere cues:</w:t>
      </w:r>
      <w:r>
        <w:t xml:space="preserve"> Lively, intimate and creative , think club energy but with daytime accessibility and makers’ market charm.</w:t>
      </w:r>
      <w:r/>
    </w:p>
    <w:p>
      <w:pPr>
        <w:pStyle w:val="ListBullet"/>
        <w:spacing w:line="240" w:lineRule="auto"/>
        <w:ind w:left="720"/>
      </w:pPr>
      <w:r/>
      <w:r>
        <w:rPr>
          <w:b/>
        </w:rPr>
        <w:t>Practical tip:</w:t>
      </w:r>
      <w:r>
        <w:t xml:space="preserve"> Book tickets early and bring a comfy pair of shoes for queuing, walking the marketplace and trying the catwalk masterclass.</w:t>
      </w:r>
      <w:r/>
      <w:r/>
    </w:p>
    <w:p>
      <w:pPr>
        <w:pStyle w:val="Heading2"/>
      </w:pPr>
      <w:r>
        <w:t>A buzzy one-day fête for queer performance lovers</w:t>
      </w:r>
      <w:r/>
    </w:p>
    <w:p>
      <w:r/>
      <w:r>
        <w:t>This festival is built to feel like a playground, with warm, noisy energy and plenty to see between acts. According to organisers, it’s a single-day event designed for connection rather than an overnight rave, so you’ll get concentrated performances and pop-up experiences across one afternoon and evening. That sense of focused intensity means you can plan a full, satisfying outing without committing to a whole weekend.</w:t>
      </w:r>
      <w:r/>
    </w:p>
    <w:p>
      <w:r/>
      <w:r>
        <w:t>The idea comes from That Gay Creation, a Berlin collective of creatives and community organisers who’ve fashioned the day around visibility and collaboration. If you like your culture with texture , live music, spoken moments, tactile fashion stalls , this is the sort of event that tastes like that. Bring a camera, but expect intimate lines for photos and quick conversations with artists.</w:t>
      </w:r>
      <w:r/>
    </w:p>
    <w:p>
      <w:pPr>
        <w:pStyle w:val="Heading2"/>
      </w:pPr>
      <w:r>
        <w:t>Big-name performers meet local talent</w:t>
      </w:r>
      <w:r/>
    </w:p>
    <w:p>
      <w:r/>
      <w:r>
        <w:t>Pandora Nox headlines with the kind of charisma that travels from television to club stages; she’s described as evolving into a multidisciplinary artist blending electronic music, fashion and performance. Soa de Muse offers a different flavour: Parisian cabaret and Afrofuturist theatre techniques that lean into dance and storytelling. Miss Ivanka T, born in Austria and based in Berlin, brings a cheeky, TV-trained hosting style that helps stitch the day’s programme together.</w:t>
      </w:r>
      <w:r/>
    </w:p>
    <w:p>
      <w:r/>
      <w:r>
        <w:t>Alongside these internationals, the festival showcases Berlin stalwarts like Thea Etcetera, Rachel Intervention and Lili Alexander. That mix of familiar and new keeps the bill grounded , you get the flash of a headliner and the discovery thrill of the local scene. If you’re choosing tickets based on names, note that the day is curated so the smaller acts get stage time rather than being fully eclipsed.</w:t>
      </w:r>
      <w:r/>
    </w:p>
    <w:p>
      <w:pPr>
        <w:pStyle w:val="Heading2"/>
      </w:pPr>
      <w:r>
        <w:t>Workshops and the Catwalk Experience: more than spectator sport</w:t>
      </w:r>
      <w:r/>
    </w:p>
    <w:p>
      <w:r/>
      <w:r>
        <w:t>The Catwalk Experience with Soa de Muse is explicitly practical: posture, stage presence and performance confidence are on the menu. For anyone who’s ever wanted to walk like a pro , or see what it takes to command a room , this is a hands‑on chance to learn from a seasoned performer. Workshop spots are limited, so sign up early if you’re keen.</w:t>
      </w:r>
      <w:r/>
    </w:p>
    <w:p>
      <w:r/>
      <w:r>
        <w:t>Other sessions cover makeup technique and garment styling, the nuts-and-bolts skills of drag craft. These are useful whether you’re a weekend performer or a curious fan: expect small groups, show-and-tell demos and plenty of takeaways you can practise at home. And if you’d rather watch than participate, there are meet-and-greets and open-air social spaces to soak up the atmosphere.</w:t>
      </w:r>
      <w:r/>
    </w:p>
    <w:p>
      <w:pPr>
        <w:pStyle w:val="Heading2"/>
      </w:pPr>
      <w:r>
        <w:t>Queer Creators Village and marketplace: a tactile hangout</w:t>
      </w:r>
      <w:r/>
    </w:p>
    <w:p>
      <w:r/>
      <w:r>
        <w:t>The Queer Creators Village turns part of the venue into a curated maker’s market. Independent designers, visual artists and niche makers will be on hand selling fashion, accessories and art , the kind of stalls where you find a unique piece that says something about the city’s queer scene. It’s relaxed and sensory: fabric samples, bold colours and the low hum of bargaining.</w:t>
      </w:r>
      <w:r/>
    </w:p>
    <w:p>
      <w:r/>
      <w:r>
        <w:t>Market browsing pairs nicely with the Food Garden, which offers local vendors and a chance to refuel between performances. If you’re shopping on the day, bring cash just in case, but expect card payments at most stalls. The vibe is intentionally supportive: buying here is a direct way to back the artists on the bill.</w:t>
      </w:r>
      <w:r/>
    </w:p>
    <w:p>
      <w:pPr>
        <w:pStyle w:val="Heading2"/>
      </w:pPr>
      <w:r>
        <w:t>How to plan your day and practical pointers</w:t>
      </w:r>
      <w:r/>
    </w:p>
    <w:p>
      <w:r/>
      <w:r>
        <w:t>Tickets are available in advance; organisers expect around 1,800 people so buy sooner rather than later if you want a worry-free entry. Festsaal Kreuzberg is central and well connected , check transport times for the 2pm start if you’re travelling from outside the city. Wear comfortable shoes, and pack a light layer: venues can shift between warm performance rooms and cooler lobby spaces.</w:t>
      </w:r>
      <w:r/>
    </w:p>
    <w:p>
      <w:r/>
      <w:r>
        <w:t>If you care about accessibility and quieter spaces, check the festival’s info in advance , large one-day events can be stimulating, and it helps to know where the calmer social areas are. Finally, behave like a good guest: consent for photos, respect queues for workshops and stalls, and come ready to celebrate.</w:t>
      </w:r>
      <w:r/>
    </w:p>
    <w:p>
      <w:r/>
      <w:r>
        <w:t>It's a small change that can make every performance feel more generous.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https://www.kaltblut-magazine.com/berlin-drag-festival-2026/</w:t>
        </w:r>
      </w:hyperlink>
      <w:r>
        <w:t xml:space="preserve"> - Please view link - unable to able to access data</w:t>
      </w:r>
      <w:r/>
    </w:p>
    <w:p>
      <w:pPr>
        <w:pStyle w:val="ListNumber"/>
        <w:spacing w:line="240" w:lineRule="auto"/>
        <w:ind w:left="720"/>
      </w:pPr>
      <w:r/>
      <w:hyperlink r:id="rId10">
        <w:r>
          <w:rPr>
            <w:color w:val="0000EE"/>
            <w:u w:val="single"/>
          </w:rPr>
          <w:t>https://ra.co/events/2487910</w:t>
        </w:r>
      </w:hyperlink>
      <w:r>
        <w:t xml:space="preserve"> - The Berlin Drag Festival is scheduled for August 23, 2026, at Festsaal Kreuzberg, Berlin. Organised by That Gay Creation, the event features headliners Pandora Nox and Soa de Muse, with Miss Ivanka T hosting. The festival includes over ten Berlin-based drag performers and offers a Queer Creators Village with independent artists, designers, retailers, and makers, alongside street food, workshops, and community spaces. Tickets are available for purchase through the provided link.</w:t>
      </w:r>
      <w:r/>
    </w:p>
    <w:p>
      <w:pPr>
        <w:pStyle w:val="ListNumber"/>
        <w:spacing w:line="240" w:lineRule="auto"/>
        <w:ind w:left="720"/>
      </w:pPr>
      <w:r/>
      <w:hyperlink r:id="rId11">
        <w:r>
          <w:rPr>
            <w:color w:val="0000EE"/>
            <w:u w:val="single"/>
          </w:rPr>
          <w:t>https://festsaal-kreuzberg.de/de/programm/Berlin-Drag-Festival/</w:t>
        </w:r>
      </w:hyperlink>
      <w:r>
        <w:t xml:space="preserve"> - The Berlin Drag Festival, taking place on August 23, 2026, at Festsaal Kreuzberg, celebrates drag, creativity, and queer community. Headlined by Pandora Nox, winner of Drag Race Germany, and Soa de Muse from Drag Race France &amp; Global All Stars, the event features over ten Berlin-based drag performers. Attendees can explore the Queer Creators Village, featuring independent artists, designers, retailers, and makers, as well as street food, workshops, and community spaces. The festival is presented by DRAG.</w:t>
      </w:r>
      <w:r/>
    </w:p>
    <w:p>
      <w:pPr>
        <w:pStyle w:val="ListNumber"/>
        <w:spacing w:line="240" w:lineRule="auto"/>
        <w:ind w:left="720"/>
      </w:pPr>
      <w:r/>
      <w:hyperlink r:id="rId12">
        <w:r>
          <w:rPr>
            <w:color w:val="0000EE"/>
            <w:u w:val="single"/>
          </w:rPr>
          <w:t>https://events.musicofourdesire.com/event/dgro-berlin-drag-festival-festival-berlin-germany</w:t>
        </w:r>
      </w:hyperlink>
      <w:r>
        <w:t xml:space="preserve"> - The Berlin Drag Festival is a queer, danceable dance pop night scheduled for August 23, 2026, from 12:00 PM to 8:00 PM at Festsaal Kreuzberg, Berlin. The event is headlined by Pandora Nox and Soa de Muse, with Miss Ivanka T hosting. The lineup includes artists such as Ocean, Bratty White, Chiqui Love, Rachel Intervention, Théa Etcetera, Lola Limonero, and Lili Alexander. The festival also features the Queer Creators Village, offering independent artists, makers, tattooists, and retailers, as well as street food and community spaces.</w:t>
      </w:r>
      <w:r/>
    </w:p>
    <w:p>
      <w:pPr>
        <w:pStyle w:val="ListNumber"/>
        <w:spacing w:line="240" w:lineRule="auto"/>
        <w:ind w:left="720"/>
      </w:pPr>
      <w:r/>
      <w:hyperlink r:id="rId13">
        <w:r>
          <w:rPr>
            <w:color w:val="0000EE"/>
            <w:u w:val="single"/>
          </w:rPr>
          <w:t>https://ra.co/events/2410520</w:t>
        </w:r>
      </w:hyperlink>
      <w:r>
        <w:t xml:space="preserve"> - The Queer Day Market, organised by That Gay Creation, is a full-day social experience bringing together independent brands, DJs, food, workshops, performances, and thousands of LGBTQ+ people under one roof at Festsaal Kreuzberg. The event is designed for people who want more than just another night out, offering fashion, vintage, art, lifestyle brands, street food, live DJs, workshops, and an atmosphere where attendees can discover new brands, meet people, eat, drink, dance, and spend the day surrounded by queer creativity and community.</w:t>
      </w:r>
      <w:r/>
    </w:p>
    <w:p>
      <w:pPr>
        <w:pStyle w:val="ListNumber"/>
        <w:spacing w:line="240" w:lineRule="auto"/>
        <w:ind w:left="720"/>
      </w:pPr>
      <w:r/>
      <w:hyperlink r:id="rId14">
        <w:r>
          <w:rPr>
            <w:color w:val="0000EE"/>
            <w:u w:val="single"/>
          </w:rPr>
          <w:t>https://ra.co/events/2368136</w:t>
        </w:r>
      </w:hyperlink>
      <w:r>
        <w:t xml:space="preserve"> - The Queer Night Market, presented by That Gay Creation, is a one-night celebration of LGBTQ+ creativity, nightlife culture, and community connection in the heart of Berlin. The event brings together independent artists, designers, makers, and performers alongside live drag, workshops, tattoo artists, street food, and interactive experiences. Attendees can expect a vibrant mix of queer culture, creative expression, and inclusive nightlife energy in one of Berlin’s most unique cultural venues.</w:t>
      </w:r>
      <w:r/>
    </w:p>
    <w:p>
      <w:pPr>
        <w:pStyle w:val="ListNumber"/>
        <w:spacing w:line="240" w:lineRule="auto"/>
        <w:ind w:left="720"/>
      </w:pPr>
      <w:r/>
      <w:hyperlink r:id="rId15">
        <w:r>
          <w:rPr>
            <w:color w:val="0000EE"/>
            <w:u w:val="single"/>
          </w:rPr>
          <w:t>https://csd-berlin.de/veranstaltungen/6-boylesque-drag-festival__trashed</w:t>
        </w:r>
      </w:hyperlink>
      <w:r>
        <w:t xml:space="preserve"> - The 6th Boylesque Drag Festival, Germany's largest and only international Boylesque festival, is scheduled for July 5, 2026, at Wintergarten Varieté Berlin. The festival features a mix of Burlesque, Drag, Cabaret, and international performance art, with around 30 international drag artists, Boylesque stars, cabaret icons, acrobats, and performance artists from around the world celebrating diversity, transformation, and boundless creativity. The event is part of the Cologne Pride and offers a spectacular start to the Pride month.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altblut-magazine.com/berlin-drag-festival-2026/" TargetMode="External"/><Relationship Id="rId10" Type="http://schemas.openxmlformats.org/officeDocument/2006/relationships/hyperlink" Target="https://ra.co/events/2487910" TargetMode="External"/><Relationship Id="rId11" Type="http://schemas.openxmlformats.org/officeDocument/2006/relationships/hyperlink" Target="https://festsaal-kreuzberg.de/de/programm/Berlin-Drag-Festival/" TargetMode="External"/><Relationship Id="rId12" Type="http://schemas.openxmlformats.org/officeDocument/2006/relationships/hyperlink" Target="https://events.musicofourdesire.com/event/dgro-berlin-drag-festival-festival-berlin-germany" TargetMode="External"/><Relationship Id="rId13" Type="http://schemas.openxmlformats.org/officeDocument/2006/relationships/hyperlink" Target="https://ra.co/events/2410520" TargetMode="External"/><Relationship Id="rId14" Type="http://schemas.openxmlformats.org/officeDocument/2006/relationships/hyperlink" Target="https://ra.co/events/2368136" TargetMode="External"/><Relationship Id="rId15" Type="http://schemas.openxmlformats.org/officeDocument/2006/relationships/hyperlink" Target="https://csd-berlin.de/veranstaltungen/6-boylesque-drag-festival__trash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